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de atraso na entrega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Aviso prévio antes de perguntarem, atraso da transportadora, mau tempo ou alfândega, aviso de falta de stock, envio parcial, perdida ou não recebida, onde está a minha encomenda, gesto de boa vontade.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Escolha o separador que corresponde à causa e à fase do atraso e substitua todas as palavras entre [parênteses retos]. Apresente a data da transportadora ou do fornecedor como deles, a sua próxima atualização com dia e hora, e o plano B com data. Registe cada encomenda atrasada no registo em Excel no dia em que souber dela.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Modelo de email de atraso na entrega: o aviso prévio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No próprio dia · Nunca depois de: A data prometida · Plano B: Substituir ou reembolsar, com data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este modelo de email de atraso na entrega no dia em que souber que uma encomenda vai falhar a data que indicou, e sempre antes dessa data.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Envie assim que uma destas coisas acontecer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transportadora publica um atraso ou uma nova estimativa, ou não há nenhum registo no rastreio há 2 dias úteis.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É o dia de entrega prometido e a encomenda não está em distribuição até às [10:00].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consegue enviar até à data de envio prometida: envie o aviso de falta de stock do separador 4, o que a regra dos EUA exige.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encomenda [número da encomenda] vai chegar depois do prometido: nova estimativa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sua encomenda [número da encomenda] não vai chegar até [data prometida], como prometemos. Peço desculpa.</w:t>
        <w:br/>
        <w:br/>
        <w:t>O que sei: a encomenda saiu daqui a [data de envio] e a [transportadora] mostra-a em [última localização] desde [data do último registo]. A nova estimativa da transportadora é [nova data].</w:t>
        <w:br/>
        <w:br/>
        <w:t>Se não tiver chegado até [data-limite de espera], envio uma substituição por envio expresso ou reembolso-lhe o valor total, como preferir. Por agora, não precisa de fazer nada.</w:t>
        <w:br/>
        <w:br/>
        <w:t>Rastreio: [ligação de rastreio]</w:t>
        <w:br/>
        <w:t>Próxima atualização da minha parte: [dia] até às [hora], ou antes, se o rastreio mudar.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Prometa a atualização, não a encomenda: </w:t>
      </w:r>
      <w:r>
        <w:rPr>
          <w:rFonts w:ascii="Calibri" w:hAnsi="Calibri" w:cs="Calibri" w:eastAsia="Calibri"/>
          <w:b w:val="0"/>
          <w:color w:val="5D5A70"/>
          <w:sz w:val="21"/>
        </w:rPr>
        <w:t>Apresente a data da transportadora como sendo dela. As suas datas são a próxima atualização e a data-limite de espera. Ainda sem estimativa da transportadora? Diga-o e indique a data da atualização na mesma.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«Deve chegar em breve», Culpar a transportadora e ficar por aí, Uma data que a transportadora não deu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Email de atraso da transportadora: parada, plano B com data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Atualizar a cada: 2 dias úteis · Investigação: Quando a nova data deles passar · Parar de esperar: Numa data que deixou escrita · Não foi culpa sua, mas a encomenda é sua: Na UE, uma encomenda perdida significa que o vendedor envia um artigo idêntico ou reembolsa. No Reino Unido, os bens ficam por conta e risco do vendedor até estarem com o cliente. Escreva como a pessoa que resolve.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encomenda foi enviada a tempo, mas o rastreio parou num centro de distribuição ou depósito, ou mostra «atrasada» sem motivo.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Enviou o aviso prévio e a nova data da transportadora já passou.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Encomenda [número da encomenda]: ainda com a [transportadora], e o meu plano até [data-limite de espera]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Uma atualização sobre a encomenda [número da encomenda]. A [transportadora] continua a mostrá-la em [localização], com o último registo a [data]. Abri hoje uma investigação com eles, referência [referência da transportadora].</w:t>
        <w:br/>
        <w:br/>
        <w:t>O meu plano: se a encomenda não tiver avançado até [data-limite de espera], envio uma substituição por envio expresso a [data] ou reembolso-lhe o valor total, como preferir. Responda «substituir» ou «reembolsar» e eu trato de tudo.</w:t>
        <w:br/>
        <w:br/>
        <w:t>Próxima atualização: [dia] até às [hora], mesmo que nada tenha mudado.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A encomenda [número da encomenda] continua em [localização], último registo a [data]. Abri hoje uma investigação com a [transportadora]. Se não tiver avançado até [data-limite de espera], substituo-a por envio expresso ou reembolso-lhe o valor, à sua escolha. Próxima atualização aqui [dia]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Atualize no dia que disse, mesmo sem novidades: </w:t>
      </w:r>
      <w:r>
        <w:rPr>
          <w:rFonts w:ascii="Calibri" w:hAnsi="Calibri" w:cs="Calibri" w:eastAsia="Calibri"/>
          <w:b w:val="0"/>
          <w:color w:val="5D5A70"/>
          <w:sz w:val="21"/>
        </w:rPr>
        <w:t>«Sem alterações, continuo a acompanhar, próxima atualização quinta-feira» mantém o caso fora da fila de reclamações. A cada 2 dias úteis até à entrega.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Email de mau tempo, greve ou alfândega: as datas reais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Causa: Nas palavras da transportadora · Alfândega: Primeiro, taxas e documentos · Plano B: Um segundo envio por outra rota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tempestade, uma greve, o encerramento de um porto ou uma retenção na alfândega param a encomenda, e a transportadora confirma-o.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Na alfândega: o cliente pode ter de pagar taxas alfandegárias ou enviar um documento antes de a encomenda avançar.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encomenda [número da encomenda] está retida por [causa]: o que sabemos e as suas opções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mau tempo ou greve: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encomenda [número da encomenda] está retida por [causa, por exemplo a tempestade no norte do país] e não vai chegar até [data prometida]. A [transportadora] suspendeu as entregas em [zona] e prevê retomá-las a [data]; a estimativa passa então a ser [nova data].</w:t>
        <w:br/>
        <w:br/>
        <w:t>Se precisar dela mais cedo, responda e eu verifico se um segundo envio por outra rota poderia chegar até [data]. Se não tiver chegado até [data-limite de espera], substituo-a ou reembolso-lhe o valor, à sua escolha.</w:t>
        <w:br/>
        <w:br/>
        <w:t>Próxima atualização: [dia] até às [hora].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Retenção na alfândega, o cliente tem de agir: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 encomenda [número da encomenda] está retida na alfândega em [país]. A alfândega pede [as taxas alfandegárias / uma cópia do seu documento de identificação] antes de a libertar; aqui está a ligação da transportadora: [ligação]. Se preferir não pagar as taxas, responda e eu mando devolver a encomenda e reembolso os artigos [menos os portes de devolução, conforme a nossa política]. 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«Não há nada a fazer», Uma data de retoma que a transportadora não deu, Taxas que o cliente não esperava ao pagar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Aviso de atraso por falta de stock: nova data ou reembolso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Nunca depois de: Data de envio prometida · Por defeito, sem data: 30 dias: EUA, UE, Reino Unido · Reembolso ao cancelar, EUA: 7 dias úteis · Não é aconselhamento jurídico: A redação para os EUA segue a 16 CFR Part 435; as regras da UE e do Reino Unido estão resumidas abaixo. Um artigo substituto precisa primeiro de um sim: veja os modelos de resposta a artigos esgotados.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Não consegue enviar até à data que prometeu, ou no prazo de 30 dias se não prometeu nada. Nos EUA, a regra da FTC para encomendas por correio, internet e telefone diz que tem de oferecer ao cliente, por iniciativa própria e nunca depois desse prazo, uma nova data de envio definida ou uma declaração de que não a consegue dar, mais a opção de cancelar com reembolso total no prazo de 7 dias úteis. O email conta como aviso. Na UE e no Reino Unido, 30 dias é também o prazo por defeito.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[Artigo] da encomenda [número da encomenda] adiado para [nova data de envio]: esperar ou cancelar com reembolso total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nova data de envio no prazo de 30 dias: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Peço desculpa: [artigo] da encomenda [número da encomenda] está sem stock e não vai ser enviado até [data de envio prometida]. O nosso fornecedor confirmou uma nova data de envio: [nova data de envio]. Envio-lhe o rastreio por email no dia em que sair.</w:t>
        <w:br/>
        <w:br/>
        <w:t>Tem duas opções:</w:t>
        <w:br/>
        <w:t>1. Esperar pela nova data. Não precisa de responder: se não tivermos notícias suas antes do envio, assumimos que concorda.</w:t>
        <w:br/>
        <w:t>2. Cancelar com reembolso total de [valor]: responda «cancelar» ou clique em [ligação de cancelamento]. Reembolsamos no prazo de 7 dias úteis para o cartão com que pagou.</w:t>
        <w:br/>
        <w:br/>
        <w:t>Se não conseguirmos enviar até [nova data de envio], escrevo-lhe de novo antes desse dia com uma nova escolha.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Nova data a mais de 30 dias, ou desconhecida: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[artigo] da encomenda [número da encomenda] está sem stock porque [motivo] e ainda não lhe consigo dar uma data de envio firme. Pode cancelar a qualquer momento antes do envio, com reembolso total de [valor]: responda «cancelar» ou clique em [ligação de cancelamento]. Se não responder e não tivermos enviado até [data prometida mais 30 dias], cancelamos e reembolsamos o valor total no prazo de 7 dias úteis. Para esperar para além dessa data, responda «esperar». 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Segundo aviso, a nova data falhou: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prometi enviar [artigo] até [nova data de envio] e não vamos conseguir; o fornecedor diz agora [data mais recente]. Desta vez, o silêncio não mantém a encomenda em aberto: a não ser que responda «esperar» até [data], cancelo e reembolso [valor] na totalidade no prazo de 7 dias úteis. [O seu nome], 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do aviso, EUA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Nova data até 30 dias de atraso: sem resposta, o cliente concorda em esperar. Mais tarde ou desconhecida: a encomenda cancela-se sozinha na data original mais 30 dias, a não ser que o cliente concorde em esperar, e ele pode cancelar a qualquer momento até ao envio.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Segundo aviso: o silêncio deixa de contar como consentimento. Reembolso total no prazo de 7 dias úteis; crédito em loja não conta.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Email de envio parcial: o que seguiu, o que falta, sem custo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Dividir quando: 1 artigo com 3+ dias de atraso · Segundo volume: Por sua conta · Artigo atrasado: Opção de cancelar, reembolso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maior parte da encomenda está pronta e um artigo está atrasado [3] ou mais dias úteis: envie o que tem, por sua conta.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Pergunte primeiro se o cliente paga taxas alfandegárias por volume, ou se os artigos só fazem sentido juntos.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Parte da encomenda [número da encomenda] segue hoje; [artigo] segue a [data]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Para não reter toda a sua encomenda por causa de um artigo, dividimos a encomenda [número da encomenda] em dois volumes.</w:t>
        <w:br/>
        <w:br/>
        <w:t>Enviado hoje: [artigos]. Rastreio: [ligação de rastreio]. Entrega prevista: [data].</w:t>
        <w:br/>
        <w:t>Ainda a caminho: [artigo], que segue a [data] com o seu próprio email de rastreio.</w:t>
        <w:br/>
        <w:br/>
        <w:t>O segundo volume não tem custo de envio adicional. Se preferir não esperar por [artigo], responda «cancelar o artigo» e eu reembolso [valor] desse artigo no prazo de 7 dias úteis.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nos dois emails e na guia de remessa: </w:t>
      </w:r>
      <w:r>
        <w:rPr>
          <w:rFonts w:ascii="Calibri" w:hAnsi="Calibri" w:cs="Calibri" w:eastAsia="Calibri"/>
          <w:b w:val="0"/>
          <w:color w:val="5D5A70"/>
          <w:sz w:val="21"/>
        </w:rPr>
        <w:t>Volume 1 de 2, O que vai em cada volume, A data do volume 2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Perdida em trânsito ou marcada como entregue: fim da espera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Parar de esperar após: 5 dias úteis · Marcada como entregue: 2 dias úteis, depois agir · Quem escolhe: O cliente: substituir ou reembolsar · Quem assume o risco: Na UE, uma encomenda perdida significa que o vendedor envia um artigo idêntico ou reembolsa. No Reino Unido, os bens ficam por conta e risco do vendedor até estarem com o cliente. Reembolse em vez de reenviar quando o artigo estiver esgotado, quando uma segunda espera falharia a data do cliente ou quando ele o pedir.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 regra da data-limite de espera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Dia 0: A estimativa da transportadora passa sem entrega: envie o aviso prévio ou uma atualização com uma data-limite de espera.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Investigação: Sem registo há [5] dias úteis depois da estimativa: abra uma investigação com a transportadora e diga a data em que deixa de esperar.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Data-limite de espera: Com ou sem investigação, reenvia por envio expresso ou reembolsa, à escolha do cliente. A reclamação à transportadora é um assunto seu.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Marcada como entregue, não recebida: Verifique os sítios habituais e os vizinhos, abra a investigação no próprio dia. Não aparece em 2 dias úteis: reenvie ou reembolse.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Encomenda [número da encomenda]: envio hoje uma substituição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perdida em trânsito: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encomenda [número da encomenda] não avança desde [data do último registo] e a investigação com a [transportadora] não a encontrou até à data que lhe indiquei. Não vou prolongar mais a sua espera.</w:t>
        <w:br/>
        <w:br/>
        <w:t>Uma substituição segue hoje por envio expresso. Rastreio: [ligação de rastreio], entrega prevista a [data]. Se preferir um reembolso de [valor], responda «reembolsar» antes das [hora] e eu travo a substituição.</w:t>
        <w:br/>
        <w:br/>
        <w:t>Se a primeira encomenda aparecer mais tarde, responda e eu envio uma etiqueta de devolução pré-paga.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Marcada como entregue, não recebida: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 [transportadora] mostra a encomenda [número da encomenda] entregue a [data] às [hora] [à porta / num cacifo de encomendas]. Pode verificar [o alpendre, a caixa do correio, um local seguro] e perguntar a um vizinho? Abri hoje uma investigação com a transportadora. Se não tiver aparecido até [data, 2 dias úteis], envio uma substituição ou reembolso-lhe o valor, à sua escolha. [O seu nome], [empresa]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Resposta por email e chat a «onde está a minha encomenda»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em: 1 hora útil · Registar como: Perguntou primeiro · Ainda não enviada: Separador 4, com desculpas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cliente escreveu primeiro, por isso o aviso prévio chega tarde. Responda com os factos que consegue ver, o plano B com data e a sua próxima atualização. Depois registe o caso como «perguntou primeiro».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Re: encomenda [número da encomenda]: onde está e o que acontece a seguir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escrever, e lamento que tenha sido preciso. A encomenda [número da encomenda] saiu daqui a [data de envio] e a [transportadora] mostra-a em [localização], com o último registo a [data]. A estimativa atual deles é [nova data].</w:t>
        <w:br/>
        <w:br/>
        <w:t>Se não tiver chegado até [data-limite de espera], envio uma substituição por envio expresso ou reembolso-lhe o valor, como preferir. Próxima atualização da minha parte: [dia] até às [hora].</w:t>
        <w:br/>
        <w:br/>
        <w:t>Rastreio: [ligação de rastreio]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no chat por uma pessoa: </w:t>
      </w:r>
      <w:r>
        <w:rPr>
          <w:rFonts w:ascii="Calibri" w:hAnsi="Calibri" w:cs="Calibri" w:eastAsia="Calibri"/>
          <w:b w:val="0"/>
          <w:color w:val="15131F"/>
          <w:sz w:val="21"/>
        </w:rPr>
        <w:t>Estou a verificar a encomenda [número da encomenda]. Saiu daqui a [data de envio]; a [transportadora] mostra-a em [localização], estimativa [nova data]. Se não estiver consigo até [data-limite de espera], substituo-a ou reembolso-lhe o valor. Atualização aqui até [dia].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da base de conhecimento para o agente de IA: </w:t>
      </w:r>
      <w:r>
        <w:rPr>
          <w:rFonts w:ascii="Calibri" w:hAnsi="Calibri" w:cs="Calibri" w:eastAsia="Calibri"/>
          <w:b w:val="0"/>
          <w:color w:val="15131F"/>
          <w:sz w:val="21"/>
        </w:rPr>
        <w:t>Onde está a minha encomenda? Este chat não tem acesso ao rastreio da transportadora em tempo real, por isso não vai adivinhar uma data. A sua ligação de rastreio está no email de envio. Se a estimativa da transportadora já passou, escreva para [email de apoio] com o seu número de encomenda: uma pessoa verifica o rastreio e responde no prazo de [1 hora útil, de segunda a sexta]. Se a encomenda não tiver chegado [5] dias úteis depois da estimativa da transportadora, enviamos uma substituição por envio expresso ou reembolsamos, à sua escolha.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nesta resposta: </w:t>
      </w:r>
      <w:r>
        <w:rPr>
          <w:rFonts w:ascii="Calibri" w:hAnsi="Calibri" w:cs="Calibri" w:eastAsia="Calibri"/>
          <w:b w:val="0"/>
          <w:color w:val="5D5A70"/>
          <w:sz w:val="21"/>
        </w:rPr>
        <w:t>«Contacte a transportadora», «Aguarde mais uns dias», Uma data adivinhada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Gesto de boa vontade por entrega atrasada: quando e quanto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Portes de envio: Reembolso no mesmo dia · Segundo atraso: Valor fixo, com máximo · Mau tempo, alfândega: Sem gesto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Pagaram por uma rapidez que não entregou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Reembolse os portes de envio no dia em que souber, sem que lho peçam. É o preço de um serviço que não receberam, não uma oferta.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Quanto: </w:t>
      </w:r>
      <w:r>
        <w:rPr>
          <w:rFonts w:ascii="Calibri" w:hAnsi="Calibri" w:cs="Calibri" w:eastAsia="Calibri"/>
          <w:b w:val="0"/>
          <w:color w:val="5D5A70"/>
          <w:sz w:val="21"/>
        </w:rPr>
        <w:t>O valor total, para o cartão com que pagaram.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Linha: </w:t>
      </w:r>
      <w:r>
        <w:rPr>
          <w:rFonts w:ascii="Calibri" w:hAnsi="Calibri" w:cs="Calibri" w:eastAsia="Calibri"/>
          <w:b w:val="0"/>
          <w:color w:val="15131F"/>
          <w:sz w:val="21"/>
        </w:rPr>
        <w:t>Já reembolsei os [18 $] que pagou pela entrega em 2 dias, porque não a cumprimos. Vai aparecer no seu cartão no prazo de [5 a 10] dias úteis.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Um segundo atraso, ou uma data falhada que importava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A sua própria nova data falhou, ou o atraso custou ao cliente algo que consegue nomear (uma viagem, um evento, uma prenda). Um valor fixo, nunca uma percentagem de desconto numa encomenda futura.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Quanto: </w:t>
      </w:r>
      <w:r>
        <w:rPr>
          <w:rFonts w:ascii="Calibri" w:hAnsi="Calibri" w:cs="Calibri" w:eastAsia="Calibri"/>
          <w:b w:val="0"/>
          <w:color w:val="5D5A70"/>
          <w:sz w:val="21"/>
        </w:rPr>
        <w:t>Até [10]% da encomenda, com um máximo de [25 $]. Acima disso, aprova o proprietário.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Linha: </w:t>
      </w:r>
      <w:r>
        <w:rPr>
          <w:rFonts w:ascii="Calibri" w:hAnsi="Calibri" w:cs="Calibri" w:eastAsia="Calibri"/>
          <w:b w:val="0"/>
          <w:color w:val="15131F"/>
          <w:sz w:val="21"/>
        </w:rPr>
        <w:t>Sei que era para [a data do cliente]. Adicionei [15 $] de crédito em loja à sua conta: sem código, e não expira. Lamento termos falhado a data.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Mau tempo, alfândega ou uma encomenda que chegou dentro do seu plano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Sem gesto. Um aviso prévio honesto, uma atualização cumprida e uma encomenda entregue são a solução. Um desconto aqui ensina os clientes a esperar dinheiro por cada semana mais lenta.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disso: </w:t>
      </w:r>
      <w:r>
        <w:rPr>
          <w:rFonts w:ascii="Calibri" w:hAnsi="Calibri" w:cs="Calibri" w:eastAsia="Calibri"/>
          <w:b w:val="0"/>
          <w:color w:val="5D5A70"/>
          <w:sz w:val="21"/>
        </w:rPr>
        <w:t>Um breve agradecimento depois da entrega: os Emails de agradecimento.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Linha: </w:t>
      </w:r>
      <w:r>
        <w:rPr>
          <w:rFonts w:ascii="Calibri" w:hAnsi="Calibri" w:cs="Calibri" w:eastAsia="Calibri"/>
          <w:b w:val="0"/>
          <w:color w:val="15131F"/>
          <w:sz w:val="21"/>
        </w:rPr>
        <w:t>Obrigado pela paciência enquanto a transportadora recuperava o atraso. Se alguma coisa na encomenda não estiver bem, responda aqui e eu trato disso pessoalmente.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Registe todos os gestos: </w:t>
      </w:r>
      <w:r>
        <w:rPr>
          <w:rFonts w:ascii="Calibri" w:hAnsi="Calibri" w:cs="Calibri" w:eastAsia="Calibri"/>
          <w:b w:val="0"/>
          <w:color w:val="5D5A70"/>
          <w:sz w:val="21"/>
        </w:rPr>
        <w:t>Escreva o valor e o motivo no registo de encomendas atrasadas. Se uma causa consome a maior parte do dinheiro dos gestos, corrija essa causa em vez de a pagar todos os meses.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Uma percentagem de desconto na próxima encomenda, Um gesto em vez do reembolso que pediram, Um gesto que ninguém registou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entrega em 2 dias que demorou uma semana, tratada antes de o cliente perguntar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Sablewood Outdoor Gear, uma loja online fictícia de material de campismo e caminhada, usa estes modelos de email de atraso na entrega. A responsável de apoio Hana Sorensen trata da encomenda SW-31877 de Jerome Patterson: uma tenda e um colchão, 418 $ mais 18 $ pela entrega em 2 dias, enviada na segunda-feira, 5 de outubro de 2026, e prometida para quarta-feira, 7 de outubro.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Hana (apoio): </w:t>
      </w:r>
      <w:r>
        <w:rPr>
          <w:rFonts w:ascii="Calibri" w:hAnsi="Calibri" w:cs="Calibri" w:eastAsia="Calibri"/>
          <w:b w:val="0"/>
          <w:color w:val="15131F"/>
          <w:sz w:val="21"/>
        </w:rPr>
        <w:t>Qua. 7 out., 09:20, email: Olá, Jerome, a sua encomenda SW-31877 não vai chegar hoje, como prometemos. Peço desculpa. A encomenda saiu daqui na segunda-feira e a transportadora mostra-a no centro de distribuição regional desde terça-feira às 03:40. A nova estimativa deles é sexta-feira, 9 de outubro. Se não tiver chegado até segunda-feira, 12 de outubro, envio uma substituição por envio expresso ou reembolso-lhe o valor total, como preferir. Próxima atualização da minha parte: sexta-feira até às 17:00, ou antes, se o rastreio mudar. Hana Sorensen, Sablewood Outdoor Gear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Jerome (cliente): </w:t>
      </w:r>
      <w:r>
        <w:rPr>
          <w:rFonts w:ascii="Calibri" w:hAnsi="Calibri" w:cs="Calibri" w:eastAsia="Calibri"/>
          <w:b w:val="0"/>
          <w:color w:val="15131F"/>
          <w:sz w:val="21"/>
        </w:rPr>
        <w:t>Qua. 7 out., 10:05, email: Obrigado por me avisarem antes de eu ter de perguntar. Preciso da tenda até sexta-feira, 16 de outubro, parto para uma viagem no dia 17.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Hana (apoio): </w:t>
      </w:r>
      <w:r>
        <w:rPr>
          <w:rFonts w:ascii="Calibri" w:hAnsi="Calibri" w:cs="Calibri" w:eastAsia="Calibri"/>
          <w:b w:val="0"/>
          <w:color w:val="15131F"/>
          <w:sz w:val="21"/>
        </w:rPr>
        <w:t>Qua. 7 out., 10:30, email: Anotado: sexta-feira, 16 de outubro, é a data que conta. A data-limite de espera mantém-se segunda-feira, 12 de outubro: se até lá a encomenda não estiver consigo, a substituição segue na terça-feira por envio expresso e chega até quinta-feira, 15 de outubro. Também já reembolsei os 18 $ que pagou pela entrega em 2 dias, porque não a cumprimos.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Hana (apoio): </w:t>
      </w:r>
      <w:r>
        <w:rPr>
          <w:rFonts w:ascii="Calibri" w:hAnsi="Calibri" w:cs="Calibri" w:eastAsia="Calibri"/>
          <w:b w:val="0"/>
          <w:color w:val="15131F"/>
          <w:sz w:val="21"/>
        </w:rPr>
        <w:t>Sex. 9 out., 16:40, email: Atualização sobre a SW-31877: a encomenda saiu do centro de distribuição esta manhã e a transportadora prevê agora segunda-feira, 12 de outubro. O plano mantém-se. Próxima atualização segunda-feira até às 10:00.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Jerome (cliente): </w:t>
      </w:r>
      <w:r>
        <w:rPr>
          <w:rFonts w:ascii="Calibri" w:hAnsi="Calibri" w:cs="Calibri" w:eastAsia="Calibri"/>
          <w:b w:val="0"/>
          <w:color w:val="15131F"/>
          <w:sz w:val="21"/>
        </w:rPr>
        <w:t>Sáb. 10 out., 11:30, chat do site: Olá, há novidades da encomenda SW-31877? O rastreio continua a dizer segunda-feira.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Este chat não tem acesso ao rastreio da transportadora em tempo real, por isso não vou adivinhar uma data. A nossa regra: se uma encomenda não tiver chegado até à data-limite de espera indicada no email da Hana, enviamos uma substituição por envio expresso ou reembolsamos, à sua escolha. A Hana verifica o rastreio na segunda-feira de manhã e envia-lhe um email até às 10:00. Quer que lhe passe a sua mensagem?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Jerome (cliente): </w:t>
      </w:r>
      <w:r>
        <w:rPr>
          <w:rFonts w:ascii="Calibri" w:hAnsi="Calibri" w:cs="Calibri" w:eastAsia="Calibri"/>
          <w:b w:val="0"/>
          <w:color w:val="15131F"/>
          <w:sz w:val="21"/>
        </w:rPr>
        <w:t>Sim, por favor.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Feito. A sua mensagem e o número de encomenda SW-31877 já estão com a Hana.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Hana (apoio): </w:t>
      </w:r>
      <w:r>
        <w:rPr>
          <w:rFonts w:ascii="Calibri" w:hAnsi="Calibri" w:cs="Calibri" w:eastAsia="Calibri"/>
          <w:b w:val="0"/>
          <w:color w:val="15131F"/>
          <w:sz w:val="21"/>
        </w:rPr>
        <w:t>Seg. 12 out., 09:10, email: Boas notícias: a SW-31877 foi registada em distribuição às 07:52. Se não estiver consigo até ao fim do dia de hoje, a substituição segue amanhã por envio expresso, como combinado.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Hana (apoio): </w:t>
      </w:r>
      <w:r>
        <w:rPr>
          <w:rFonts w:ascii="Calibri" w:hAnsi="Calibri" w:cs="Calibri" w:eastAsia="Calibri"/>
          <w:b w:val="0"/>
          <w:color w:val="15131F"/>
          <w:sz w:val="21"/>
        </w:rPr>
        <w:t>Seg. 12 out., 17:30, email: O rastreio mostra a SW-31877 entregue às 14:10 à sua porta. Pode confirmar que chegou em bom estado? Obrigada pela paciência e boa viagem.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Jerome (cliente): </w:t>
      </w:r>
      <w:r>
        <w:rPr>
          <w:rFonts w:ascii="Calibri" w:hAnsi="Calibri" w:cs="Calibri" w:eastAsia="Calibri"/>
          <w:b w:val="0"/>
          <w:color w:val="15131F"/>
          <w:sz w:val="21"/>
        </w:rPr>
        <w:t>Seg. 12 out., 18:05, email: Recebi, está tudo bem. Obrigado por me manterem informado.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de encomendas atrasadas: SW-31877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Encomenda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SW-31877, tenda e colchão, 418 $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Transportadora, serviço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transportadora, entrega em 2 dias, 18 $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 prometida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 7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Causa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Atraso da transportadora, retida num centro de distribuição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Aviso prévio enviado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 7 out., 09:20, antes de ele perguntar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Nova data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 9 out., depois seg. 12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Data-limite de espera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 12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Gesto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18 $ de portes de envio reembolsados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Entregue seg. 12 out., 5 dias de atraso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Todas as mensagens, 7 a 12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Mensagem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 7 out., 09:20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Aviso prévio, antes de ele perguntar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 7 out., 10:30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data dele anotada, 18 $ reembolsados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 9 out., 16:40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andar de novo, seg. 12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Sáb. 10 out., 11:30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Agente de IA, passado à Hana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 12 out., 17:30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Entregue, fechada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CRMsoftware.pro a 12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Suporte ao Vivo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 sáb. 10 out.: «Aguardando agente», reivindicado seg. 09:05, resolvido seg. 18:10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Etiqueta de conversa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shipping-delay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 no contacto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SW-31877: retida no centro de distribuição de 6 a 9 out.; 18 $ de portes reembolsados; entregue a 12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Verificar rastreio SW-31877, «Prazo» seg. 12 out. 09:00, concluída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 guardada usada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/delay (plano Growth)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Loja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Que email de atraso na entrega para cada causa, e quando o enviar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Situação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Enviar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Plano B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Vai falhar a data prometida, enviada ou não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Aviso prévio (separador 1)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dia em que souber, antes da data prometida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Data-limite de espera: substituir ou reembolsar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consegue enviar até à data de envio prometida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Aviso de falta de stock (separador 4)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imediato, nunca depois da data de envio ou do dia 30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Cancelar com reembolso total no prazo de 7 dias úteis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Parada num centro de distribuição, a nova data da transportadora passou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Atualização de atraso da transportadora (separador 2)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a nova data passar, depois a cada 2 dias úteis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Investigação, depois substituir ou reembolsar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Tempestade, greve ou retenção na alfândega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de mau tempo ou alfândega (separador 3)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dia em que a transportadora o anunciar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segundo envio por outra rota, ou um reembolso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artigo atrasado, o resto pronto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de envio parcial (separador 5)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um artigo tem 3 ou mais dias úteis de atraso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Cancelar o artigo atrasado com reembolso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registo há 5 dias úteis, ou marcada como entregue mas não recebida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Perdida ou não recebida (separador 6)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 data-limite de espera; no próprio dia se marcada como entregue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Substituir por envio expresso ou reembolsar, à escolha do cliente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cliente escreveu primeiro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a «onde está a minha encomenda» (separador 7)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hora útil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Como acima, registado como «perguntou primeiro»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Regras sobre atrasos na entrega nos EUA, na UE e no Reino Unido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Três fontes oficiais, uma regra em comum: 30 dias é o prazo por defeito quando não foi acordada nenhuma data, e um cliente que cancela recebe o dinheiro de volta depressa.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Estados Unidos: regra da FTC para encomendas por correio, internet ou telefone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Precisa de uma base razoável para qualquer data de envio que indique; sem data, tem de enviar no prazo de 30 dias (50 se o cliente pediu crédito da sua própria empresa). Se não conseguir, ofereça, por iniciativa própria e nunca depois da data prometida, uma nova data de envio definida ou uma declaração de que não a consegue dar, mais a opção de cancelar com reembolso total. O silêncio só conta como consentimento para uma nova data até 30 dias de atraso, nunca depois de um segundo aviso. Os reembolsos saem no prazo de 7 dias úteis. O email conta como aviso.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União Europeia: Diretiva 2011/83/UE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Salvo acordo sobre o prazo de entrega, tem de entregar no prazo de 30 dias. Se não o fizer, o cliente fixa um prazo adicional razoável; se este passar, pode pôr fim ao contrato e reembolsa-lhe tudo o que pagou o mais rapidamente possível. Não é preciso prazo adicional se se recusar a entregar, ou se o cliente tiver dito antes de comprar que a data era essencial; uma encomenda perdida significa um artigo idêntico ou um reembolso.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Reino Unido: Consumer Rights Act 2015, secções 28 e 29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Sem prazo acordado, tem de entregar sem demora injustificada e no prazo de 30 dias. Se o falhar, o cliente pode fixar um prazo adequado, ou pôr fim ao contrato de imediato se se recusou a entregar ou se o prazo acordado era essencial. Todos os pagamentos são reembolsados sem demora injustificada. Os bens ficam por sua conta e risco até estarem com o cliente, ou com alguém que ele indicou.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Esta página não é aconselhamento jurídico. Estas regras abrangem consumidores; clientes empresariais, bens digitais e alguns setores têm outras regras, e aplica-se a regra do país onde o seu cliente vive. Leia as páginas oficiais em Fontes.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email de atraso na entrega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Escreva a sua regra da data-limite de espera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Quantos dias úteis depois da estimativa da transportadora reenvia ou reembolsa, e quem aprova um gesto.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Verifique o rastreio todas as manhãs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Todas as encomendas em aberto depois da data de envio, antes de os clientes escreverem. Tudo o que estiver atrasado ou parado recebe o aviso prévio nessa manhã.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Envie o email que corresponde à causa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Separadores 1 a 7. A data da transportadora como dela, a sua próxima atualização com dia e hora, o plano B com data.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Cumpra a data da atualização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Mesmo sem novidades. Depois substitua, reembolse ou cancele na data-limite de espera.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e reveja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por encomenda atrasada. Todas as semanas: percentagem avisada antes de perguntar, dias de atraso e dinheiro em gestos por causa.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Escreva um artigo «Onde está a minha encomenda» em «Meus Bots» &gt; o seu bot &gt; separador «Básico» &gt; «Base de Conhecimento»: a ligação de rastreio, que o chat não vê o rastreio da transportadora, a sua regra da data-limite de espera e quem responde até quando. Clique em «Salvar Alterações» (guardar o bot) e teste com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Os chats que o agente de IA passa aparecem em «Suporte ao Vivo» como «Aguardando agente»: clique em «Reivindicar» (assumir o chat), responda e clique em «Resolver» quando a encomenda estiver confirmada.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No Growth, guarde os emails e as linhas de chat: «Configurações» &gt; «Respostas salvas» &gt; «Nova resposta», «Atalho» (por exemplo /delay ou /lost), «Título», «Corpo da resposta», «Compartilhar com a equipe» (partilhar com a equipa). Escreva o atalho na caixa de resposta do chat.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Etiquete todos os chats de atraso: «Configurações» &gt; «Tags de Conversa» &gt; «Nova etiqueta», por exemplo shipping-delay. Escreva o número da encomenda, a causa, as datas e o gesto em «Notas», no contacto.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Transforme cada atualização prometida numa tarefa: «Tarefas» &gt; «Nova Tarefa», «Título da tarefa» «Verificar rastreio SW-31877», «Cessionário» (o responsável pela tarefa), a hora prometida como «Prazo». Veja «Prazo para hoje» e «Atraso» (em atraso) em «Minhas Tarefas» todas as manhãs.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A CRMsoftware.pro não tem rastreio de encomendas, integração com transportadoras nem emails de atraso automáticos: verifica o rastreio na sua loja ou na conta da transportadora e envia os emails a partir da sua própria caixa de correio. O chat com IA a partir da sua base de conhecimento é grátis para 3 utilizadores. Passagem para uma pessoa e caixa de entrada unificada: Launch, 19 $ por mês, com faturação anual, para 8 utilizadores. «Respostas salvas»: Growth, 49 $.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do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https://crmsoftware.pro/pt/templates/shipping-delay-email-templates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de atraso na entrega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