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 w:cs="Calibri" w:eastAsia="Calibr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44"/>
        </w:rPr>
        <w:t>Modelos de email de cancelamento de subscrição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2"/>
        </w:rPr>
        <w:t>Sete separadores para uma pequena empresa de subscrições responder ao cancelamento do seu próprio cliente: email de confirmação, uma oferta de retenção, pergunta do motivo, reembolso do tempo não usado, respostas para o chat, a porta aberta e o registo de cancelamentos. Da CRMsoftware.pro.</w:t>
      </w:r>
    </w:p>
    <w:p>
      <w:pPr>
        <w:spacing w:after="280"/>
      </w:pPr>
      <w:r>
        <w:rPr>
          <w:rFonts w:ascii="Calibri" w:hAnsi="Calibri" w:cs="Calibri" w:eastAsia="Calibri"/>
          <w:b w:val="0"/>
          <w:color w:val="5D5A70"/>
          <w:sz w:val="21"/>
        </w:rPr>
        <w:t>Retire primeiro os seis factos do seu sistema de faturação: cancelada em, última cobrança, fim do acesso ou das entregas, próxima cobrança, dados e reativação. Substitua cada palavra entre [parênteses retos], cancele no prazo de 1 dia útil e envie a confirmação no próprio dia. Registe todos os pedidos no registo de cancelamentos em Excel.</w:t>
      </w:r>
    </w:p>
    <w:p>
      <w:pPr>
        <w:spacing w:after="160"/>
      </w:pPr>
      <w:r>
        <w:rPr>
          <w:rFonts w:ascii="Calibri" w:hAnsi="Calibri" w:cs="Calibri" w:eastAsia="Calibri"/>
          <w:b/>
          <w:color w:val="15131F"/>
          <w:sz w:val="32"/>
        </w:rPr>
        <w:t>Os modelos</w:t>
      </w: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1. Email de confirmação de cancelamento da subscrição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Enviar: No próprio dia · Cancelar no prazo de: 1 dia útil · Alemanha e Reino Unido: Alemanha: um cancelamento enviado pelo botão de cancelamento do site tem de ser confirmado de imediato, com a data e a hora de receção e a data de fim. Reino Unido: um aviso de fim de contrato semelhante já é lei, mas ainda não está em vigor. · Passar ao proprietário: Uma cobrança depois da data de cancelamento, um chargeback, um advogado ou um pedido para apagar todos os dados.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Este modelo de email de cancelamento de subscrição segue no dia em que cancela, pelo canal que o cliente usou: a Califórnia, por exemplo, exige que o cancelamento seja feito pelo mesmo meio em que o cliente subscreveu ou que costuma usar. Retire primeiro os seis factos do seu sistema de faturação, para que o cliente saiba o que foi cancelado e quando, qual foi a última cobrança, o que ainda vai receber e o que acontece aos seus dados.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Os seis factos: preencha-os antes de escrever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Facto</w:t>
            </w:r>
          </w:p>
        </w:tc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O que escrever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Cancelada em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[data e hora] no seu sistema de faturação, com efeito [imediato ou no fim do período pago]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Última cobrança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[valor] a [data], referente a [período ou caixa]: [reembolsada, ou não reembolsada e porquê]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Fim do acesso ou das entregas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[data]: [a última caixa, a última entrega ou o último dia de acesso]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Próxima cobrança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Nenhuma. A renovação de [data de renovação] não vai acontecer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Os seus dados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[o que guarda, durante quanto tempo, como exportar, como pedir a eliminação]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Reativação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[ligação para reativar] e [o que fica guardado: definições, morada, preferências]</w:t>
            </w:r>
          </w:p>
        </w:tc>
      </w:tr>
    </w:tbl>
    <w:p/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Assunto: </w:t>
      </w:r>
      <w:r>
        <w:rPr>
          <w:rFonts w:ascii="Calibri" w:hAnsi="Calibri" w:cs="Calibri" w:eastAsia="Calibri"/>
          <w:b w:val="0"/>
          <w:color w:val="15131F"/>
          <w:sz w:val="21"/>
        </w:rPr>
        <w:t>A sua subscrição [nome do plano] foi cancelada: não haverá mais cobranças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Email: </w:t>
      </w:r>
      <w:r>
        <w:rPr>
          <w:rFonts w:ascii="Calibri" w:hAnsi="Calibri" w:cs="Calibri" w:eastAsia="Calibri"/>
          <w:b w:val="0"/>
          <w:color w:val="15131F"/>
          <w:sz w:val="21"/>
        </w:rPr>
        <w:t>Olá, [nome],</w:t>
        <w:br/>
        <w:br/>
        <w:t>A sua subscrição [nome do plano] está cancelada. Cancelei-a a [data], às [hora], tal como pediu a [data do pedido].</w:t>
        <w:br/>
        <w:br/>
        <w:t>O que isto significa:</w:t>
        <w:br/>
        <w:t>- Última cobrança: [valor] a [data], referente a [período ou caixa]. [Reembolsada hoje na totalidade, ou não reembolsada porque o período já começou.]</w:t>
        <w:br/>
        <w:t>- Fim [das entregas ou do acesso]: [data]. [O que ainda vai receber, ou até quando a conta funciona.]</w:t>
        <w:br/>
        <w:t>- Sem mais cobranças: a renovação de [data de renovação] não vai acontecer.</w:t>
        <w:br/>
        <w:t>- Os seus dados: [o que guardamos, até quando, como os exportar ou eliminar].</w:t>
        <w:br/>
        <w:br/>
        <w:t>Se mudar de ideias, pode reativar em [ligação para reativar]. [O que fica guardado.]</w:t>
        <w:br/>
        <w:br/>
        <w:t>[Opcional: a pergunta do motivo do separador 3.]</w:t>
        <w:br/>
        <w:br/>
        <w:t>Se vir uma cobrança nossa depois de [data], responda a este email e eu reembolso-a no próprio dia.</w:t>
        <w:br/>
        <w:br/>
        <w:t>[O seu nome], [empresa]</w:t>
        <w:br/>
        <w:t>Referência: [ID do cliente ou da subscrição]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Cancelamento no fim do período pago: </w:t>
      </w:r>
      <w:r>
        <w:rPr>
          <w:rFonts w:ascii="Calibri" w:hAnsi="Calibri" w:cs="Calibri" w:eastAsia="Calibri"/>
          <w:b w:val="0"/>
          <w:color w:val="15131F"/>
          <w:sz w:val="21"/>
        </w:rPr>
        <w:t>Olá, [nome], a sua subscrição [nome do plano] termina a [data de fim], tal como pediu a [data do pedido]. Mantém o acesso total até lá, e a renovação de [data de renovação] não vai acontecer. A sua última cobrança foi de [valor], a [data]. [O que acontece aos seus dados na data de fim.] Se afinal quiser ficar, responda antes de [data de fim] e eu anulo o cancelamento. [O seu nome], [empresa]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Nunca: </w:t>
      </w:r>
      <w:r>
        <w:rPr>
          <w:rFonts w:ascii="Calibri" w:hAnsi="Calibri" w:cs="Calibri" w:eastAsia="Calibri"/>
          <w:b w:val="0"/>
          <w:color w:val="5D5A70"/>
          <w:sz w:val="21"/>
        </w:rPr>
        <w:t>Escrever «no fim do seu ciclo de faturação» em vez de uma data, pedir ao cliente que confirme outra vez ou dizer-lhe que telefone. As datas e os valores respondem às perguntas que, de outro modo, o cliente faria.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2. Uma oferta de retenção honesta: pausa ou plano inferior, nunca um obstáculo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Ofertas: 1 · Tem de se ajustar a: O motivo indicado · Depois de um não: Nunca mais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Faça uma só oferta, e só quando se ajusta ao motivo: uma pausa para «não uso o suficiente», um plano inferior para «demasiado caro». Quando o pedido é claro, cancele primeiro e acrescente a linha abaixo à confirmação; envie o email apenas a um cliente que ainda está a decidir. Depois de um não, ou se não houver resposta, nunca volte a oferecer.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Linha para a confirmação (já cancelada): </w:t>
      </w:r>
      <w:r>
        <w:rPr>
          <w:rFonts w:ascii="Calibri" w:hAnsi="Calibri" w:cs="Calibri" w:eastAsia="Calibri"/>
          <w:b w:val="0"/>
          <w:color w:val="15131F"/>
          <w:sz w:val="21"/>
        </w:rPr>
        <w:t>Se uma pausa lhe convier mais do que sair: responda PAUSA até [data] e eu transformo o seu cancelamento numa pausa de [1, 2 ou 3] meses. Caso contrário, não precisa de fazer nada: o seu cancelamento mantém-se.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Assunto, se o cliente estiver indeciso: </w:t>
      </w:r>
      <w:r>
        <w:rPr>
          <w:rFonts w:ascii="Calibri" w:hAnsi="Calibri" w:cs="Calibri" w:eastAsia="Calibri"/>
          <w:b w:val="0"/>
          <w:color w:val="15131F"/>
          <w:sz w:val="21"/>
        </w:rPr>
        <w:t>As suas opções para o [nome do plano], incluindo cancelar hoje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Email: </w:t>
      </w:r>
      <w:r>
        <w:rPr>
          <w:rFonts w:ascii="Calibri" w:hAnsi="Calibri" w:cs="Calibri" w:eastAsia="Calibri"/>
          <w:b w:val="0"/>
          <w:color w:val="15131F"/>
          <w:sz w:val="21"/>
        </w:rPr>
        <w:t>Olá, [nome],</w:t>
        <w:br/>
        <w:br/>
        <w:t>Obrigado por me explicar [o motivo, nas palavras do cliente]. Pode cancelar hoje: responda CANCELAR ou use [ligação para cancelar] e fica feito no próprio dia, sem mais cobranças.</w:t>
        <w:br/>
        <w:br/>
        <w:t>Se ajudar, há uma outra opção: [a única oferta que se ajusta ao motivo, por exemplo uma pausa de 1, 2 ou 3 meses sem cobranças, ou o plano mais pequeno a partir da próxima cobrança].</w:t>
        <w:br/>
        <w:br/>
        <w:t>Responda CANCELAR ou [PAUSA ou MUDAR]. Se não tiver notícias suas, nada muda e não volto a escrever-lhe sobre isto.</w:t>
        <w:br/>
        <w:br/>
        <w:t>[O seu nome], [empresa]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Telefone ou chat: diga isto primeiro: </w:t>
      </w:r>
      <w:r>
        <w:rPr>
          <w:rFonts w:ascii="Calibri" w:hAnsi="Calibri" w:cs="Calibri" w:eastAsia="Calibri"/>
          <w:b w:val="0"/>
          <w:color w:val="15131F"/>
          <w:sz w:val="21"/>
        </w:rPr>
        <w:t>Posso cancelar já: basta dizer «cancelar» a qualquer momento. Antes disso, uma opção, caso lhe sirva melhor: [a oferta]. Prefere isso ou quer que cancele?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Nunca: </w:t>
      </w:r>
      <w:r>
        <w:rPr>
          <w:rFonts w:ascii="Calibri" w:hAnsi="Calibri" w:cs="Calibri" w:eastAsia="Calibri"/>
          <w:b w:val="0"/>
          <w:color w:val="5D5A70"/>
          <w:sz w:val="21"/>
        </w:rPr>
        <w:t>Transformar a oferta num passo a que o cliente tem de responder antes de cancelar um pedido claro, oferecer duas vezes ou esconder a forma de cancelar atrás da oferta. A Califórnia só permite uma oferta de retenção enquanto o cliente ainda pode cancelar: online, com uma ligação «clique para cancelar» visível junto à oferta; por telefone, depois de lhe dizer que pode cancelar a qualquer momento dizendo «cancelar».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Oferta por motivo: </w:t>
      </w:r>
      <w:r>
        <w:rPr>
          <w:rFonts w:ascii="Calibri" w:hAnsi="Calibri" w:cs="Calibri" w:eastAsia="Calibri"/>
          <w:b w:val="0"/>
          <w:color w:val="5D5A70"/>
          <w:sz w:val="21"/>
        </w:rPr>
        <w:t>Não uso o suficiente: pausa, Demasiado caro: plano inferior, Outros motivos: sem oferta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3. Porque está a sair? Uma pergunta com 5 opções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Perguntar: Depois de cancelar · Opções: 5, sempre as mesmas · Lembretes: Nenhum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Pergunte uma vez, depois de concluir o cancelamento, nunca antes. Com cinco opções fixas, pode contar as respostas; a quinta deixa espaço para as palavras do próprio cliente. Uma resposta nunca recebe uma contraoferta.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Assunto: </w:t>
      </w:r>
      <w:r>
        <w:rPr>
          <w:rFonts w:ascii="Calibri" w:hAnsi="Calibri" w:cs="Calibri" w:eastAsia="Calibri"/>
          <w:b w:val="0"/>
          <w:color w:val="15131F"/>
          <w:sz w:val="21"/>
        </w:rPr>
        <w:t>Uma pergunta sobre o cancelamento do seu [nome do plano] (opcional)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Email: </w:t>
      </w:r>
      <w:r>
        <w:rPr>
          <w:rFonts w:ascii="Calibri" w:hAnsi="Calibri" w:cs="Calibri" w:eastAsia="Calibri"/>
          <w:b w:val="0"/>
          <w:color w:val="15131F"/>
          <w:sz w:val="21"/>
        </w:rPr>
        <w:t>Olá, [nome],</w:t>
        <w:br/>
        <w:br/>
        <w:t>O seu cancelamento está concluído, e isto não é uma tentativa de mudar a sua decisão. Se tiver 10 segundos: qual foi o principal motivo? Responda com um número:</w:t>
        <w:br/>
        <w:br/>
        <w:t>1. Demasiado caro</w:t>
        <w:br/>
        <w:t>2. Não uso o suficiente</w:t>
        <w:br/>
        <w:t>3. Não é o produto certo</w:t>
        <w:br/>
        <w:t>4. Problema de entrega ou de serviço</w:t>
        <w:br/>
        <w:t>5. Outro: [poucas palavras]</w:t>
        <w:br/>
        <w:br/>
        <w:t>É tudo. Obrigado pelos [número] meses connosco.</w:t>
        <w:br/>
        <w:br/>
        <w:t>[O seu nome], [empresa]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O que cada resposta lhe diz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Resposta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Registar como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O que verificar no próximo mês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Demasiado caro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Os clientes encontram o seu plano mais pequeno e o respetivo preço?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Não uso o suficiente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Ofereça uma pausa ou uma frequência menor também no momento da adesão.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3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Não é o produto certo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Anote o que o cliente queria. Três respostas semelhantes são um sinal sobre o produto.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4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Problema de entrega ou de serviço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Corrija a causa e reembolse o que for devido. Sem oferta.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5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Outro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Leia as palavras todos os meses; acrescente uma opção só se uma resposta se repetir.</w:t>
            </w:r>
          </w:p>
        </w:tc>
      </w:tr>
    </w:tbl>
    <w:p/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Dica: </w:t>
      </w:r>
      <w:r>
        <w:rPr>
          <w:rFonts w:ascii="Calibri" w:hAnsi="Calibri" w:cs="Calibri" w:eastAsia="Calibri"/>
          <w:b w:val="0"/>
          <w:color w:val="5D5A70"/>
          <w:sz w:val="21"/>
        </w:rPr>
        <w:t>Se o seu sistema de faturação envia a confirmação, envie esta pergunta uma vez, no dia seguinte. Caso contrário, inclua-a na sua confirmação (separador 1).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Registar como: </w:t>
      </w:r>
      <w:r>
        <w:rPr>
          <w:rFonts w:ascii="Calibri" w:hAnsi="Calibri" w:cs="Calibri" w:eastAsia="Calibri"/>
          <w:b w:val="0"/>
          <w:color w:val="5D5A70"/>
          <w:sz w:val="21"/>
        </w:rPr>
        <w:t>Demasiado caro, Não uso o suficiente, Não é o produto certo, Problema de entrega ou de serviço, Outro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4. Reembolso do tempo não usado e cobrança depois do cancelamento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Regra de reembolso: Escrita uma vez · Mostrar: Cada linha das contas · Cobrança após cancelar: Reembolso no próprio dia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Defina a regra uma vez, escreva-a nos seus termos e aplique-a sempre. Por exemplo: uma caixa ou um período ainda não enviado ou não iniciado é reembolsado na totalidade; um mês já iniciado não é, mas não se cobra mais nada; um plano anual é reembolsado pelos meses completos não usados. Na Stripe, quando cancela, escolhe um reembolso proporcional, o último pagamento na totalidade ou nenhum reembolso.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Assunto: </w:t>
      </w:r>
      <w:r>
        <w:rPr>
          <w:rFonts w:ascii="Calibri" w:hAnsi="Calibri" w:cs="Calibri" w:eastAsia="Calibri"/>
          <w:b w:val="0"/>
          <w:color w:val="15131F"/>
          <w:sz w:val="21"/>
        </w:rPr>
        <w:t>Reembolso da parte não usada do seu [nome do plano]: [valor do reembolso]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Email: </w:t>
      </w:r>
      <w:r>
        <w:rPr>
          <w:rFonts w:ascii="Calibri" w:hAnsi="Calibri" w:cs="Calibri" w:eastAsia="Calibri"/>
          <w:b w:val="0"/>
          <w:color w:val="15131F"/>
          <w:sz w:val="21"/>
        </w:rPr>
        <w:t>Olá, [nome],</w:t>
        <w:br/>
        <w:br/>
        <w:t>A sua subscrição [nome do plano] está cancelada desde [data] e eis como chegámos ao valor do seu reembolso:</w:t>
        <w:br/>
        <w:br/>
        <w:t>Pagou: [valor] a [data], referente a [período ou caixa].</w:t>
        <w:br/>
        <w:t>Usado: [a parte usada, por exemplo 4 de 12 meses, ou nada porque a caixa ainda não foi enviada].</w:t>
        <w:br/>
        <w:t>Não usado: [a parte não usada].</w:t>
        <w:br/>
        <w:t>O seu reembolso: [valor do reembolso], segundo os nossos termos de [data dos termos]: [a regra numa frase].</w:t>
        <w:br/>
        <w:br/>
        <w:t>Reembolsei hoje [valor do reembolso] para o seu [método de pagamento, cartão terminado nos últimos 4 dígitos], referência [referência do reembolso]. Os bancos costumam mostrá-lo no prazo de [o prazo indicado pelo seu prestador de pagamentos].</w:t>
        <w:br/>
        <w:br/>
        <w:t>Se alguma linha lhe parecer errada, responda e diga-me qual.</w:t>
        <w:br/>
        <w:br/>
        <w:t>[O seu nome], [empresa]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Cobrança depois do cancelamento: </w:t>
      </w:r>
      <w:r>
        <w:rPr>
          <w:rFonts w:ascii="Calibri" w:hAnsi="Calibri" w:cs="Calibri" w:eastAsia="Calibri"/>
          <w:b w:val="0"/>
          <w:color w:val="15131F"/>
          <w:sz w:val="21"/>
        </w:rPr>
        <w:t>Olá, [nome], peço desculpa: cancelou a [data de cancelamento] e, mesmo assim, cobrámos [valor] a [data da cobrança]. O erro foi nosso. Reembolsei hoje a totalidade dos [valor], referência [referência do reembolso], e confirmei que não há mais nada agendado: a sua subscrição aparece como cancelada desde [data de cancelamento]. Não precisa de fazer mais nada. [O seu nome], [empresa]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Nunca: </w:t>
      </w:r>
      <w:r>
        <w:rPr>
          <w:rFonts w:ascii="Calibri" w:hAnsi="Calibri" w:cs="Calibri" w:eastAsia="Calibri"/>
          <w:b w:val="0"/>
          <w:color w:val="5D5A70"/>
          <w:sz w:val="21"/>
        </w:rPr>
        <w:t>Pedir ao cliente que conteste a cobrança junto do banco, ou que prove que cancelou quando o seu registo mostra o pedido. Para todos os outros passos de um reembolso, use os modelos de email de reembolso.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5. Respostas de cancelamento para chat em direto e mensagens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Responder em: 2 minutos · Por escrito: Confirmação por email · Oferta: Uma vez, na 1.ª resposta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No chat, dê a ligação para cancelar ou cancele em nome do cliente, faça a única oferta na mesma mensagem e depois confirme com datas. Guarde estas cinco respostas como atalhos; a confirmação completa segue na mesma por email, por escrito.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5.1 /cancel-start: Primeira resposta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 usar: </w:t>
      </w:r>
      <w:r>
        <w:rPr>
          <w:rFonts w:ascii="Calibri" w:hAnsi="Calibri" w:cs="Calibri" w:eastAsia="Calibri"/>
          <w:b w:val="0"/>
          <w:color w:val="5D5A70"/>
          <w:sz w:val="21"/>
        </w:rPr>
        <w:t>Um cliente escreve «cancelar» no chat.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Nunca: </w:t>
      </w:r>
      <w:r>
        <w:rPr>
          <w:rFonts w:ascii="Calibri" w:hAnsi="Calibri" w:cs="Calibri" w:eastAsia="Calibri"/>
          <w:b w:val="0"/>
          <w:color w:val="5D5A70"/>
          <w:sz w:val="21"/>
        </w:rPr>
        <w:t>Perguntar porquê antes de ajudar.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Posso ajudar, [nome]. Pode cancelar num só passo em [ligação para cancelar], ou posso tratar disso já por si. Uma opção, só se lhe servir melhor: [a oferta]. Basta dizer «cancelar» e eu cancelo.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5.2 /cancel-done: Cancelada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 usar: </w:t>
      </w:r>
      <w:r>
        <w:rPr>
          <w:rFonts w:ascii="Calibri" w:hAnsi="Calibri" w:cs="Calibri" w:eastAsia="Calibri"/>
          <w:b w:val="0"/>
          <w:color w:val="5D5A70"/>
          <w:sz w:val="21"/>
        </w:rPr>
        <w:t>Logo depois de cancelar no sistema de faturação.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prometer: </w:t>
      </w:r>
      <w:r>
        <w:rPr>
          <w:rFonts w:ascii="Calibri" w:hAnsi="Calibri" w:cs="Calibri" w:eastAsia="Calibri"/>
          <w:b w:val="0"/>
          <w:color w:val="5D5A70"/>
          <w:sz w:val="21"/>
        </w:rPr>
        <w:t>Um reembolso ainda não emitido.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Feito: a sua subscrição [nome do plano] está cancelada desde [data e hora]. Última cobrança: [valor] a [data]. [As entregas ou o acesso] terminam a [data] e não há mais cobranças. A confirmação vai a caminho de [endereço de email].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5.3 /cancel-refund: Tempo não usado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 usar: </w:t>
      </w:r>
      <w:r>
        <w:rPr>
          <w:rFonts w:ascii="Calibri" w:hAnsi="Calibri" w:cs="Calibri" w:eastAsia="Calibri"/>
          <w:b w:val="0"/>
          <w:color w:val="5D5A70"/>
          <w:sz w:val="21"/>
        </w:rPr>
        <w:t>A última cobrança é de tempo não usado.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prometer: </w:t>
      </w:r>
      <w:r>
        <w:rPr>
          <w:rFonts w:ascii="Calibri" w:hAnsi="Calibri" w:cs="Calibri" w:eastAsia="Calibri"/>
          <w:b w:val="0"/>
          <w:color w:val="5D5A70"/>
          <w:sz w:val="21"/>
        </w:rPr>
        <w:t>O dia em que o dinheiro aparece.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A sua última cobrança de [valor], a [data], era referente a [caixa ou período] que ainda não [foi enviada ou começou], por isso reembolsei-a na totalidade: [valor] para o seu cartão terminado em [últimos 4 dígitos], referência [referência do reembolso].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5.4 /cancel-reason: Pergunta do motivo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 usar: </w:t>
      </w:r>
      <w:r>
        <w:rPr>
          <w:rFonts w:ascii="Calibri" w:hAnsi="Calibri" w:cs="Calibri" w:eastAsia="Calibri"/>
          <w:b w:val="0"/>
          <w:color w:val="5D5A70"/>
          <w:sz w:val="21"/>
        </w:rPr>
        <w:t>Depois de concluído o cancelamento, uma vez.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Nunca: </w:t>
      </w:r>
      <w:r>
        <w:rPr>
          <w:rFonts w:ascii="Calibri" w:hAnsi="Calibri" w:cs="Calibri" w:eastAsia="Calibri"/>
          <w:b w:val="0"/>
          <w:color w:val="5D5A70"/>
          <w:sz w:val="21"/>
        </w:rPr>
        <w:t>Responder ao motivo com uma nova oferta.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Uma última pergunta, só se quiser responder: qual foi o principal motivo? 1 Demasiado caro, 2 Não uso o suficiente, 3 Não é o produto certo, 4 Problema de entrega ou de serviço, 5 Outro.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5.5 /cancel-later: Porta aberta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 usar: </w:t>
      </w:r>
      <w:r>
        <w:rPr>
          <w:rFonts w:ascii="Calibri" w:hAnsi="Calibri" w:cs="Calibri" w:eastAsia="Calibri"/>
          <w:b w:val="0"/>
          <w:color w:val="5D5A70"/>
          <w:sz w:val="21"/>
        </w:rPr>
        <w:t>Para fechar o chat.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Nunca: </w:t>
      </w:r>
      <w:r>
        <w:rPr>
          <w:rFonts w:ascii="Calibri" w:hAnsi="Calibri" w:cs="Calibri" w:eastAsia="Calibri"/>
          <w:b w:val="0"/>
          <w:color w:val="5D5A70"/>
          <w:sz w:val="21"/>
        </w:rPr>
        <w:t>Prometer um desconto para voltar.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Obrigado pelos [número] meses connosco. Guardamos [as suas definições, a sua morada ou as suas preferências], por isso reativar é um só passo em [ligação para reativar].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Dica: </w:t>
      </w:r>
      <w:r>
        <w:rPr>
          <w:rFonts w:ascii="Calibri" w:hAnsi="Calibri" w:cs="Calibri" w:eastAsia="Calibri"/>
          <w:b w:val="0"/>
          <w:color w:val="5D5A70"/>
          <w:sz w:val="21"/>
        </w:rPr>
        <w:t>Um agente de IA pode partilhar a ligação para cancelar e fazer a oferta. Só uma pessoa com acesso à faturação cancela, pausa ou reembolsa.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Atalhos: </w:t>
      </w:r>
      <w:r>
        <w:rPr>
          <w:rFonts w:ascii="Calibri" w:hAnsi="Calibri" w:cs="Calibri" w:eastAsia="Calibri"/>
          <w:b w:val="0"/>
          <w:color w:val="5D5A70"/>
          <w:sz w:val="21"/>
        </w:rPr>
        <w:t>/cancel-start, /cancel-done, /cancel-refund, /cancel-reason, /cancel-later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6. Deixe a porta aberta: reativar num só passo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Notas posteriores: 1 no máximo · Só se: O motivo mudou · Cada resposta: Tem a ligação para reativar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Cada cancelamento termina com a forma de voltar e o que fica guardado. Depois disso, envie no máximo uma nota posterior: só quando o motivo do cliente tiver mudado e só se ele tiver aceitado receber notícias suas. Para um plano de reconquista completo, veja a sequência de emails de reconquista.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Reativação: assunto: </w:t>
      </w:r>
      <w:r>
        <w:rPr>
          <w:rFonts w:ascii="Calibri" w:hAnsi="Calibri" w:cs="Calibri" w:eastAsia="Calibri"/>
          <w:b w:val="0"/>
          <w:color w:val="15131F"/>
          <w:sz w:val="21"/>
        </w:rPr>
        <w:t>Está de volta: a sua subscrição [nome do plano] recomeça a [data]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Reativação: email: </w:t>
      </w:r>
      <w:r>
        <w:rPr>
          <w:rFonts w:ascii="Calibri" w:hAnsi="Calibri" w:cs="Calibri" w:eastAsia="Calibri"/>
          <w:b w:val="0"/>
          <w:color w:val="15131F"/>
          <w:sz w:val="21"/>
        </w:rPr>
        <w:t>Olá, [nome],</w:t>
        <w:br/>
        <w:br/>
        <w:t>A sua subscrição [nome do plano] está novamente ativa. Primeira cobrança: [valor] a [data]. Guardámos [o que ficou guardado], por isso não há nada para configurar.</w:t>
        <w:br/>
        <w:br/>
        <w:t>Pode cancelar ou pausar a qualquer momento em [ligação para cancelar].</w:t>
        <w:br/>
        <w:br/>
        <w:t>[O seu nome], [empresa]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Nota posterior: assunto: </w:t>
      </w:r>
      <w:r>
        <w:rPr>
          <w:rFonts w:ascii="Calibri" w:hAnsi="Calibri" w:cs="Calibri" w:eastAsia="Calibri"/>
          <w:b w:val="0"/>
          <w:color w:val="15131F"/>
          <w:sz w:val="21"/>
        </w:rPr>
        <w:t>[O que mudou] na [empresa]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Nota posterior: email (uma vez): </w:t>
      </w:r>
      <w:r>
        <w:rPr>
          <w:rFonts w:ascii="Calibri" w:hAnsi="Calibri" w:cs="Calibri" w:eastAsia="Calibri"/>
          <w:b w:val="0"/>
          <w:color w:val="15131F"/>
          <w:sz w:val="21"/>
        </w:rPr>
        <w:t>Olá, [nome],</w:t>
        <w:br/>
        <w:br/>
        <w:t>Quando cancelou o [nome do plano] em [mês], disse-nos que [o motivo]. Entretanto mudámos isso: [o que mudou, numa frase, com a data].</w:t>
        <w:br/>
        <w:br/>
        <w:t>Se quiser experimentar, reativar é um só passo em [ligação para reativar]. Se não, não precisa de fazer nada, e esta é a única nota que vamos enviar sobre o assunto.</w:t>
        <w:br/>
        <w:br/>
        <w:t>[O seu nome], [empresa]</w:t>
        <w:br/>
        <w:t>[Ligação para deixar de receber emails]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Envie a nota posterior só se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 motivo do cliente mudou mesmo: um plano mais pequeno, um problema de entrega resolvido, o produto que pediu.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 cliente aceitou receber emails seus, e a nota tem uma ligação para deixar de os receber.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É a única nota. Sem resposta, é um não.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7. Registe cada cancelamento e depois reveja o mês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Campos: 8 · Mantido: Só após uma cobrança · Revisão: Mensal, 20 minutos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Registe cada pedido no dia em que chega, antes de responder. Uma linha está completa quando os oito campos estão preenchidos; o registo em Excel calcula o resto.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Os oito campos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Campo</w:t>
            </w:r>
          </w:p>
        </w:tc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O que escrever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Data do pedido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[data], mais [hora] no caso de uma mensagem de voz ou de uma mensagem fora de horas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Plano e valor mensal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[nome do plano], [preço por mês]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Canal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Email, Chat, Telefone ou Autosserviço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Motivo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Uma das 5 opções, mais [as palavras do cliente]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Oferta feita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Pausa, Plano inferior ou Nenhuma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Resultado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Cancelada, Pausada ou Desceu de plano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Processado em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[data], no prazo de 1 dia útil após o pedido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Reembolso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[valor] e [referência do reembolso], ou nenhum</w:t>
            </w:r>
          </w:p>
        </w:tc>
      </w:tr>
    </w:tbl>
    <w:p/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Verificação de conclusão: </w:t>
      </w:r>
      <w:r>
        <w:rPr>
          <w:rFonts w:ascii="Calibri" w:hAnsi="Calibri" w:cs="Calibri" w:eastAsia="Calibri"/>
          <w:b w:val="0"/>
          <w:color w:val="5D5A70"/>
          <w:sz w:val="21"/>
        </w:rPr>
        <w:t>Um cliente em pausa só conta como mantido depois da primeira cobrança após a pausa. No dia em que a pausa termina, escreva Sim ou Não em Retomou. Só Sim conta como receita mantida.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Revisão mensal, 20 minutos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1. Motivo principal: Uma correção para o motivo mais frequente; veja que motivo faz perder mais receita.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2. A oferta: Se quase ninguém a aceita, mude-a ou deixe de a fazer.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3. Cobranças após cancelar: Objetivo: zero. Cada uma recebe um reembolso no próprio dia e uma causa identificada.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Resultados: </w:t>
      </w:r>
      <w:r>
        <w:rPr>
          <w:rFonts w:ascii="Calibri" w:hAnsi="Calibri" w:cs="Calibri" w:eastAsia="Calibri"/>
          <w:b w:val="0"/>
          <w:color w:val="5D5A70"/>
          <w:sz w:val="21"/>
        </w:rPr>
        <w:t>Cancelada, Pausada, Desceu de plano</w:t>
      </w:r>
    </w:p>
    <w:p>
      <w:pPr>
        <w:spacing w:after="16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Exemplo: Uma subscrição de café cancelada em 15 minutos, com reembolso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Uma cliente de uma subscrição mensal de café fictícia pede para cancelar no chat do site, no dia a seguir à cobrança da renovação. Este exemplo de modelo de email de cancelamento de subscrição acompanha o pedido desde a única oferta do agente de IA até ao cancelamento feito pelo Theo, o reembolso, a confirmação e a linha no registo.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Olá, quero cancelar a minha subscrição de café. Cobraram-me 36 $ ontem e também não quero essa caixa.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de IA: </w:t>
      </w:r>
      <w:r>
        <w:rPr>
          <w:rFonts w:ascii="Calibri" w:hAnsi="Calibri" w:cs="Calibri" w:eastAsia="Calibri"/>
          <w:b w:val="0"/>
          <w:color w:val="15131F"/>
          <w:sz w:val="21"/>
        </w:rPr>
        <w:t>Posso ajudar. Pode cancelar num só passo em inkwell.example/account, ou uma pessoa da nossa equipa pode tratar disso por si hoje. Se a sua caixa de outubro ainda não foi enviada, a nossa política é reembolsar essa cobrança na totalidade. Uma opção, só se lhe servir melhor: uma pausa de 1, 2 ou 3 meses. O que prefere?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Pausa não, obrigada. Cancelem, por favor, e reembolsem a de outubro. lucia.moreno@example.com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de IA: </w:t>
      </w:r>
      <w:r>
        <w:rPr>
          <w:rFonts w:ascii="Calibri" w:hAnsi="Calibri" w:cs="Calibri" w:eastAsia="Calibri"/>
          <w:b w:val="0"/>
          <w:color w:val="15131F"/>
          <w:sz w:val="21"/>
        </w:rPr>
        <w:t>Obrigado, Lucia. Vou passar este chat ao Theo, que pode cancelar e reembolsar. Não precisa de explicar tudo outra vez.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Theo (apoio): </w:t>
      </w:r>
      <w:r>
        <w:rPr>
          <w:rFonts w:ascii="Calibri" w:hAnsi="Calibri" w:cs="Calibri" w:eastAsia="Calibri"/>
          <w:b w:val="0"/>
          <w:color w:val="15131F"/>
          <w:sz w:val="21"/>
        </w:rPr>
        <w:t>Olá, Lucia, aqui é o Theo. Feito: a sua subscrição Dois Sacos está cancelada desde 6 de outubro, às 09:02. A sua caixa de outubro ainda não tinha sido torrada, por isso reembolsei na totalidade os 36,00 $ de 5 de outubro. Não há mais caixas nem mais cobranças. A confirmação vai a caminho do seu email.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Foi fácil, obrigada.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Theo (apoio): </w:t>
      </w:r>
      <w:r>
        <w:rPr>
          <w:rFonts w:ascii="Calibri" w:hAnsi="Calibri" w:cs="Calibri" w:eastAsia="Calibri"/>
          <w:b w:val="0"/>
          <w:color w:val="15131F"/>
          <w:sz w:val="21"/>
        </w:rPr>
        <w:t>Obrigado pelos 19 meses connosco. Uma última pergunta, só se quiser responder: qual foi o principal motivo? 1 Demasiado caro, 2 Não uso o suficiente, 3 Não é o produto certo, 4 Problema de entrega ou de serviço, 5 Outro.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2. Voltei ao escritório 4 dias por semana e o café acaba por perder a frescura.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Theo (apoio): </w:t>
      </w:r>
      <w:r>
        <w:rPr>
          <w:rFonts w:ascii="Calibri" w:hAnsi="Calibri" w:cs="Calibri" w:eastAsia="Calibri"/>
          <w:b w:val="0"/>
          <w:color w:val="15131F"/>
          <w:sz w:val="21"/>
        </w:rPr>
        <w:t>Obrigado, isso ajuda. As suas notas de prova ficam guardadas: reativar é um só passo em inkwell.example/account.</w:t>
      </w:r>
    </w:p>
    <w:p>
      <w:pPr>
        <w:spacing w:after="8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Ficha do cancelamento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Cliente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Lucia Moreno, Sacramento, Califórnia, membro desde março de 2025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Plano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Dois Sacos, 36,00 $ por mês, cobrado no dia 5; as caixas são enviadas no prazo de 3 dias úteis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Pedido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Chat do site, terça-feira, 6 out. 2026, 08:47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Oferta feita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Pausa de 1, 2 ou 3 meses, uma vez, pelo agente de IA: recusada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Motivo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2, Não uso o suficiente: voltou ao escritório 4 dias por semana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Email de confirmação, 6 de outubro, 09:15: os seis factos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Facto</w:t>
            </w:r>
          </w:p>
        </w:tc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O que a Lucia recebeu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Cancelada em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6 de outubro de 2026, 09:02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Última cobrança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36,00 $ a 5 de outubro pela caixa de outubro: reembolsada na totalidade, ref. RF-61027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Fim das entregas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 caixa de setembro foi a última; a caixa de outubro não vai ser enviada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Próxima cobrança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Nenhuma: a cobrança de 5 de novembro não vai acontecer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Os seus dados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Conta e notas de prova guardadas para uma reativação; eliminadas no prazo de 30 dias, a pedido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Reativação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Um só passo em inkwell.example/account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Ficha no CRM e registo de cancelamentos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Item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Registado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Estado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Tag de conversa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Cancelamento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Feito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Notas no contacto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Plano, oferta recusada, reembolso RF-61027, motivo 2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Feito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Linha no registo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Resultado Cancelada, 36,00 $ por mês, mantida 0,00 $, reembolso 36,00 $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Feito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Tarefa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Revisão dos cancelamentos de outubro, Nora, prazo 30 out.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Criada</w:t>
            </w:r>
          </w:p>
        </w:tc>
      </w:tr>
    </w:tbl>
    <w:p/>
    <w:p>
      <w:pPr>
        <w:spacing w:after="240"/>
      </w:pPr>
      <w:r>
        <w:rPr>
          <w:rFonts w:ascii="Calibri" w:hAnsi="Calibri" w:cs="Calibri" w:eastAsia="Calibri"/>
          <w:b w:val="0"/>
          <w:color w:val="5D5A70"/>
          <w:sz w:val="18"/>
        </w:rPr>
        <w:t>Empresa e cliente fictícios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Regras de cancelamento de subscrições a 12 de outubro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Regra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O que exige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Situação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Nas suas respostas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Califórnia: cancelar online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Um cliente que subscreveu online pode cancelar online, quando quiser, através de uma ligação ou de um botão bem visível ou de um email de cancelamento pré-preenchido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Em vigor; as alterações de 2024 aplicam-se aos contratos celebrados, alterados ou prorrogados a partir de 1 de julho de 2025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Ponha a ligação para cancelar em todas as respostas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Califórnia: ofertas de retenção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Uma oferta só é permitida se o cliente ainda puder cancelar: online, com uma ligação «clique para cancelar» visível junto à oferta; por telefone, dizendo primeiro «pode dizer cancelar a qualquer momento»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Em vigor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Uma oferta, com a forma de cancelar na mesma mensagem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Califórnia: telefone e mensagens de voz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Atender as chamadas prontamente; após uma mensagem de voz de cancelamento, cancelar ou ligar de volta no prazo de 1 dia útil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Em vigor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Registe a hora da mensagem de voz e aja no prazo de 1 dia útil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Califórnia: alterações de preço e planos anuais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Aviso 7 a 30 dias antes de uma alteração de preço; um lembrete anual nos planos anuais; aviso 15 a 45 dias antes da renovação de um prazo de um ano ou mais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Em vigor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Envie cada aviso com a ligação para cancelar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EUA: ROSCA, lei federal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As subscrições online precisam de condições claras, consentimento expresso e informado e mecanismos simples para parar as cobranças recorrentes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Em vigor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Cancelar exige uma mensagem ou uma ligação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EUA: regra «clique para cancelar» da FTC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Anunciada a 16 de outubro de 2024; anulada pelo Tribunal de Recurso do Oitavo Circuito a 8 de julho de 2025; regra anterior reposta a 12 de fevereiro de 2026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Não está em vigor; novas regras em discussão desde março de 2026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Siga a ROSCA e a lei estadual; volte a verificar antes de mudar o seu processo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Alemanha: botão de cancelamento, § 312k BGB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Um botão «cancelar contratos aqui» nos sites que vendem subscrições a consumidores; cada cancelamento confirmado de imediato com a data e a hora de receção e a data de fim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Em vigor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Data de receção e data de fim, na confirmação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Reino Unido: Digital Markets, Competition and Consumers Act 2024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Uma forma simples de terminar o contrato, online se foi celebrado online; um aviso escrito de fim de contrato com a data de fim, no prazo de 24 horas após um pedido online, salvo se a regulamentação fixar outro prazo; reembolso dos pagamentos em excesso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Aprovada, mas ainda não está em vigor: assinalada como prospetiva no legislation.gov.uk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 mesmo email de confirmação cumpre esta regra</w:t>
            </w:r>
          </w:p>
        </w:tc>
      </w:tr>
    </w:tbl>
    <w:p/>
    <w:p>
      <w:pPr>
        <w:spacing w:after="120"/>
      </w:pPr>
      <w:r>
        <w:rPr>
          <w:rFonts w:ascii="Calibri" w:hAnsi="Calibri" w:cs="Calibri" w:eastAsia="Calibri"/>
          <w:b/>
          <w:color w:val="15131F"/>
          <w:sz w:val="28"/>
        </w:rPr>
        <w:t>Como usar os modelos de email de cancelamento de subscrição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 Escreva as suas regras uma vez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Ligação para cancelar, regra de reembolso do tempo não usado, uma oferta por motivo e o que acontece aos dados, nos seus termos e na sua base de conhecimento.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 Registe e depois cancele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Acrescente a linha, cancele no seu sistema de faturação no prazo de 1 dia útil e envie o separador 1.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 Ofereça uma vez, se fizer sentido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Separador 2, na mesma mensagem que a forma de cancelar, ou nenhuma oferta. Um não encerra o assunto.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 Reembolse e pergunte porquê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Separador 4 para o tempo não usado; a pergunta do motivo uma vez (separador 3).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 Reveja todos os meses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Separador 7: corrija o motivo principal, verifique a oferta e as pausas que terminaram.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Configure no CRMsoftware.pro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1. «Meus Bots» &gt; escolha o bot &gt; separador «Básico»: acrescente a sua política de cancelamento à «Base de Conhecimento» e, em «Instruções», escreva: dar logo a ligação para cancelar, fazer a oferta uma só vez, nunca confirmar um cancelamento nem um reembolso, passar o chat a uma pessoa quando o cliente o pedir. Clique em «Salvar Alterações» e depois em «Experimente o bot».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2. Um chat de cancelamento que precisa de uma pessoa aparece em «Suporte ao Vivo» como «Aguardando agente». Clique em «Reivindicar» (assumir o chat), cancele no seu sistema de faturação, responda a partir da caixa de entrada unificada e depois clique em «Resolver».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3. «Configurações» &gt; «Tags de Conversa» &gt; «Nova etiqueta»: “Cancelamento”. Aplique esta etiqueta a cada chat de cancelamento e escreva o plano, a oferta, o resultado e a referência do reembolso em «Notas» no contacto.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4. «Tarefas» &gt; «Nova Tarefa» para cada pausa: «Título da tarefa» “Fim da pausa: Patrick Doyle”, «Cessionário» (o responsável pela tarefa), «Prazo» a data de fim, para que alguém preencha Retomou.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5. No Growth: «Configurações» &gt; «Respostas salvas» &gt; «Nova resposta», «Atalho» (por exemplo /cancel-done), «Título», «Corpo da resposta», «Compartilhar com a equipe».</w:t>
      </w:r>
    </w:p>
    <w:p>
      <w:pPr>
        <w:spacing w:after="200"/>
      </w:pPr>
      <w:r>
        <w:rPr>
          <w:rFonts w:ascii="Calibri" w:hAnsi="Calibri" w:cs="Calibri" w:eastAsia="Calibri"/>
          <w:b w:val="0"/>
          <w:color w:val="5D5A70"/>
          <w:sz w:val="21"/>
        </w:rPr>
        <w:t>Chat com IA, base de conhecimento básica e tarefas básicas: Free, 3 utilizadores. Passagem para uma pessoa e caixa de entrada unificada: Launch, 19 $ por mês, com faturação anual, para 8 utilizadores. Respostas guardadas: Growth, 49 $ por mês, com faturação anual, para 20 utilizadores. A aplicação não gere as subscrições dos seus clientes: cancele, pause, desça de plano e reembolse no seu próprio sistema de faturação.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Revisão mensal dos cancelamentos, 20 minutos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Processados no prazo de 1 dia útil; nenhuma cobrança depois de uma data de cancelamento.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Uma correção para o motivo principal.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Todas as pausas terminadas têm Sim ou Não em Retomou.</w:t>
      </w:r>
    </w:p>
    <w:p>
      <w:pPr>
        <w:spacing w:after="160"/>
      </w:pP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18"/>
        </w:rPr>
        <w:t>Modelo grátis da CRMsoftware.pro. Dados de exemplo fictícios.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6B3CF0"/>
          <w:sz w:val="18"/>
        </w:rPr>
        <w:t>https://crmsoftware.pro/pt/templates/subscription-cancellation-response-templates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Modelos de email de cancelamento de subscrição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