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de boas-vindas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O email de boas-vindas em cinco partes, versões para uma compra, um contrato assinado, um registo, um aluno ou sócio, a admissão de um paciente ou cliente e um subscritor, frases para 9 setores e uma sequência de 4 emails.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Escolha o separador do seu momento e substitua cada palavra entre [parênteses retos]. Mantenha as cinco partes e um próximo passo; apague tudo o que vende. Envie a partir de uma caixa de correio identificada, dentro do prazo de envio, e depois registe o email no planeador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Modelo de email de boas-vindas: 5 partes, um próximo passo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envio: 1 dia útil · Próximos passos: 1 · Ligações: 3 no máximo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Escolha o momento nos separadores 2 a 7, ou use esta versão geral. O recibo e a confirmação da marcação são emails automáticos, à parte; as boas-vindas vêm de uma pessoa identificada.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As cinco partes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Assunto com o nome e a primeira data: «Bem-vindo(a) à [empresa], [nome]: [primeira coisa] em [dia]».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Agradecimento e quem é: Uma linha de agradecimento, o seu nome e função, e que é o contacto da pessoa.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O que acontece a seguir, com datas: Duas ou três linhas numeradas: o quê, quando, com quem.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Um próximo passo: Uma coisa para a pessoa fazer, até quando e como.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A quem contactar e como: Responder a este email, um número de telefone, o seu horário. Nunca um no-reply.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 boas-vindas geral: </w:t>
      </w:r>
      <w:r>
        <w:rPr>
          <w:rFonts w:ascii="Calibri" w:hAnsi="Calibri" w:cs="Calibri" w:eastAsia="Calibri"/>
          <w:b w:val="0"/>
          <w:color w:val="15131F"/>
          <w:sz w:val="21"/>
        </w:rPr>
        <w:t>Assunto: Bem-vindo(a) à [empresa], [nome]: [primeira coisa] em [dia]</w:t>
        <w:br/>
        <w:br/>
        <w:t>Olá, [nome],</w:t>
        <w:br/>
        <w:br/>
        <w:t>Obrigado por ter escolhido a [empresa] para [o que comprou]. Sou [o seu nome], [a sua função], e sou o seu contacto para tudo o que precisar sobre isto.</w:t>
        <w:br/>
        <w:br/>
        <w:t>O que acontece a seguir:</w:t>
        <w:br/>
        <w:t>1. [Dia, data, hora]: [primeira sessão, entrega ou reunião de arranque], com [quem].</w:t>
        <w:br/>
        <w:t>2. [Data]: [segunda coisa].</w:t>
        <w:br/>
        <w:t>3. Todas as [semanas ou meses]: [o que recebe, numa linha].</w:t>
        <w:br/>
        <w:br/>
        <w:t>Uma coisa a fazer antes de [dia]: [o passo]. Responda a este email ou use esta ligação: [ligação].</w:t>
        <w:br/>
        <w:br/>
        <w:t>Dúvidas? Responda aqui ou ligue-me para o [telefone], [horário].</w:t>
        <w:br/>
        <w:br/>
        <w:t>[o seu nome]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curta, chat ou mensagem: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sou [o seu nome], da [empresa]. Bem-vindo(a). [Primeira coisa] é em [dia], às [hora]. Uma coisa antes disso: [o passo]. Dúvidas: responda aqui ou ligue para o [telefone].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Deixe de fora do primeiro email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segundo pedido, um inquérito ou um pedido de avaliação.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venda adicional, um código de desconto ou um «também pode gostar de».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sua história, uma lista de funcionalidades, mais de três ligações, tudo o que já está no recibo.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Transacional ou comercial?: </w:t>
      </w:r>
      <w:r>
        <w:rPr>
          <w:rFonts w:ascii="Calibri" w:hAnsi="Calibri" w:cs="Calibri" w:eastAsia="Calibri"/>
          <w:b w:val="0"/>
          <w:color w:val="5D5A70"/>
          <w:sz w:val="21"/>
        </w:rPr>
        <w:t>Segundo a lei CAN-SPAM dos EUA, um email cujo único conteúdo confirma, conclui ou entrega uma transação que a pessoa aceitou é transacional: não é obrigatória uma ligação para deixar de receber nem uma morada postal, mas os cabeçalhos e o remetente têm de estar corretos. Acrescente uma oferta, e a mensagem inteira pode contar como comercial. A Google diz-o sem rodeios: nada de promoções em mensagens de recibo. Mais na secção das regras.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 remetente no-reply, Um desconto no primeiro email, Cinco apelos à ação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Email de boas-vindas após a primeira compra (loja, produto)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envio: Dia útil seguinte · Datas: Data de expedição e janela de entrega · Contacto: Uma pessoa identificada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loja envia a confirmação da encomenda de imediato. Estas boas-vindas seguem no prazo de 1 dia útil, de uma pessoa identificada.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já envia um agradecimento pela primeira encomenda, não envie dois emails: acrescente-lhe as linhas do «o que acontece a seguir». Os emails de agradecimento tratam desse.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Bem-vindo(a) à [loja], [nome]: o que acontece com a sua encomenda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sua primeira encomenda na [loja]. Sou [o seu nome], [a sua função], e é a mim que deve escrever se alguma coisa não estiver bem.</w:t>
        <w:br/>
        <w:br/>
        <w:t>O que acontece a seguir:</w:t>
        <w:br/>
        <w:t>1. Até [data]: a sua encomenda sai das nossas instalações. A ligação de seguimento chega por email no mesmo dia.</w:t>
        <w:br/>
        <w:t>2. De [data] a [data]: entrega, pela [transportadora].</w:t>
        <w:br/>
        <w:t>3. [O que esperar depois da entrega, por exemplo um guia de cuidados na caixa].</w:t>
        <w:br/>
        <w:br/>
        <w:t>Uma coisa que ajuda: responda com [instruções de entrega, por exemplo o código do portão].</w:t>
        <w:br/>
        <w:br/>
        <w:t>Dúvidas? Responda aqui ou ligue para o [telefone], [horário].</w:t>
        <w:br/>
        <w:br/>
        <w:t>[o seu nome]</w:t>
        <w:br/>
        <w:t>[loja]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produto precisa de instalação: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 seu [produto] chega a [data]. A instalação demora cerca de [minutos] minutos: [ligação para o guia de instalação]. Se ficar com dúvidas, responda com uma fotografia e eu explico-lhe passo a passo.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Mantenha o recibo limpo: </w:t>
      </w:r>
      <w:r>
        <w:rPr>
          <w:rFonts w:ascii="Calibri" w:hAnsi="Calibri" w:cs="Calibri" w:eastAsia="Calibri"/>
          <w:b w:val="0"/>
          <w:color w:val="5D5A70"/>
          <w:sz w:val="21"/>
        </w:rPr>
        <w:t>As diretrizes para remetentes da Google dizem para não misturar tipos de conteúdo numa mensagem, por exemplo promoções num recibo de venda. Guarde o desconto para um email posterior, claramente comercial, com ligação para cancelar a subscrição.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 código de desconto, «Também pode gostar de», Uma newsletter que ninguém pediu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Email de boas-vindas ao novo cliente com contrato assinado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envio: No mesmo dia · No máximo: 1 dia útil · De: Quem vai fazer o trabalho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mesmo dia em que o contrato é assinado ou o primeiro pagamento entra, 1 dia útil no máximo, pela pessoa que vai fazer o trabalho.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Para um projeto com reunião de arranque e um plano de 30 dias, use a mensagem de boas-vindas da checklist de onboarding de clientes; para o email no mesmo dia depois do sim, com datas dos dois lados, os emails de vendas. Este é para uma pequena empresa de serviços em que uma pessoa fica como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Bem-vindo(a) à [empresa], [nome]: [primeiro passo] em [dia]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ter escolhido a [empresa] para [o serviço]. Sou [o seu nome], [a sua função], e o seu contacto para tudo o que precisar. [Colega] vai [dar as suas sessões ou tratar da contabilidade], e eu acompanho tudo.</w:t>
        <w:br/>
        <w:br/>
        <w:t>O que acontece a seguir:</w:t>
        <w:br/>
        <w:t>1. [Dia, data, hora]: [primeira sessão, visita ou chamada], [onde ou como].</w:t>
        <w:br/>
        <w:t>2. [Data]: [primeiro resultado, por exemplo o primeiro relatório].</w:t>
        <w:br/>
        <w:t>3. Todas as [semanas ou meses]: [o que recebe, por exemplo um breve ponto de situação por email à sexta-feira].</w:t>
        <w:br/>
        <w:br/>
        <w:t>Uma coisa de que precisamos da sua parte antes de [dia]: [o elemento], através de [ligação segura]. Ou responda simplesmente a este email.</w:t>
        <w:br/>
        <w:br/>
        <w:t>Dúvidas? Responda aqui ou ligue-me para o [telefone], [horário].</w:t>
        <w:br/>
        <w:br/>
        <w:t>[o seu nome]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resposta, do lado do novo cliente: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pelas boas-vindas. Confirmado: [primeiro passo] em [dia], às [hora]. Terá [o elemento pedido] da minha parte até [data].</w:t>
        <w:br/>
        <w:br/>
        <w:t>Uma pergunta: [a pergunta]. De resto, está tudo em ordem.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B2B não está isento: </w:t>
      </w:r>
      <w:r>
        <w:rPr>
          <w:rFonts w:ascii="Calibri" w:hAnsi="Calibri" w:cs="Calibri" w:eastAsia="Calibri"/>
          <w:b w:val="0"/>
          <w:color w:val="5D5A70"/>
          <w:sz w:val="21"/>
        </w:rPr>
        <w:t>A CAN-SPAM não abre exceção para emails entre empresas. Umas boas-vindas que apenas confirmam o que o cliente aceitou são transacionais; no momento em que vendem outra coisa, precisam de uma opção para deixar de receber e da sua morada postal.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 âmbito diferente do contrato, A fatura dentro das boas-vindas, Uma venda adicional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Email de boas-vindas após um registo ou teste (SaaS, app)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envio: No prazo de uma hora · Primeira ação: Uma, em menos de 10 minutos · Outros emails esta semana: 1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prazo de uma hora depois do registo, enquanto o separador ainda está aberto. O email de início de sessão ou de verificação é um email automático, à parte: nunca o enterre nas boas-vindas.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ação que mostre o valor do produto. Não uma lista de funcionalidades, não cinco ligações.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Bem-vindo(a) ao [produto], [nome]: o seu primeiro [resultado] demora [minutos] minutos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se ter registado no [produto]. Sou [o seu nome], [a sua função], e leio todas as respostas a este email.</w:t>
        <w:br/>
        <w:br/>
        <w:t>A primeira coisa a fazer: [primeira ação, por exemplo ligar o seu calendário]. Demora cerca de [minutos] minutos: [ligação].</w:t>
        <w:br/>
        <w:br/>
        <w:t>O que acontece a seguir:</w:t>
        <w:br/>
        <w:t>1. O seu período experimental vai até [data]. Está tudo ativo; não é cobrado nada.</w:t>
        <w:br/>
        <w:t>2. Em [dia], envio-lhe um email com [o segundo passo]. É o único outro email desta semana.</w:t>
        <w:br/>
        <w:t>3. Quer uma demonstração de 15 minutos? Escolha uma hora: [ligação de marcação].</w:t>
        <w:br/>
        <w:br/>
        <w:t>Não consegue avançar? Responda com uma linha e eu ajudo.</w:t>
        <w:br/>
        <w:br/>
        <w:t>[o seu nome]</w:t>
        <w:br/>
        <w:t>[produto]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ao fim de 3 dias ainda não começou: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registou-se no [produto] em [dia] e ainda não [primeira ação]. Há algum obstáculo? Responda com uma linha, ou faça-o aqui em [minutos] minutos: [ligação]. O seu período experimental vai até [data].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Uma pessoa, não um sistema: </w:t>
      </w:r>
      <w:r>
        <w:rPr>
          <w:rFonts w:ascii="Calibri" w:hAnsi="Calibri" w:cs="Calibri" w:eastAsia="Calibri"/>
          <w:b w:val="0"/>
          <w:color w:val="5D5A70"/>
          <w:sz w:val="21"/>
        </w:rPr>
        <w:t>Envie a partir de um endereço identificado, que uma pessoa lê, não de um no-reply. A Google refere que as mensagens enviadas de um endereço que está nos contactos do destinatário têm menos probabilidade de ser marcadas como spam.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Uma lista de funcionalidades, A ligação de acesso escondida nas boas-vindas, Uma proposta de plano superior no dia 0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Email de boas-vindas a um novo aluno, sócio ou apoiante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envio: No mesmo dia · Dia anterior: Um lembrete · Menores de 18: Escrever aos pais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dia em que a inscrição, a adesão como sócio ou o primeiro donativo é confirmado. Se a primeira sessão for daqui a mais de uma semana, envie um segundo email curto no dia anterior.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Alunos menores de 18 anos: escreva aos pais, indique o nome do aluno e mantenha os dados de acesso do aluno à parte.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Bem-vindo(a) ao [programa], [nome]: começamos em [dia]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se ter inscrito no [programa] da [empresa]. Sou [o seu nome], [a sua função], e o seu contacto para tudo o que precisar. [Formador ou treinador] vai dar as suas sessões.</w:t>
        <w:br/>
        <w:br/>
        <w:t>O que acontece a seguir:</w:t>
        <w:br/>
        <w:t>1. [Dia, data, hora]: a sua primeira sessão, [onde, ou a ligação online]. Chegue [10] minutos antes.</w:t>
        <w:br/>
        <w:t>2. Traga ou prepare: [um ou dois itens].</w:t>
        <w:br/>
        <w:t>3. As sessões são [dias e horas] até [data final], [número] no total.</w:t>
        <w:br/>
        <w:br/>
        <w:t>Uma coisa a fazer antes de [dia]: o breve formulário de [nível ou admissão], 3 minutos: [ligação].</w:t>
        <w:br/>
        <w:br/>
        <w:t>Dúvidas? Responda aqui ou ligue para o [telefone], [horário].</w:t>
        <w:br/>
        <w:br/>
        <w:t>[o seu nome]</w:t>
        <w:br/>
        <w:t>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Aos pais: </w:t>
      </w:r>
      <w:r>
        <w:rPr>
          <w:rFonts w:ascii="Calibri" w:hAnsi="Calibri" w:cs="Calibri" w:eastAsia="Calibri"/>
          <w:b w:val="0"/>
          <w:color w:val="15131F"/>
          <w:sz w:val="21"/>
        </w:rPr>
        <w:t>Olá, [nome do pai ou da mãe], a inscrição de [aluno] no [programa] está confirmada. A primeira sessão é em [dia], às [hora], com [explicador ou treinador], [onde, ou online]. Depois de cada sessão, recebe por email uma nota de 3 linhas: o que foi trabalhado, o que correu bem, o que praticar. Uma coisa antes de [dia]: [o passo]. Responda aqui ou ligue para o [telefone] a qualquer hora.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Novo doador ou voluntário: </w:t>
      </w:r>
      <w:r>
        <w:rPr>
          <w:rFonts w:ascii="Calibri" w:hAnsi="Calibri" w:cs="Calibri" w:eastAsia="Calibri"/>
          <w:b w:val="0"/>
          <w:color w:val="15131F"/>
          <w:sz w:val="21"/>
        </w:rPr>
        <w:t>Caro(a) [nome], obrigado pelo seu donativo de [valor] à [organização]. Com ele pagamos [uma coisa concreta]. Vai ter notícias nossas [com que frequência] sobre o que mudou, e pode deixar de receber estes emails a qualquer momento com um clique no fundo. Dúvidas? Responda aqui ou ligue-me para o [telefone]. [o seu nome], [função]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primeira semana decide: </w:t>
      </w:r>
      <w:r>
        <w:rPr>
          <w:rFonts w:ascii="Calibri" w:hAnsi="Calibri" w:cs="Calibri" w:eastAsia="Calibri"/>
          <w:b w:val="0"/>
          <w:color w:val="5D5A70"/>
          <w:sz w:val="21"/>
        </w:rPr>
        <w:t>Torne a primeira sessão fácil de frequentar: a ligação ou a morada, a hora no fuso horário da pessoa e o que trazer, nas boas-vindas e outra vez no dia anterior. O planeador em Excel tem esse email do dia anterior como uma linha.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 acesso que o aluno ainda não pode usar, Trabalhos de casa nas boas-vindas, Um pedido de donativo num agradecimento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Email de boas-vindas na admissão de um paciente ou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envio: Ao marcar · Formulários: Ligação segura, 5 minutos · Dados de saúde por email: Nenhuns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Assim que a primeira consulta fica marcada, pela receção ou pela pessoa que gere o processo. O lembrete do dia anterior é uma mensagem à parte.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Nada sobre a saúde, o processo ou o sinistro da pessoa no email. Formulários e documentos vão por um portal ou uma ligação segura, nunca como anexos de um email normal.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Bem-vindo(a) à [clínica ou escritório], [nome]: a sua primeira consulta em [dia]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ter escolhido a [clínica ou escritório]. Sou [o seu nome], [a sua função], e o seu contacto para consultas, formulários e faturação. Vai ser atendido(a) por [médico ou profissional].</w:t>
        <w:br/>
        <w:br/>
        <w:t>O que acontece a seguir:</w:t>
        <w:br/>
        <w:t>1. [Dia, data, hora]: a sua primeira consulta em [morada]. Chegue, por favor, [10] minutos antes.</w:t>
        <w:br/>
        <w:t>2. Antes da consulta: os formulários de admissão, cerca de [5] minutos, através desta ligação segura: [ligação segura].</w:t>
        <w:br/>
        <w:t>3. Traga: [documento de identificação], [cartão de seguro ou número da apólice] e [lista de medicação, ou os documentos do seu processo].</w:t>
        <w:br/>
        <w:br/>
        <w:t>Para alterar a consulta, responda aqui ou ligue para o [telefone] com pelo menos [24] horas de antecedência.</w:t>
        <w:br/>
        <w:br/>
        <w:t>Não tratamos de questões de saúde nem de detalhes do processo por email. Para tudo o que diga respeito aos seus cuidados ou ao seu processo, ligue-nos para o [telefone], [horário].</w:t>
        <w:br/>
        <w:br/>
        <w:t>[o seu nome]</w:t>
        <w:br/>
        <w:t>[clínica ou escritório]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Escritório de advogados: </w:t>
      </w:r>
      <w:r>
        <w:rPr>
          <w:rFonts w:ascii="Calibri" w:hAnsi="Calibri" w:cs="Calibri" w:eastAsia="Calibri"/>
          <w:b w:val="0"/>
          <w:color w:val="15131F"/>
          <w:sz w:val="21"/>
        </w:rPr>
        <w:t>Este email explica como trabalhamos, não o seu processo. Tudo o que diga respeito ao seu caso vem diretamente de [advogado], por telefone ou através do portal: [ligação do portal]. Para documentos, use o portal e não o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Clínicas dentárias, hotelaria e seguros: </w:t>
      </w:r>
      <w:r>
        <w:rPr>
          <w:rFonts w:ascii="Calibri" w:hAnsi="Calibri" w:cs="Calibri" w:eastAsia="Calibri"/>
          <w:b w:val="0"/>
          <w:color w:val="5D5A70"/>
          <w:sz w:val="21"/>
        </w:rPr>
        <w:t>Os modelos de email de boas-vindas para clínicas dentárias, hotelaria e seguros cobrem esses negócios com mais detalhe: novo paciente, reserva confirmada, nova apólice. Este separador dá a estrutura comum.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Diagnósticos ou detalhes do processo, Formulários como anexos, Uma frase de marketing num email de admissão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Email de boas-vindas a um novo subscritor da newsletter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envio: No prazo de uma hora · Extensão: Menos de 120 palavras · Frequência: Dita no email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prazo de uma hora depois do registo, automaticamente a partir da sua ferramenta de newsletter, ou à mão se a lista for pequena.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email comercial: a sua morada postal e uma ligação para cancelar a subscrição entram, e a linha de assunto diz o que 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Já está, [nome]: o que a [newsletter] envia, e quando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subscrever a [newsletter] da [empresa]. O acordo é este: um email por [semana ou mês] com [o que contém, numa linha], e nada mais. O primeiro chega em [dia].</w:t>
        <w:br/>
        <w:br/>
        <w:t>Uma coisa que ajuda: responda com o tema que quer ver tratado primeiro. Leio todas as respostas.</w:t>
        <w:br/>
        <w:br/>
        <w:t>Para os emails chegarem, adicione [endereço do remetente] aos seus contactos. Não é para si? Cancele a subscrição com um clique no fundo de qualquer email.</w:t>
        <w:br/>
        <w:br/>
        <w:t>[o seu nome]</w:t>
        <w:br/>
        <w:t>[empresa]</w:t>
        <w:br/>
        <w:t>[morada postal]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Subscritores na UE: </w:t>
      </w:r>
      <w:r>
        <w:rPr>
          <w:rFonts w:ascii="Calibri" w:hAnsi="Calibri" w:cs="Calibri" w:eastAsia="Calibri"/>
          <w:b w:val="0"/>
          <w:color w:val="5D5A70"/>
          <w:sz w:val="21"/>
        </w:rPr>
        <w:t>Na UE, os emails de marketing precisam de consentimento prévio; a única exceção são os seus clientes atuais, para produtos semelhantes, com uma forma de se oporem em cada mensagem. Consentimento quer dizer nenhuma caixa pré-selecionada, e tão fácil de retirar como de dar. Um desconto prometido vai neste email e em mais nenhum; quem envia 5000 ou mais por dia para o Gmail precisa ainda de cancelamento da subscrição com um clique.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Uma caixa pré-selecionada como consentimento, Emails diários que ninguém pediu, Uma ligação de cancelamento escondida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Modelos de email de boas-vindas por setor: o que muda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Setores: 9 · Por setor: O que muda, uma frase pronta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 cinco partes mantêm-se. O que muda: o momento, a primeira data e o próximo passo. O separador entre parênteses é aquele por onde começar. Hotelaria, clínicas dentárias e seguros têm páginas de email de boas-vindas próprias.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Consultoria, agências e serviços de TI (separador 3)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Quem faz o trabalho e quem fica como contacto. Primeira data: a reunião de arranque ou a data de onboarding. Um passo: os acessos ou documentos de que precisa; credenciais nunca por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Vai ter notícias minhas todas as [sextas-feiras] com um breve ponto de situação. Os dados de acesso chegam por [canal seguro], nunca por email.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Comércio eletrónico e retalho (separador 2)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O recibo e o seguimento são automáticos. As boas-vindas acrescentam uma pessoa identificada, a janela de entrega e como funcionam as devoluções.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Se alguma coisa na encomenda não estiver bem, responda com uma fotografia no prazo de [14] dias e eu troco ou devolvo-lhe o dinheiro.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Educação, cursos e explicações (separador 5)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Escreva aos pais no caso de alunos menores de 18 anos. Primeira data: a primeira sessão. Um passo: o formulário de nível ou o último teste.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Depois de cada sessão, recebe uma nota de 3 linhas: o que foi trabalhado, o que correu bem, o que praticar.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Saúde, clínicas dentárias e escritórios de advogados (separador 6)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Nada de dados de saúde ou detalhes do processo por email. Formulários e documentos por uma ligação segura; o email explica os passos, não o caso.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Não tratamos de questões de saúde nem de detalhes do processo por email. Para tudo o que diga respeito aos seus cuidados ou ao seu processo, ligue-nos para o [telefone].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8.5 Organizações sem fins lucrativos (separador 5)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Um agradecimento com um resultado concreto do donativo, com que frequência escreve e como deixar de receber. Sem segundo pedido.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O seu [valor] paga [uma coisa concreta]. Vai ter notícias nossas [com que frequência] sobre o que mudou.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8.6 Imobiliário (separador 3)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Compradores: a próxima visita e o que precisa deles. Vendedores: o calendário do anúncio. Inquilinos: data de entrada, caução, chaves.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Responda com [o seu orçamento, as zonas e o prazo], e até [dia] recebe uma lista curta de casas que encaixam.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8.7 SaaS e aplicações (separador 4)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Uma primeira ação, a data de fim do período experimental e mais um email esta semana. O email de início de sessão é à parte.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A primeira coisa a fazer: [primeira ação]. Demora [minutos] minutos: [ligação].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use: </w:t>
      </w:r>
      <w:r>
        <w:rPr>
          <w:rFonts w:ascii="Calibri" w:hAnsi="Calibri" w:cs="Calibri" w:eastAsia="Calibri"/>
          <w:b w:val="0"/>
          <w:color w:val="5D5A70"/>
          <w:sz w:val="21"/>
        </w:rPr>
        <w:t>O email de boas-vindas, A tabela da sequência, O planeador em Excel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centro de explicações dá as boas-vindas a um pai: quatro emails em 14 dias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Ashgrove Tutoring, um serviço fictício de explicações online para alunos do ensino básico e secundário, usa estes modelos de email de boas-vindas com o Rafael Quintero, um pai que marca explicações de Matemática para a filha Sofia, de 13 anos. As boas-vindas são a versão para aluno ou sócio, escrita ao pai.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Rafael (pai): </w:t>
      </w:r>
      <w:r>
        <w:rPr>
          <w:rFonts w:ascii="Calibri" w:hAnsi="Calibri" w:cs="Calibri" w:eastAsia="Calibri"/>
          <w:b w:val="0"/>
          <w:color w:val="15131F"/>
          <w:sz w:val="21"/>
        </w:rPr>
        <w:t>Qui., 8 out., 20:40: Olá, sou o Rafael Quintero. A minha filha Sofia tem 13 anos e está com dificuldades a Matemática do 8.º ano, sobretudo frações e proporções. Dão explicações online duas vezes por semana, e quanto custa?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Rafael, sim: sessões online de 55 minutos, um explicador para um aluno, normalmente duas vezes por semana. Um pacote de 8 sessões custa 360 $. Antes de comprar o que quer que seja, a Simone Delacroix, a proprietária, oferece uma chamada de apresentação gratuita de 20 minutos para encontrar o explicador certo para a Sofia. A próxima vaga é amanhã às 17:00: quer que abra a página de marcação?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Rafael (pai): </w:t>
      </w:r>
      <w:r>
        <w:rPr>
          <w:rFonts w:ascii="Calibri" w:hAnsi="Calibri" w:cs="Calibri" w:eastAsia="Calibri"/>
          <w:b w:val="0"/>
          <w:color w:val="15131F"/>
          <w:sz w:val="21"/>
        </w:rPr>
        <w:t>Sim, por favor. Marcado para sexta-feira às 17:00.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Feito, Rafael. O email de confirmação com a ligação para a chamada já está a caminho. Se tiver o último teste de Matemática da Sofia, tenha-o à mão.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Simone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Sex., 9 out., 17:25, depois da chamada de apresentação: o Rafael paga o pacote de 8 sessões por ligação de pagamento. Às 18:10, a Simone envia as boas-vindas a partir da sua própria caixa de correio (as partes estão na tabela abaixo): quem é, a primeira sessão da Sofia com a Leila Brandt na terça-feira, 13 de outubro, às 16:30, uma nota de 3 linhas depois de cada sessão, terças e quintas até 5 de novembro, e um pedido: responder com os temas dos dois últimos testes da Sofia.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Rafael (pai): </w:t>
      </w:r>
      <w:r>
        <w:rPr>
          <w:rFonts w:ascii="Calibri" w:hAnsi="Calibri" w:cs="Calibri" w:eastAsia="Calibri"/>
          <w:b w:val="0"/>
          <w:color w:val="15131F"/>
          <w:sz w:val="21"/>
        </w:rPr>
        <w:t>Sex., 9 out., 21:05, resposta: Obrigado, Simone. Os dois últimos testes foram frações (58%) e proporções (64%), foto em anexo. A Sofia está nervosa com a câmara. Há problema?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Simone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Sáb., 10 out., 9:15: Obrigado, Rafael, ajuda muito. Na primeira sessão pode ficar com a câmara desligada; a Leila diz-lho logo no início. Até terça-feira.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Sequência de boas-vindas: Rafael Quintero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Enviar até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Enviado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Boas-vindas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9 out., no mesmo dia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18:10, a tempo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Antes da primeira sessão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Seg., 12 out., até às 18:00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16:45, a tempo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Após a primeira sessão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13 out., no prazo de 2 horas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18:05, a tempo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Balanço de duas semanas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23 out., 10:00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Planeado, tarefa criada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email de boas-vindas, sex., 9 out.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Assunto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Bem-vindo à Ashgrove Tutoring, Rafael: a primeira sessão da Sofia é terça-feira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Simone, proprietária, o contacto; Leila Brandt, a explicadora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acontece a seguir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13 out., 16:30, primeira sessão; uma nota de 3 linhas depois de cada uma; terças e quintas até 5 nov., 8 no total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Um próximo passo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 com os temas dos dois últimos testes da Sofia, ou uma foto do último teste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Responder, ou 503-555-0121, dias úteis das 9:00 às 18:00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Deixado de fora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pacote de preparação para exames, a oferta por recomendação, a newsletter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CRMsoftware.pro a 13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Rafael Quintero, pai da Sofia, convertido a partir do chat do site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Pacote de Matemática, 8 sessões · 360 $, «Fechado ganho»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Marcação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de apresentação sex., 9 out., 17:00; «Confirmação de reserva» enviada pelo «Agendamento»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Testes: frações 58%, proporções 64%. Câmara desligada na sessão 1.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Boas-vindas, concluída · Email antes da sessão, concluída · Balanço, «Prazo» sex., 23 out.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Transacional ou comercial: as regras que um email de boas-vindas tem de cumprir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Duas leis e um fornecedor de email decidem se as suas boas-vindas chegam e se precisam de uma ligação para cancelar a subscrição. Não é aconselhamento jurídico.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EUA: transacional só enquanto for a transação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Segundo a CAN-SPAM, a finalidade principal é transacional ou de relação quando a mensagem consiste apenas em conteúdo que confirma, conclui ou facilita uma transação que o destinatário aceitou, dá informação de garantia, de recolha do produto ou de segurança, comunica alterações à conta ou à adesão, ou entrega o bem ou o serviço; a FTC diz que a lei interpreta estas categorias de forma restrita. Uma mensagem mista é comercial se a linha de assunto se lê como um anúncio ou se a parte transacional não vem primeiro. Um email comercial precisa de cabeçalhos corretos, uma linha de assunto honesta, a indicação de que é publicidade, a sua morada postal física válida e uma opção para deixar de receber, cumprida no prazo de 10 dias úteis. Cada email em infração pode custar até 53 088 $; não há exceção para emails B2B.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UE: consentimento primeiro, exceto os seus próprios clientes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Diretiva Privacidade e Comunicações Eletrónicas (Diretiva 2002/58/CE, ePrivacy) só permite emails de marketing direto com consentimento prévio. A exceção: uma empresa que obteve o endereço no contexto de uma venda pode promover os seus próprios produtos ou serviços semelhantes, se o cliente pôde opor-se quando o endereço foi recolhido e puder opor-se em cada mensagem, sem custos. O email do serviço em si não precisa de consentimento: faz parte do contrato, um fundamento que, segundo o Comité Europeu para a Proteção de Dados (EDPB), não se estende ao marketing. Consentimento quer dizer nenhuma caixa pré-selecionada, e tão fácil de retirar como de dar.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Entregabilidade: autentique, não misture, cancelamento com um clique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As diretrizes da Google para todos os remetentes: SPF ou DKIM, TLS, mensagens formatadas segundo a RFC 5322, uma taxa de spam abaixo de 0,3%. Não misture tipos de conteúdo numa mensagem, por exemplo promoções num recibo de venda, e mantenha o mesmo endereço de remetente para cada tipo de mensagem. Quem envia 5000 ou mais mensagens por dia para o Gmail precisa ainda de SPF, DKIM e DMARC com o domínio do remetente alinhado, e de cancelamento da subscrição com um clique, com uma ligação visível nas mensagens de marketing e subscritas.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Legível para toda a gente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Envie uma versão em texto simples juntamente com o HTML, para que o email se leia em qualquer dispositivo e leitor de ecrã. Ponha o próximo passo em texto real, não numa imagem, e faça com que cada ligação diga para onde vai: a Google pede que as ligações sejam visíveis e fáceis de perceber e que nada fique escondido com HTML ou CSS.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Esta página não é aconselhamento jurídico. Os estados dos EUA e outros países têm as suas próprias regras para emails; verifique as regras oficiais do país onde vivem os seus clientes.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Uma sequência de emails de boas-vindas para uma pequena empresa: 4 emails em 14 dias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faz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Regra de paragem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Boas-vindas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Agradecimento, quem é, o que acontece a seguir com datas, um próximo passo, como o contactar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Nenhuma: toda a gente o recebe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Antes da primeira sessão, entrega ou início de sessão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dia anterior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ligação ou a morada, a hora, o que trazer, quem vão encontrar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Salte-o se a primeira coisa já aconteceu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Após a primeira sessão ou entrega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mesmo dia, no prazo de 2 horas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Três linhas: o que aconteceu, o que correu bem, o que vem a seguir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problema na resposta interrompe a sequência: ligue, resolva, retome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Balanço de duas semanas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14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Duas perguntas: o que funciona, o que não funciona. Um pedido: uma data para o próximo passo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 pedido de avaliação ou recomendação enquanto houver um problema em aberto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30 e depois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30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pedido de avaliação ou recomendação e a primeira oferta, num email comercial à parte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a quem pode deixar de receber; veja os emails de agradecimento e o inquérito de satisfação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email de boas-vindas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Escolha o momento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Compra, contrato assinado, registo, aluno ou sócio, admissão ou subscritor. Um email de boas-vindas por pessoa.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Preencha as cinco partes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nome da pessoa no assunto, quem é, duas ou três linhas com datas, um próximo passo, como o contactar. Apague tudo o resto.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Envie a tempo, de uma pessoa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No mesmo dia para um contrato, no prazo de uma hora para um registo ou um subscritor, 1 dia útil depois de uma encomenda.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Planeie os três seguintes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Coloque a sequência no planeador em Excel com um responsável e um prazo de envio. O email do dia anterior é o que mais empresas esquecem.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e reveja todas as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por email. Todas as semanas: emails com atraso e em atraso, respostas sem resposta, próximos passos que não aconteceram.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Os chats do site e os formulários web entram em «Leads». Quando a pessoa paga ou assina, abra o lead e clique em «Converter para Negociar» (criar o negócio): o contacto, a empresa e o negócio são criados. Cole as boas-vindas que enviou em «Notas», no negócio.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Em «Tarefas», clique em «Nova Tarefa» para cada email da sequência: «Título da tarefa» (por exemplo “Email de boas-vindas: Rafael Quintero”), «Cessionário» (o responsável), «Prazo» e «Acordo vinculado» (o negócio associado). «Minhas Tarefas» mostra «Prazo para hoje» e «Atraso» (em atraso); clique em «Marca concluída» (marcar como concluída) depois de enviar.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No Launch, o «Agendamento» envia um email de «Confirmação de reserva» a quem marca uma hora e um «Lembrete de reunião» antes dela. Em «Agendamento» &gt; «E-mails», edite o «Assunto do email», o «Título» e o «Texto do corpo» e clique em «Salvar modelo». Crie a chamada de apresentação em «Tipos de Evento» &gt; «Novo Tipo de Evento» e use «Copiar Link» nas suas boas-vindas.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Em «Meus Bots» &gt; o seu bot &gt; separador «Básico», acrescente o seu guia de primeiros passos à «Base de Conhecimento» e, em «Instruções», diga ao agente de IA quem é o contacto para novos clientes e o que acontece depois do registo. Clique em «Salvar Alterações» e depois em «Experimente o bot». No Growth, guarde a versão para chat em «Configurações» &gt; «Respostas salvas» &gt; «Nova resposta»: um «Atalho» como /welcome, um «Título», o «Corpo da resposta», «Compartilhar com a equipe».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envia emails de boas-vindas nem sequências de emails: envia-os a partir da sua própria caixa de correio ou da sua ferramenta de newsletter, e o CRM guarda o contacto, o negócio, as «Notas» e as tarefas. «Leads», 1 pipeline, «Notas» e tarefas básicas são grátis para 3 utilizadores. As marcações com sincronização de calendário e os respetivos emails de confirmação vêm com o Launch, 19 $ por mês, com faturação anual; as «Respostas salvas», com o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das boas-vindas,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Boas-vindas em atraso e com atraso: quem, e porquê?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Respostas a umas boas-vindas a que ninguém respondeu no prazo de 1 dia útil.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Próximos passos que não aconteceram ao fim de 7 dias: ligue, não volte a enviar email.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frase de um modelo que confundiu alguém: corrija o modelo.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https://crmsoftware.pro/pt/templates/welcome-email-templates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de boas-vindas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