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Скрипты ответов недовольному клиенту в чате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Ответы для конфликтных чатов в четыре шага: признать проблему, один вопрос, решение со сроком, подтверждение. С лимитами предложений, угрозами отзывом, оскорблениями, передачей руководителю и правилами для AI-агента.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Заполните лимиты предложений в разделе 4 и [скобки] в каждом ответе, затем сохраните ответы там, где работает ваша команда. Вставьте раздел 8 в инструкции AI-агента. Записывайте каждый конфликтный чат в журнал и закрывайте его только после того, как клиент подтвердил решение и повторный контакт состоялся.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Скрипты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Первый ответ: признайте проблему одной фразой и никогда не пишите «успокойтесь»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Оцените после этого ответа · Влияние: Один клиент или много? · Канал: Любой канал чата · Ответственный: Тот, кто ведёт чат · Первый ответ: 1 минута · Эскалация: Критические признаки: вкладка 7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Ответ недовольному клиенту в чате — это короткая последовательность, а не одно длинное сообщение. Отправляйте каждый шаг отдельно и ждите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4 шага в чате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Признайте проблему одной фразой: Назовите, что пошло не так, и извинитесь один раз. Пока без оправданий.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Задайте один вопрос: Только о том, что вы не можете найти сами.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Предложите решение или следующий шаг со сроком: Что вы сделаете, кто это сделает и к какому сроку.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Подтвердите договорённость: Спросите, подходит ли это клиенту, и назначьте повторный контакт.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/upset-ack: Вы знаете, что пошло не так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Проблема понятна из сообщения клиента или из заказа.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Решение или срок, пока вы всё не проверили.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[Имя], [что пошло не так] после того, как вы [что клиент сделал или чего ждал], — так быть не должно. Мне очень жаль. Я уже разбираюсь.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/upset-read: Причина пока непонятна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Сразу приходит несколько гневных сообщений, или вы не можете понять, что произошло.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ошиблись именно вы, пока не знаете наверняка.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Мне очень жаль, что всё это вас так расстроило, [имя]. Сейчас я читаю всё, что вы написали, и отвечу в течение [1 минуты].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/upset-takeover: Вы принимаете чат от AI-агента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AI-агент передал чат вам.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Ничего, что AI-агент не подтвердил.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Меня зовут [ваше имя], я из [команды]. Вся переписка у меня перед глазами: [краткое изложение в одну строку]. Повторять ничего не нужно. Мне очень жаль, я уже занимаюсь этим.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пишите: </w:t>
      </w:r>
      <w:r>
        <w:rPr>
          <w:rFonts w:ascii="Calibri" w:hAnsi="Calibri" w:cs="Calibri" w:eastAsia="Calibri"/>
          <w:b w:val="0"/>
          <w:color w:val="5D5A70"/>
          <w:sz w:val="21"/>
        </w:rPr>
        <w:t>«Успокойтесь», «Как уже было сказано», «К сожалению, по нашим правилам...» или одно и то же извинение дважды. Одно извинение, затем действие.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Выясните факты: по одному вопросу за раз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Уточните по фактам · Влияние: Один заказ или много? · Канал: Оставайтесь в том же чате · Ответственный: Тот, кто ведёт чат · Первый ответ: Каждый ответ в течение 2 минут · Эскалация: Нет прогресса после 2 вопросов: вкладка 7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Каждый вопрос воспринимается как задержка. Сначала проверьте заказ, аккаунт и историю переписки. Затем спрашивайте только то, чего не хватает, по одному вопросу в сообщении.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/upset-ask: Единственное, что вам нужно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Вы не можете найти заказ или аккаунт, или вам нужна одна деталь, чтобы действовать.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Что это последний вопрос, если это не так.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Чтобы всё исправить, мне нужно одно: [деталь, например номер заказа или почта вашего аккаунта]. Пока это всё.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/upset-ask-again: Клиента раздражают вопросы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отвечает «Я уже всё написал» или «Просто исправьте».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 в обмен на ответ.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Извините, что спрашиваю. [Деталь] — единственное, чего я не вижу у себя. Как только получу эти данные, я [что вы сделаете].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/upset-recap: Проверьте, что вы всё правильно поняли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Перед тем как предложить решение, чтобы исправить именно то, что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Ничего в этом пересказе. Это проверка, а не предложение.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Проверю, всё ли я правильно понимаю: [что произошло], и вы хотите [чего хочет клиент]. Верно?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Не переводите клиента на почту или телефон, чтобы выяснить факты. По исследованию Gartner, смена канала — одна из причин потери лояльности.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Предложите решение или следующий шаг, всегда со сроком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Как оценено во вкладке 1 · Влияние: Во что проблема обходится клиенту · Канал: Тот же чат · Ответственный: Один конкретный человек на каждый шаг · Первый ответ: Решение или следующий шаг в течение 10 минут · Эскалация: Нужны деньги или согласование: вкладка 4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Именно это сообщение снимает напряжение в чате. Скажите, что вы сделаете, кто это сделает и к какому сроку. Если сегодня исправить не получится, назовите следующий шаг и время, когда сообщите новости, и уложитесь в это время.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3.1 /upset-fix: Вы можете всё исправить сейчас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Решение в ваших руках: повторная отправка, новая запись, исправление.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Срок доставки или прибытия, который зависит от кого-то другого.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Вот что я делаю: [решение]. Всё будет готово до [времени и дня]. Больше вам ничего делать не нужно.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3.2 /upset-next: Решение займёт больше времени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Действовать должны другой отдел, поставщик или руководитель.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«Скоро» или «как можно скорее». Назовите день и время.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 чате я это исправить не могу, поэтому следующий шаг такой: [следующий шаг]. Этим занимается [имя ответственного], и [он или она] свяжется с вами до [дня и времени], даже если пока будет только промежуточная информация.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3.3 /upset-confirm: Спросите, прежде чем закрыть чат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Сразу после решения или следующего шага.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Ничего нового. Повторите то, что предложили.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Вам подходит [решение или следующий шаг] до [времени и дня]?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3.4 /upset-close: Закройте чат, назначив повторный контакт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сказал «да».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Время повторного контакта, которого ещё нет в вашем списке задач.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Подтверждаю: [решение или следующий шаг] до [времени и дня]. Я [повторный контакт, например позвоню вам] до [времени повторного контакта]. Если к этому времени я не выйду на связь, напишите на [адрес почты], письмо придёт прямо мне.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клиент говорит «нет»: </w:t>
      </w:r>
      <w:r>
        <w:rPr>
          <w:rFonts w:ascii="Calibri" w:hAnsi="Calibri" w:cs="Calibri" w:eastAsia="Calibri"/>
          <w:b w:val="0"/>
          <w:color w:val="15131F"/>
          <w:sz w:val="21"/>
        </w:rPr>
        <w:t>Понятно. Что вам подойдёт? Я сразу скажу, могу ли я это сделать или кто может.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Возврат денег, бонус или компенсация: кто что может предложить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От средней до высокой · Влияние: Сумма, о которой идёт речь · Канал: Согласовать в чате, выплатить в платёжном сервисе · Ответственный: Оператор до лимита, дальше согласующий · Первый ответ: Согласующий отвечает в тот же рабочий день · Эскалация: Сверх лимита: согласующий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Установите лимиты до конфликтного чата. Операторы предлагают то, что разрешает таблица, ни у кого не спрашивая. Всё, что сверх этого, уходит согласующему, и клиент получает срок ответа.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Лимиты предложений (заполните своими)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Что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Оператор может предложить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Сверх этого согласует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Извинение и решение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Всегда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Согласование не нужно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Переделка, повторная отправка или замена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[правило, например тот же товар без доплаты]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[согласующий]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платы за невыполненную часть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[согласующий, например управляющий магазином]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Бонус или сертификат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[50 $]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[согласующий]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денег за весь заказ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[Никогда или до определённой суммы]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[владелец или руководитель]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Всё остальное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Ничего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[руководитель]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/upset-offer: В пределах вашего лимита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Одного решения недостаточно, чтобы возместить то, что пошло не так, а предложение есть в таблице.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День, когда деньги появятся на карте.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 качестве компенсации за [что пошло не так] я [возвращаю плату или начисляю бонус]: [сумма]. [Где это появится и сколько обычно занимает]. Это в дополнение к [решению].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/upset-approval: Клиент просит больше, чем вы можете согласовать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Запрос выше вашего лимита или его нет в таблице.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Результат или сумму. Скажите, кто решает и к какому сроку.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Одобрить [то, что просит клиент] я не вправе, а гадать не хочу. Решение примет [имя согласующего], все подробности из этого чата уже переданы. Ответ будет у вас до [дня и времени].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Ничего в обмен на отзыв. См. вкладку 5.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Угроза уйти или написать отзыв: сначала решение, никаких торгов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Высокая; судебный иск — критическая · Влияние: Один клиент, который может уйти · Канал: Любой канал чата · Ответственный: Оператор; руководитель при суде или чарджбэке · Первый ответ: 1 минута · Эскалация: Суд или чарджбэк: сразу руководителю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Угроза обычно означает, что клиент больше не верит, что вы всё исправите. Не спорьте с ней и ничего не предлагайте взамен. Сначала решите проблему.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5.1 /upset-cancel: «Я от вас ухожу»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говорит, что отменит заказ, закроет аккаунт или больше никогда ничего не закажет.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Скидку за то, чтобы остаться, если её нет в вашей таблице предложений.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Это ваше решение, и я помогу в любом случае. Но сначала позвольте мне исправить [проблему]: [решение и срок]. Если после этого вы всё равно захотите отменить, [как отменить], а я подтвержу отмену здесь.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5.2 /upset-review: «Я напишу плохой отзыв»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грозит отзывом в Google, в соцсетях или на сайте отзывов.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Деньги, скидки или бесплатные товары за отзыв, за то, чтобы его не публиковать, изменить или удалить.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Вы вправе рассказать о своём опыте, и мне важнее исправить ситуацию, чем вас отговаривать. Вот что я делаю прямо сейчас: [решение и срок].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5.3 /upset-legal: Юрист, чарджбэк или суд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упоминает юриста, суд, надзорный орган или чарджбэк.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Ничего о вине или деньгах. Не спорьте о юридической стороне.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Понимаю. Я передаю ваше обращение сотруднику, который занимается официальными претензиями: это [имя руководителя]. [Имя руководителя] свяжется с вами до [дня и времени]. Удобнее всего связаться с вами по [почте или телефону]?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Почему без вознаграждений: </w:t>
      </w:r>
      <w:r>
        <w:rPr>
          <w:rFonts w:ascii="Calibri" w:hAnsi="Calibri" w:cs="Calibri" w:eastAsia="Calibri"/>
          <w:b w:val="0"/>
          <w:color w:val="5D5A70"/>
          <w:sz w:val="21"/>
        </w:rPr>
        <w:t>Правило FTC в США об отзывах потребителей запрещает вознаграждения, зависящие от тональности отзыва. Google запрещает вознаграждения за любой отзыв или за удаление негативного.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Оскорбления: одно сообщение о границах, затем завершите чат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Критическая · Влияние: Безопасность вашей команды · Канал: Любой канал чата · Ответственный: Оператор; руководитель узнаёт в тот же день · Первый ответ: Сообщение о границах сразу · Эскалация: Угроза причинить вред: сразу руководителю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Злость направлена на проблему: ругань из-за опоздавшего заказа, заглавные буквы. Оскорбления направлены на человека: выпады в адрес оператора, дискриминационные высказывания, угрозы. Рассерженным клиентам продолжайте помогать. При оскорблениях отправьте одно сообщение о границах и завершите чат, если они продолжатся.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6.1 /upset-boundary: Первое оскорбительное сообщение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Оскорбления в адрес вас или вашей команды, дискриминационные высказывания.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Ничего ради того, чтобы оскорбления прекратились.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Я хочу помочь вам с [проблемой] и помогу. Но продолжить я смогу, только если мы будем общаться уважительно. [Следующий шаг, над которым вы работали].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6.2 /upset-end: Оскорбления продолжаются после предупреждения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Следующее сообщение снова оскорбительное.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Ответ в этом чате после того, как вы его завершили.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завершаю этот чат из-за использованных в нём выражений. Ваш вопрос ([проблема]) по-прежнему открыт: [имя ответственного] напишет вам на [адрес почты] до [дня и времени] и сообщит следующий шаг.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6.3 /upset-threat: Угроза причинить вред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Клиент угрожает причинить вред вам, вашей команде или кому-то ещё.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Вообще ничего. Не отвечайте на саму угрозу.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Я завершаю этот чат. По поводу [проблемы] с вами свяжется в письменном виде [имя руководителя].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Запишите в тот же день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Скопируйте точные слова в заметку к контакту. Не пересказывайте их.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Запишите чат в журнал с серьёзностью «Критическая». Руководитель решает, продолжать ли контакт и обращаться ли в полицию.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Оставьте исходную проблему открытой как задачу. Завершение чата не закрывает обращение.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Передача руководителю со сводкой, чтобы никому не пришлось повторять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Высокая или критическая · Влияние: Нужны полномочия выше, чем у оператора · Канал: Тот же чат или звонок по просьбе клиента · Ответственный: Руководитель, названный в ответе · Первый ответ: Руководитель в течение 15 минут · Эскалация: Руководителя нет: названный заместитель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Передавайте чат, когда клиент просит руководителя, для решения нужны полномочия, которых у вас нет, две попытки не дали результата или серьёзность критическая. Сначала отправьте сводку, затем скажите клиенту.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Сводка для руководителя: </w:t>
      </w:r>
      <w:r>
        <w:rPr>
          <w:rFonts w:ascii="Calibri" w:hAnsi="Calibri" w:cs="Calibri" w:eastAsia="Calibri"/>
          <w:b w:val="0"/>
          <w:color w:val="15131F"/>
          <w:sz w:val="21"/>
        </w:rPr>
        <w:t>[Имя клиента], [номер заказа или аккаунта], [канал].</w:t>
        <w:br/>
        <w:t>Что произошло: [одна строка, с датами].</w:t>
        <w:br/>
        <w:t>Клиент хочет: [его слова].</w:t>
        <w:br/>
        <w:t>Проверено: [что вы проверили]. Предложено: [что вы предложили].</w:t>
        <w:br/>
        <w:t>Серьёзность: [низкая, средняя, высокая или критическая]. Обещано: [имя руководителя] ответит до [времени].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/upset-manager: Скажите клиенту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Сразу после отправки сводки.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Каким будет решение руководителя.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Решить вопрос о [том, что просит клиент] может [имя руководителя], [должность]. [Ему или ей] уже передана вся переписка из этого чата, так что повторять ничего не придётся. [Имя руководителя] свяжется с вами до [времени]. Если [он или она] не сможет, с вами свяжется [имя заместителя].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/upset-manager-hello: Первое сообщение руководителя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Когда использовать: </w:t>
      </w:r>
      <w:r>
        <w:rPr>
          <w:rFonts w:ascii="Calibri" w:hAnsi="Calibri" w:cs="Calibri" w:eastAsia="Calibri"/>
          <w:b w:val="0"/>
          <w:color w:val="5D5A70"/>
          <w:sz w:val="21"/>
        </w:rPr>
        <w:t>Руководитель принимает чат.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обещайте: </w:t>
      </w:r>
      <w:r>
        <w:rPr>
          <w:rFonts w:ascii="Calibri" w:hAnsi="Calibri" w:cs="Calibri" w:eastAsia="Calibri"/>
          <w:b w:val="0"/>
          <w:color w:val="5D5A70"/>
          <w:sz w:val="21"/>
        </w:rPr>
        <w:t>Больше, чем позволяют ваши правила согласования.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Ответ: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Меня зовут [имя руководителя], я [должность]. Мне передали весь ваш разговор с [именем сотрудника]: [краткое изложение в одну строку]. Повторять ничего не нужно. Вот что я могу сделать: [решение или следующий шаг со сроком].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Никогда не заставляйте клиента рассказывать всё заново. По исследованию Gartner, переводы на других сотрудников и необходимость повторять информацию — причины потери лояльности.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Правила AI-агента для недовольных посетителей: когда передавать чат человеку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Серьёзность: AI-агент её не оценивает · Влияние: Каждый чат, на который отвечает AI-агент · Канал: Сайт и подключённые каналы · Ответственный: Тот, кто редактирует «Инструкции» · Первый ответ: Человек в течение 5 минут · Эскалация: Человек, угрозы, суд, безопасность: передать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Вставьте эти правила в инструкции вашего AI-агента. Это письменные правила, а не автоматическое распознавание: AI-агент применяет их к тому, что пишет посетитель. Проверьте каждое условие передачи, прежде чем на него полагаться.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Вставьте в «Инструкции»: </w:t>
      </w:r>
      <w:r>
        <w:rPr>
          <w:rFonts w:ascii="Calibri" w:hAnsi="Calibri" w:cs="Calibri" w:eastAsia="Calibri"/>
          <w:b w:val="0"/>
          <w:color w:val="15131F"/>
          <w:sz w:val="21"/>
        </w:rPr>
        <w:t>Если посетитель расстроен или зол:</w:t>
        <w:br/>
        <w:t>1. Начни с одного короткого предложения, в котором назовёшь его проблему и один раз извинишься. Никогда не пиши «успокойтесь» и не повторяй извинения.</w:t>
        <w:br/>
        <w:t>2. Задавай по одному вопросу и только о том, что нужно, чтобы найти заказ: [номер заказа, почта или телефон].</w:t>
        <w:br/>
        <w:t>3. Никогда не спорь, не обвиняй посетителя и не ссылайся на правила, чтобы доказать, что он неправ.</w:t>
        <w:br/>
        <w:t>4. Никогда не обещай возврат денег, бонус, скидку, дату доставки или компенсацию. Решение принимает сотрудник нашей команды.</w:t>
        <w:br/>
        <w:t>5. Сразу передавай чат человеку, если посетитель просит позвать человека или руководителя; грозит уйти, написать отзыв или оформить чарджбэк; угрожает или оскорбляет; упоминает юриста или суд; сообщает о травме или угрозе безопасности.</w:t>
        <w:br/>
        <w:t>6. Перед передачей одним сообщением подведи итог: что произошло, чего хочет посетитель и номер заказа.</w:t>
        <w:br/>
        <w:t>7. Скажи, кто подключится и когда: [команда или имя] в течение [5 минут] в [часы работы]; в нерабочее время — до [начала следующего рабочего дня].</w:t>
        <w:br/>
        <w:t>8. Никогда ничего не предлагай в обмен на отзыв.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Сообщение AI-агента при передаче: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Понимаю, и мне очень жаль. Прямо сейчас передаю этот чат [команде или коллеге] вместе со всем, что вы написали, так что повторять ничего не придётся. Ожидайте ответа в течение [5 минут].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 нерабочее время: </w:t>
      </w:r>
      <w:r>
        <w:rPr>
          <w:rFonts w:ascii="Calibri" w:hAnsi="Calibri" w:cs="Calibri" w:eastAsia="Calibri"/>
          <w:b w:val="0"/>
          <w:color w:val="15131F"/>
          <w:sz w:val="21"/>
        </w:rPr>
        <w:t>Мне очень жаль, что так вышло. Наша команда не на связи до [начала следующего рабочего дня]. Ваше сообщение и номер заказа уже переданы, и [команда или имя] ответит до [времени].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Только 27% клиентов готовы снова воспользоваться чат-ботом после негативного опыта. Одна быстрая передача человеку лучше трёх лишних ответов AI.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Ответ недовольному клиенту в чате на примере: сорванная доставка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Клиентка взяла отгул ради доставки дивана из вымышленного мебельного магазина, а машина так и не приехала. AI-агент передаёт чат человеку, когда она просит позвать сотрудника. Оуэн проходит все 4 шага и, как обещал, звонит до 7:30 следующего утра.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Я взяла отгул ради доставки дивана, с 8 до 12. Уже 12:40. Ни машины, ни звонка. Вы уже второй раз переносите этот заказ!!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Мне очень жаль, Тереза. Прождать всё утро, специально взяв отгул, — так быть не должно. Чтобы найти вашу доставку, подскажите, пожалуйста, номер заказа. Он начинается с OR.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OR-58213. С меня хватит. Если сегодня не привезёте, я всё отменяю и пишу отзывы везде, где только можно. Дайте мне живого человека.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Понимаю. Прямо сейчас передаю этот чат Оуэну из нашей службы доставки. Чтобы он не переспрашивал: заказ OR-58213, сегодняшнее окно с 8:00 до 12:00 сорвано без звонка, этот заказ переносят уже второй раз, и вы хотите получить его сегодня. Ожидайте ответа в течение 5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Оуэн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Тереза, это Оуэн из службы доставки. Вы взяли отгул, а мы сорвали окно доставки и даже не позвонили. Это наша вина, и мне очень жаль.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Оуэн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В 9:30 сломалась машина, и вам никто не позвонил. Один вопрос: сможете принять диван сегодня до 18:00, или вам удобнее гарантированное раннее окно завтра?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Я не собираюсь опять сидеть и ждать весь день. Давайте завтра, но с утра пораньше.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Оуэн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Вот что я делаю: ваш диван поедет первым в завтрашнем маршруте, во вторник, 6 октября, с 8:00 до 10:00. А ещё прямо сейчас возвращаю на вашу карту 79 $ за доставку. Обычно деньги приходят в течение 3–5 рабочих дней.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Оуэн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Вам подходит вторник с 8:00 до 10:00?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Да. С 8 до 10. Если не приедете, я всё отменяю.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Оуэн (доставка): </w:t>
      </w:r>
      <w:r>
        <w:rPr>
          <w:rFonts w:ascii="Calibri" w:hAnsi="Calibri" w:cs="Calibri" w:eastAsia="Calibri"/>
          <w:b w:val="0"/>
          <w:color w:val="15131F"/>
          <w:sz w:val="21"/>
        </w:rPr>
        <w:t>Подтверждаю: вторник, 6 октября, с 8:00 до 10:00 и возврат 79 $. Завтра до 7:30 я позвоню вам и назову имя водителя. Если к этому времени я не выйду на связь, напишите на owen@oaklinehome.example.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Ладно. Спасибо.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Оценка обращения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Серьёзность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Высокая: угрозы уйти и написать отзыв, просьба позвать человека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Влияние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заказ, диван за 1 840 $, второй перенос даты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Канал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Чат на сайте, понедельник, 5 октября 2026, 12:40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Оуэн Харт, доставка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Первый ответ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AI-агент сразу; Оуэн через 3 минуты после передачи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Эскалация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нужна: 79 $ в пределах лимита оператора 100 $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Ответственный и действия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Действие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Срок</w:t>
            </w:r>
          </w:p>
        </w:tc>
        <w:tc>
          <w:tcPr>
            <w:tcW w:type="dxa" w:w="2493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Перенести диван на первое окно 6 октября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Оуэн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октября, 13:00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Вернуть 79 $ за доставку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Оуэн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октября, 13:00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Задача: позвонить и назвать имя водителя, приоритет «Высокий»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Оуэн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октября, 7:30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 в 7:24</w:t>
            </w:r>
          </w:p>
        </w:tc>
      </w:tr>
      <w:tr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Заметка к контакту, тег «Доставка», запись в журнале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Оуэн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октября, 17:00</w:t>
            </w:r>
          </w:p>
        </w:tc>
        <w:tc>
          <w:tcPr>
            <w:tcW w:type="dxa" w:w="2493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Записано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 подтвердил решение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«Да. С 8 до 10.» 5 октября, 12:52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Обещанный повторный контакт состоялся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Звонок 6 октября, 7:24; доставлено в 8:35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Запись в журнале заполнена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Опоздание или срыв доставки, высокая, возврат 79 $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Оценка удовлетворённости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4 из 5 после завершения чата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Статус в журнале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Готово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магазин и клиент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Уровни серьёзности конфликтных чатов: ответственный, скорость, эскалация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Серьёзность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Как это выглядит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Влияние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Первый ответ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Ответственный</w:t>
            </w:r>
          </w:p>
        </w:tc>
        <w:tc>
          <w:tcPr>
            <w:tcW w:type="dxa" w:w="1662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Эскалация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Низкая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Раздражение из-за мелкой проблемы, деньги и сроки не под угрозой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клиент, мелочь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минуты, AI-агент или человек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Тот, кто ведёт чат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нужна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Средняя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Нарушенное обещание или повторная проблема, клиент ещё готов сотрудничать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клиент, один заказ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минуты, решение или следующий шаг в течение 10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Тот, кто ведёт чат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Нет решения в чате: конкретный ответственный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Высокая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Просит человека, грозит уйти или написать отзыв, речь о деньгах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Один клиент, который может уйти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Человек в течение 5 минут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Конкретный оператор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Сверх лимита предложений: согласующий</w:t>
            </w:r>
          </w:p>
        </w:tc>
      </w:tr>
      <w:tr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Критическая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Суд, угроза безопасности, угрозы или оскорбления, или затронуто много клиентов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Юридический риск, безопасность или много клиентов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Человек сразу, руководитель в течение 15 минут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Руководитель</w:t>
            </w:r>
          </w:p>
        </w:tc>
        <w:tc>
          <w:tcPr>
            <w:tcW w:type="dxa" w:w="1662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Сразу руководителю, если его нет — заместителю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Что сказать недовольному клиенту и чего никогда не писать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пишите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Почему в чате это вредит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Пишите вместо этого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Успокойтесь.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Так вы говорите клиенту, что проблема в его злости.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Мне очень жаль. Давайте я исправлю это прямо сейчас.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Как уже было сказано...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Звучит как упрёк, и клиент листает вверх, чтобы проверить.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Коротко: ваш диван приедет во вторник с 8:00 до 10:00.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 сожалению, по нашим правилам...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Правило оказывается важнее человека.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Вот что я могу сделать: замена на этой неделе.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Я понимаю ваше недовольство.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Шаблонное сочувствие, которое часто отправляют дважды.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Прождать всё утро впустую — так быть не должно.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Скоро, в ближайшее время, как можно скорее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Без конкретного времени клиенту придётся вас догонять.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Сегодня до 15:00.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Стена текста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Рассерженный клиент читает по диагонали и пропускает ответ.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Одна мысль в сообщении, не больше трёх строк.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ЗАГЛАВНЫЕ БУКВЫ или !!!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Это читается как ответный крик.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Обычные предложения с точкой в конце.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Как ответить недовольному клиенту в чате с помощью этого шаблона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Сначала задайте лимиты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Заполните таблицу предложений во вкладке 4 и назовите согласующего и его заместителя.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Сохраните ответы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Замените [скобки] и сохраните каждый ответ как ярлык, чтобы первая фраза уходила в течение минуты.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Вставьте правила для AI-агента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Добавьте вкладку 8 в инструкции AI-агента и проверьте каждое условие передачи.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Записывайте каждый конфликтный чат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Одна строка на чат в журнале Excel, в тот же день.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Проверяйте каждую неделю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Смотрите главные причины и просроченные повторные контакты. Устраните самую частую причину.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боты», выберите бота и вставьте вкладку 8 в поле «Инструкции» на вкладке «Основы». Нажмите «Сохранить изменения» и проверьте каждое условие передачи в «Попробуйте бота».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На вкладке «Подключение» включите «Отправлять уведомления по почте» и добавьте свою команду в «Назначенные пользователи».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Переданные чаты ждут в разделе «Онлайн-поддержка» со статусом «Ожидает агента». Нажмите «Принять», отвечайте, видя всю историю, и нажмите «Решить», когда клиент подтвердит решение.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повторного контакта откройте «Задачи» &gt; «Новая задача»: «Название задачи», «Исполнитель», «Дедлайн» (обещанное время), «Приоритет» — «Высокий» или «Срочный». Сводку и все оскорбительные слова запишите в «Заметки» контакта.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Добавьте тег для каждой причины: «Настройки» &gt; «Теги разговоров» &gt; «Новый тег». На вкладке «Поведение» бота включите «Оценки удовлетворенности». На тарифе Growth сохраните ответы в «Сохраненные ответы», например /upset-ack.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Автоматического распознавания гнева и автоматических правил эскалации нет: AI-агент передаёт чат по правилам, которые вы прописали в поле «Инструкции». Передача человеку: Launch, 19 $ в месяц при оплате за год, 8 пользователей. Сохранённые ответы: Growth, 49 $. Free: AI-чат и базовые задачи для 3 пользователей.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Проверка завершения: закрывайте конфликтный чат, только когда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Клиент подтвердил в чате решение или следующий шаг.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Обещанный повторный контакт состоялся вовремя и записан.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Запись в журнале заполнена: причина, серьёзность, предложение, сумма, согласующий, итог.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Все оскорбления записаны дословно, и руководитель в курсе.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Исходная проблема решена или для неё заведена отдельная задача.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вымышлены.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https://crmsoftware.pro/ru/templates/angry-customer-live-chat-response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Скрипты ответов недовольному клиенту в чате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