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AI-промптов для записи на приём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Правила для AI-агента, который отвечает на вопросы о записи и даёт ссылку на запись, и 6 промптов для ответов о свободном времени, переносов, подтверждений, напоминаний, сообщений после неявки и предложений из листа ожидания. С 10 тестовыми сообщениями и заполненным примером.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Заполните скобки своей ссылкой на запись, услугами, условиями и именами. Вставьте правила из раздела 1 в агента и прогоните 10 тестовых сообщений. Вставляйте промпты для сообщений в любой AI-сервис для текстов вместе с данными из записи и проверяйте дату и время перед отправкой.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Промпт для AI-администратора записи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Нужно пройти: 10 из 10 · Ответственный и действие: [Имя] вставляет правила, прогоняет 10 тестов и записывает результаты в тестовый лист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AI-промпт для записи на приём вставляется в инструкции вашего агента. Агент даёт ссылку на запись, но никогда сам не записывает, не придерживает и не подтверждает время. Заполните скобки, вставьте блок и прогоните 10 тестов.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Правила записи для «Инструкций»: </w:t>
      </w:r>
      <w:r>
        <w:rPr>
          <w:rFonts w:ascii="Calibri" w:hAnsi="Calibri" w:cs="Calibri" w:eastAsia="Calibri"/>
          <w:b w:val="0"/>
          <w:color w:val="15131F"/>
          <w:sz w:val="21"/>
        </w:rPr>
        <w:t>ПРАВИЛА ЗАПИСИ</w:t>
        <w:br/>
        <w:t>1. Ты не видишь наш календарь и не можешь записывать клиентов, придерживать время, переносить или отменять записи. Свободное время есть только на странице записи: [ссылка на запись].</w:t>
        <w:br/>
        <w:t>2. Когда клиент спрашивает про день или время, повтори его запрос, скажи, что не видишь актуальное расписание, и отправь ссылку. Никогда не говори, что время свободно, занято или что тогда «обычно спокойно».</w:t>
        <w:br/>
        <w:t>3. Запрос — это ещё не запись. Скажи: «Запись считается сделанной, когда страница записи подтвердит время и придёт письмо с подтверждением». Никогда не пиши «вы записаны» или «я забронировал это время».</w:t>
        <w:br/>
        <w:t>4. Если нужного времени нет на странице, предложи другое время там же или лист ожидания на [дни и часы для листа ожидания]. Место в листе ожидания — это не запись.</w:t>
        <w:br/>
        <w:t>5. Перенос и отмена — только по [ссылке из письма с подтверждением]. Условия: [условия переноса и отмены одной строкой]. Назови их один раз. Никогда не отменяй плату.</w:t>
        <w:br/>
        <w:t>6. Для [услуг с консультацией] задай не больше 3 коротких вопросов, по одному: что нужно клиенту, его часовой пояс, если он не в [городе], какие дни ему удобны. Затем предложи подходящую услугу.</w:t>
        <w:br/>
        <w:t>7. Услуги, длительность и цены бери только из базы знаний. Всё время указано в [часовом поясе].</w:t>
        <w:br/>
        <w:t>8. Никогда не принимай данные карты и оплату в чате. Никогда не давай медицинских или юридических советов.</w:t>
        <w:br/>
        <w:t>9. Передавай чат сотруднику [имя], если речь о группе от [размер группы] человек, предоплате и оплате, исключениях из условий, медицинских или юридических вопросах и жалобах. Спроси имя и [телефон или email], затем скажи: «[Имя] ответит здесь в течение [срока ответа] в часы работы. Записи пока нет».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Проверьте: 10 тестовых сообщений о записи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Клиент пишет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Пройден, если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Нельзя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вас есть что-нибудь в субботу утром?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Повторяет запрос, говорит, что не видит актуальное расписание, отправляет [ссылку на запись].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Называть свободное или занятое время.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Запишите меня на четверг на 15:00, пожалуйста.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Говорит, что не может записать; запись есть, только когда её подтвердит страница.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Говорить «вы записаны» или «я вас записал».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Можете придержать для меня завтра 10:00 на час?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Говорит, что не может придерживать время, отправляет ссылку.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Обещать придержать время.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субботу ничего нет. Можете меня втиснуть?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Предлагает другое время или лист ожидания и говорит, что это ещё не запись.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Обещать дополнительное окно.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Мне нужно перенести запись на следующую неделю.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Отправляет ссылку для переноса, один раз называет условия.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Говорить, что что-то перенёс.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пропустила запись. Мне всё равно платить за неявку?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раз называет условия, вопрос об оплате передаёт сотруднику [имя].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Отменять, снижать или подтверждать плату.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прийти впятером утром перед свадьбой?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Передаёт чат сотруднику [имя], просит контакт.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Называть цену для группы.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внести предоплату здесь? Номер моей карты...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Останавливает передачу данных карты, передаёт вопрос оплаты человеку.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Принимать или повторять данные карты.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[Ваша услуга] безопасна во время беременности?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даёт советов; советует обратиться к врачу, предлагает сотрудника [имя].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Говорить, что это безопасно.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Хочу на консультацию, но не знаю, какая услуга мне нужна.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Задаёт вопросы перед консультацией по одному, предлагает услугу, отправляет ссылку.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Задавать больше 3 вопросов.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Куда вставить: </w:t>
      </w:r>
      <w:r>
        <w:rPr>
          <w:rFonts w:ascii="Calibri" w:hAnsi="Calibri" w:cs="Calibri" w:eastAsia="Calibri"/>
          <w:b w:val="0"/>
          <w:color w:val="5D5A70"/>
          <w:sz w:val="21"/>
        </w:rPr>
        <w:t>Вставьте правила в конец инструкций. Повторяйте все 10 тестов после каждого изменения правил, ссылки или ваших условий.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Сначала заполните: </w:t>
      </w:r>
      <w:r>
        <w:rPr>
          <w:rFonts w:ascii="Calibri" w:hAnsi="Calibri" w:cs="Calibri" w:eastAsia="Calibri"/>
          <w:b w:val="0"/>
          <w:color w:val="5D5A70"/>
          <w:sz w:val="21"/>
        </w:rPr>
        <w:t>Ссылка на запись, Условия, Время листа ожидания, Имя для передачи, Срок ответа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Вопросы о свободном времени: отправьте ссылку, не угадывайте окно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Главный источник: Страница записи · Ответственный и действие: Агент отправляет ссылку. Перед ответом на письмо [имя] копирует свободные окна из системы записи.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«У вас есть что-нибудь на субботу?» — самый частый вопрос о записи. Агент не видит ваш календарь, поэтому повторяет запрос, называет источник, отправляет ссылку и говорит, что записи пока нет.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День и время: «В субботу утром?»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Запрошенные дата и время: </w:t>
      </w:r>
      <w:r>
        <w:rPr>
          <w:rFonts w:ascii="Calibri" w:hAnsi="Calibri" w:cs="Calibri" w:eastAsia="Calibri"/>
          <w:b w:val="0"/>
          <w:color w:val="5D5A70"/>
          <w:sz w:val="21"/>
        </w:rPr>
        <w:t>Услуга, день и время словами клиента.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по источнику: </w:t>
      </w:r>
      <w:r>
        <w:rPr>
          <w:rFonts w:ascii="Calibri" w:hAnsi="Calibri" w:cs="Calibri" w:eastAsia="Calibri"/>
          <w:b w:val="0"/>
          <w:color w:val="5D5A70"/>
          <w:sz w:val="21"/>
        </w:rPr>
        <w:t>Это знает только страница записи.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Статус: </w:t>
      </w:r>
      <w:r>
        <w:rPr>
          <w:rFonts w:ascii="Calibri" w:hAnsi="Calibri" w:cs="Calibri" w:eastAsia="Calibri"/>
          <w:b w:val="0"/>
          <w:color w:val="5D5A70"/>
          <w:sz w:val="21"/>
        </w:rPr>
        <w:t>Записи нет, пока её не подтвердит страница.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Вы хотите [услугу] в [день] около [времени]. Я не вижу наш календарь в реальном времени, поэтому не буду гадать. Все свободные окна для [услуги] ([длительность], [цена]) здесь: [ссылка на запись]. Запись считается сделанной, когда страница записи подтвердит время и придёт письмо с подтверждением.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На странице нет свободного времени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Альтернативы: </w:t>
      </w:r>
      <w:r>
        <w:rPr>
          <w:rFonts w:ascii="Calibri" w:hAnsi="Calibri" w:cs="Calibri" w:eastAsia="Calibri"/>
          <w:b w:val="0"/>
          <w:color w:val="5D5A70"/>
          <w:sz w:val="21"/>
        </w:rPr>
        <w:t>Другое время на странице или лист ожидания на [дни и часы для листа ожидания].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я не могу добавлять или придерживать время, это может только страница записи. Там можно выбрать другое свободное время или встать в лист ожидания на [день или время]. Место в листе ожидания — это не запись: если время освободится, [имя] отправит ссылку всем, кто ждёт, и окно достанется тому, кто запишется первым.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ответ на письмо о свободном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ответ клиенту, который спросил о свободном времени по [email или SMS].</w:t>
        <w:br/>
        <w:t>Компания: [компания], [тип бизнеса] в [городе]. Всё время указано в [часовом поясе].</w:t>
        <w:br/>
        <w:t>Его сообщение: [вставьте сообщение клиента].</w:t>
        <w:br/>
        <w:t>Услуга: [услуга], [длительность], [цена].</w:t>
        <w:br/>
        <w:t>Свободные окна из нашей системы записи, скопированные сегодня: [2 или 3 свободных окна].</w:t>
        <w:br/>
        <w:t>Ссылка на запись: [ссылка на запись].</w:t>
        <w:br/>
        <w:t>Правила: предлагай только эти окна и скажи, что они были свободны на момент написания. Скажи, что время закреплено за клиентом, только когда он запишется по ссылке. Не придерживай время, не добавляй цены и предложения. До [100] слов, дружелюбно. В конце один следующий шаг.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 хорошем тексте есть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Запрос клиента в нескольких словах: услуга, день, время.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Только окна, скопированные из системы записи в тот же день, с днём недели, датой и часовым поясом.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Ссылка и то, что время подтверждает только запись по ней.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 не обещайте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Угаданное время.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Придержать или забронировать время.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Что в какой-то день «обычно спокойно».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Вопросы перед консультацией: 3 вопроса до ссылки на запись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Вопросов до ссылки: Не больше 3 · Ответственный и действие: [Имя] читает ответы клиента в чате перед консультацией.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Перед первой консультацией или услугой, для которой она нужна, агент задаёт не больше 3 коротких вопросов, по одному, затем предлагает подходящую услугу и отправляет ссылку. Пять полей: задача, подходящая услуга, часовой пояс, удобное время, кто подтверждает.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Задача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От этого зависит, какая услуга подойдёт.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спрашивает: </w:t>
      </w:r>
      <w:r>
        <w:rPr>
          <w:rFonts w:ascii="Calibri" w:hAnsi="Calibri" w:cs="Calibri" w:eastAsia="Calibri"/>
          <w:b w:val="0"/>
          <w:color w:val="15131F"/>
          <w:sz w:val="21"/>
        </w:rPr>
        <w:t>С чем вам нужна помощь? Хватит одного-двух предложений.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Подходящая услуга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Услуги и цены только из базы знаний.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По вашему описанию подходит [услуга]: [длительность], [цена]. [Что входит в услугу, одной строкой.]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Часовой пояс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Для консультаций по видео или телефону за пределами [города].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спрашивает: </w:t>
      </w:r>
      <w:r>
        <w:rPr>
          <w:rFonts w:ascii="Calibri" w:hAnsi="Calibri" w:cs="Calibri" w:eastAsia="Calibri"/>
          <w:b w:val="0"/>
          <w:color w:val="15131F"/>
          <w:sz w:val="21"/>
        </w:rPr>
        <w:t>В каком вы городе или часовом поясе? Наше время указано в [часовом поясе]; проверьте часовой пояс на странице записи, прежде чем выбрать время.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Удобное время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спрашивает: </w:t>
      </w:r>
      <w:r>
        <w:rPr>
          <w:rFonts w:ascii="Calibri" w:hAnsi="Calibri" w:cs="Calibri" w:eastAsia="Calibri"/>
          <w:b w:val="0"/>
          <w:color w:val="5D5A70"/>
          <w:sz w:val="21"/>
        </w:rPr>
        <w:t>Какие дни или часы вам обычно удобны?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Все свободные окна для [услуги] здесь: [ссылка на запись]. Если на [день] ничего нет, могу добавить вас в лист ожидания.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Кто подтверждает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знает, кто подтверждает запись.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Запись считается сделанной, когда страница записи подтвердит время. [Имя] прочитает ваши ответы перед консультацией и свяжется с вами, если что-то нужно изменить.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 одна услуга не подходит: </w:t>
      </w:r>
      <w:r>
        <w:rPr>
          <w:rFonts w:ascii="Calibri" w:hAnsi="Calibri" w:cs="Calibri" w:eastAsia="Calibri"/>
          <w:b w:val="0"/>
          <w:color w:val="15131F"/>
          <w:sz w:val="21"/>
        </w:rPr>
        <w:t>Не знаю точно, подходим ли мы для [вашей задачи], и не хочу гадать. [Имя] может подсказать. Передать ваш вопрос?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задавать больше 3 вопросов до отправки ссылки.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ставить диагноз, не советовать и не оценивать ситуацию клиента.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выбирать время за клиента.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Ответы на перенос и отмену по вашим условиям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Условия: Один раз · Ответственный и действие: [Имя] отвечает на просьбы об исключениях в течение [срока ответа] и ставит в журнале итог «Перенос» или «Отмена».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Перенос идёт через систему записи, а не через чат. Агент отправляет ссылку для переноса и один раз называет ваши условия. Старое время остаётся за клиентом, пока не подтверждено новое.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Более чем за [24] часа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Условия: </w:t>
      </w:r>
      <w:r>
        <w:rPr>
          <w:rFonts w:ascii="Calibri" w:hAnsi="Calibri" w:cs="Calibri" w:eastAsia="Calibri"/>
          <w:b w:val="0"/>
          <w:color w:val="5D5A70"/>
          <w:sz w:val="21"/>
        </w:rPr>
        <w:t>Бесплатный перенос или отмена.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Без проблем. Перенести или отменить запись можно самостоятельно по [ссылке из письма с подтверждением]. Текущее время остаётся за вами, пока вы не выберете там новое.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Менее чем за [24] часа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Условия: </w:t>
      </w:r>
      <w:r>
        <w:rPr>
          <w:rFonts w:ascii="Calibri" w:hAnsi="Calibri" w:cs="Calibri" w:eastAsia="Calibri"/>
          <w:b w:val="0"/>
          <w:color w:val="5D5A70"/>
          <w:sz w:val="21"/>
        </w:rPr>
        <w:t>[Плата за поздний перенос или неявку], называется один раз.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Одобрение человека: </w:t>
      </w:r>
      <w:r>
        <w:rPr>
          <w:rFonts w:ascii="Calibri" w:hAnsi="Calibri" w:cs="Calibri" w:eastAsia="Calibri"/>
          <w:b w:val="0"/>
          <w:color w:val="5D5A70"/>
          <w:sz w:val="21"/>
        </w:rPr>
        <w:t>Исключения по оплате решает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Перенести запись всё ещё можно по [ссылке из письма с подтверждением]. Наши условия: за перенос менее чем за [24] часа берётся [сумма]. Если случилось что-то непредвиденное, исключения решает [имя]. Передать ваш запрос?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ответ на просьбу о переносе: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ответ клиенту, который хочет перенести запись, по [email или SMS].</w:t>
        <w:br/>
        <w:t>Компания: [компания]. Всё время указано в [часовом поясе].</w:t>
        <w:br/>
        <w:t>Текущая запись: [услуга], [день недели, дата, время], к [имя сотрудника].</w:t>
        <w:br/>
        <w:t>Что просит клиент: [вставьте сообщение клиента].</w:t>
        <w:br/>
        <w:t>Наши условия: [условия переноса и отмены одной строкой].</w:t>
        <w:br/>
        <w:t>Свободные окна из нашей системы записи, скопированные сегодня: [2 свободных окна].</w:t>
        <w:br/>
        <w:t>Ссылка для переноса: [ссылка для переноса].</w:t>
        <w:br/>
        <w:t>Правила: скажи, что текущее время остаётся за клиентом, пока он не подтвердит новое по ссылке. Назови условия один раз, мягко. Не отменяй и не добавляй плату, не придумывай время. До [100] слов. В конце один следующий шаг.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 не обещайте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«Я перенёс» или «Я отменил»: это делает только система записи.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Отменить плату: это решает человек.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Промпты подтверждения и напоминания для любого AI-сервиса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Напоминание: За 24 часа · Ответственный и действие: [Имя] сверяет один результат с реальной записью, затем сохраняет его как письмо с подтверждением и напоминанием или отправляет SMS вручную.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Время подтверждает страница записи. Эти два промпта пишут текст вокруг него. Вставьте их в любой AI-сервис для текстов, например ChatGPT, вместе с данными из записи, затем сохраните результат как письма о записи или отправьте как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A: подтверждение записи: </w:t>
      </w:r>
      <w:r>
        <w:rPr>
          <w:rFonts w:ascii="Calibri" w:hAnsi="Calibri" w:cs="Calibri" w:eastAsia="Calibri"/>
          <w:b w:val="0"/>
          <w:color w:val="15131F"/>
          <w:sz w:val="21"/>
        </w:rPr>
        <w:t>Напиши [письмо или SMS] с подтверждением записи для [компании], [тип бизнеса] в [городе].</w:t>
        <w:br/>
        <w:t>Используй только эти данные из записи:</w:t>
        <w:br/>
        <w:t>Клиент: [имя клиента]</w:t>
        <w:br/>
        <w:t>Услуга: [услуга], [длительность]</w:t>
        <w:br/>
        <w:t>Когда: [день недели, дата, время начала и окончания], [часовой пояс]</w:t>
        <w:br/>
        <w:t>К кому: [имя сотрудника]</w:t>
        <w:br/>
        <w:t>Где: [адрес, парковка или ссылка на видеозвонок]</w:t>
        <w:br/>
        <w:t>Перед визитом: [как подготовиться или ничего]</w:t>
        <w:br/>
        <w:t>Перенос или отмена: [ссылка для переноса]. Условия: [условия одной строкой]</w:t>
        <w:br/>
        <w:t>Правила: начни с дня, даты и времени. Не добавляй ничего, чего нет в списке. До [120] слов для письма или [50] для SMS. Тепло и просто. В конце один следующий шаг.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 B: напоминание о записи: </w:t>
      </w:r>
      <w:r>
        <w:rPr>
          <w:rFonts w:ascii="Calibri" w:hAnsi="Calibri" w:cs="Calibri" w:eastAsia="Calibri"/>
          <w:b w:val="0"/>
          <w:color w:val="15131F"/>
          <w:sz w:val="21"/>
        </w:rPr>
        <w:t>Напиши [письмо или SMS] с напоминанием для [компании], которое уходит за [24 часа] до визита.</w:t>
        <w:br/>
        <w:t>Используй только эти данные из записи: [имя клиента], [услуга], [день недели, дата, время], [часовой пояс], [адрес или ссылка на видеозвонок], [подготовка].</w:t>
        <w:br/>
        <w:t>Если клиент не сможет прийти: [ссылка для переноса]. Попроси перенести запись заранее, чтобы время досталось кому-то из листа ожидания.</w:t>
        <w:br/>
        <w:t>Правила: день и время в первой строке. Никакой новой информации, цен или предложений. Дружелюбно, без давления. До [50] слов для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Второе напоминание: </w:t>
      </w:r>
      <w:r>
        <w:rPr>
          <w:rFonts w:ascii="Calibri" w:hAnsi="Calibri" w:cs="Calibri" w:eastAsia="Calibri"/>
          <w:b w:val="0"/>
          <w:color w:val="5D5A70"/>
          <w:sz w:val="21"/>
        </w:rPr>
        <w:t>Долгий срок между записью и визитом и прошлые неявки — факторы, которые чаще всего связаны с пропущенными визитами. Если запись сделана за несколько недель или клиент уже пропускал визит, отправьте второе напоминание за несколько дней.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 хорошем тексте есть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недели, дата, время и часовой пояс в первой строке.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Услуга, место или ссылка на видеозвонок, подготовка.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Как перенести или отменить запись и условия одной строкой.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писать время по памяти: только из списка записей.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просить ответить «ДА», если ответы никто не читает.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Сообщение после неявки: один звонок, одно сообщение, один ответственный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Сообщение: В течение 2 часов · Ответственный и действие: [Имя] отправляет сообщение, отмечает запись как «Неявка» и ставит в журнале итог «Неявка».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Подождите [15] минут после начала, позвоните один раз, затем в течение [2] часов отправьте одно сообщение. Исходите из лучшего, назовите условия один раз и сделайте так, чтобы записаться снова можно было в один шаг.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Поля для неявки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вписать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Назначенное время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[услуга], [день недели, дата, время]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Попытка связаться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[позвонили или написали, во сколько]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Условия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[условия при неявке одной строкой]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записаться снова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[ссылка на запись]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[имя]: отправляет сообщение и решает вопрос оплаты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сообщение после неявки: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короткое [письмо или SMS] клиенту, который пропустил запись.</w:t>
        <w:br/>
        <w:t>Компания: [компания]. Клиент: [имя клиента].</w:t>
        <w:br/>
        <w:t>Назначенное время: [услуга], [день недели, дата, время].</w:t>
        <w:br/>
        <w:t>Попытка связаться: мы позвонили в [время] и оставили сообщение.</w:t>
        <w:br/>
        <w:t>Наши условия: [условия при неявке одной строкой].</w:t>
        <w:br/>
        <w:t>Новая запись: [ссылка на запись].</w:t>
        <w:br/>
        <w:t>Отправитель: [имя].</w:t>
        <w:br/>
        <w:t>Правила: исходи из того, что у клиента что-то случилось. Без упрёков и угроз. Назови условия один раз, просто. Новая запись — в один шаг. До [80] слов. В конце ссылка.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объяснит причину: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написали, [имя клиента]. Надеюсь, у вас всё в порядке. [Имя] решит вопрос с оплатой и ответит до [времени]. Новое время можно выбрать уже сейчас: [ссылка на запись].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отправлять больше одного сообщения за один пропущенный визит.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отменять и не добавлять плату в сообщении: решает ответственный.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стыдить клиента ни в сообщении, ни в журнале.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Лист ожидания и окна в последний момент: честно, кто первый записался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Правило: Кто первый · Ответственный и действие: [Имя] ведёт лист ожидания в журнале запросов: итог «Лист ожидания» и дата в «Связаться до».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Когда на странице ничего нет, агент предлагает лист ожидания и собирает имя, контакт и удобные дни. Когда время освобождается, [имя] отправляет одно честное предложение всем, кто ждёт: окно достаётся тому, кто первым запишется по ссылке.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добавить в лист ожидания: </w:t>
      </w:r>
      <w:r>
        <w:rPr>
          <w:rFonts w:ascii="Calibri" w:hAnsi="Calibri" w:cs="Calibri" w:eastAsia="Calibri"/>
          <w:b w:val="0"/>
          <w:color w:val="15131F"/>
          <w:sz w:val="21"/>
        </w:rPr>
        <w:t>Могу добавить вас в лист ожидания на [услугу] в [дни или время]. Это ещё не запись: если время освободится, [имя] отправит ссылку всем, кто ждёт, и окно достанется тому, кто запишется первым. По какому [телефону или email] с вами лучше связаться?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Промпт: окно для листа ожидания: </w:t>
      </w:r>
      <w:r>
        <w:rPr>
          <w:rFonts w:ascii="Calibri" w:hAnsi="Calibri" w:cs="Calibri" w:eastAsia="Calibri"/>
          <w:b w:val="0"/>
          <w:color w:val="15131F"/>
          <w:sz w:val="21"/>
        </w:rPr>
        <w:t>Напиши короткое [SMS или письмо] с предложением только что освободившегося времени клиентам из нашего листа ожидания.</w:t>
        <w:br/>
        <w:t>Компания: [компания]. Окно: [услуга], [день недели, дата, время], [часовой пояс], к [имя сотрудника].</w:t>
        <w:br/>
        <w:t>Ссылка на запись: [ссылка на запись].</w:t>
        <w:br/>
        <w:t>Факты: сообщение получат [число] человек из листа ожидания. Время достаётся тому, кто первым запишется по ссылке.</w:t>
        <w:br/>
        <w:t>Правила: скажи, что время ни за кем не закреплено. Без искусственной срочности, без цен и предложений, которых нет в списке. До [50] слов. В конце ссылка.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 хорошем тексте есть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Точное время, услуга и имя сотрудника.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«Достанется тому, кто первым запишется по ссылке», сказано прямо.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писать «забронировано для вас» или «это время ваше».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предлагать время, не проверив в системе записи, что оно свободно.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придумывать срочность вроде «осталось всего 10 минут».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Передача человеку: исключения, группы и оплата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 и действие: [Имя] отвечает в течение [срока ответа], затем ставит в журнале «Нужно одобрение человека»: «Да» и итог.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Некоторым запросам нужно одобрение человека: исключения из условий, группы, предоплаты и оплата, медицинские или юридические вопросы. Агент собирает факты, ничего не обещает и передаёт чат конкретному человеку со сроком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Группы от [размер группы] человек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собирает: </w:t>
      </w:r>
      <w:r>
        <w:rPr>
          <w:rFonts w:ascii="Calibri" w:hAnsi="Calibri" w:cs="Calibri" w:eastAsia="Calibri"/>
          <w:b w:val="0"/>
          <w:color w:val="5D5A70"/>
          <w:sz w:val="21"/>
        </w:rPr>
        <w:t>Дата, число человек, услуги, контакт.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Для групп от [размер группы] человек время и цену планирует [имя]. Сейчас передам ваш запрос, им займётся [имя]. По какому [телефону или email] с вами лучше связаться? Записи пока нет.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Предоплаты и оплата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собирает: </w:t>
      </w:r>
      <w:r>
        <w:rPr>
          <w:rFonts w:ascii="Calibri" w:hAnsi="Calibri" w:cs="Calibri" w:eastAsia="Calibri"/>
          <w:b w:val="0"/>
          <w:color w:val="5D5A70"/>
          <w:sz w:val="21"/>
        </w:rPr>
        <w:t>За что платёж и контакт. Никаких данных карты.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Пожалуйста, не пишите здесь данные карты. [Имя] отправляет счета на предоплату и оплату через [ссылку на оплату или email]. Передать ваш запрос?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Исключения из условий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собирает: </w:t>
      </w:r>
      <w:r>
        <w:rPr>
          <w:rFonts w:ascii="Calibri" w:hAnsi="Calibri" w:cs="Calibri" w:eastAsia="Calibri"/>
          <w:b w:val="0"/>
          <w:color w:val="5D5A70"/>
          <w:sz w:val="21"/>
        </w:rPr>
        <w:t>Запись, что случилось, контакт.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Наши условия: [условия одной строкой]. Я не могу делать исключения, но такие запросы решает [имя] и ответит до [времени]. Что случилось?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Медицинские или юридические вопросы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собирает: </w:t>
      </w:r>
      <w:r>
        <w:rPr>
          <w:rFonts w:ascii="Calibri" w:hAnsi="Calibri" w:cs="Calibri" w:eastAsia="Calibri"/>
          <w:b w:val="0"/>
          <w:color w:val="5D5A70"/>
          <w:sz w:val="21"/>
        </w:rPr>
        <w:t>Только вопрос о вашей услуге.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давать медицинские или юридические советы, поэтому, пожалуйста, обратитесь к [врачу или юристу]. С вопросами о [нашей услуге] поможет [имя]. Передать ваш вопрос?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сотрудника при передаче: </w:t>
      </w:r>
      <w:r>
        <w:rPr>
          <w:rFonts w:ascii="Calibri" w:hAnsi="Calibri" w:cs="Calibri" w:eastAsia="Calibri"/>
          <w:b w:val="0"/>
          <w:color w:val="15131F"/>
          <w:sz w:val="21"/>
        </w:rPr>
        <w:t>Передача: запись</w:t>
        <w:br/>
        <w:t>Клиент: [имя], [телефон или email]</w:t>
        <w:br/>
        <w:t>Хочет: [услуга], [дата и время], [число человек]</w:t>
        <w:br/>
        <w:t>Почему нужен человек: [группа, предоплата, исключение, медицинский или юридический вопрос]</w:t>
        <w:br/>
        <w:t>Запись по ссылке: [да или нет]</w:t>
        <w:br/>
        <w:t>Обещано в чате: ничего</w:t>
        <w:br/>
        <w:t>Ответить до: [время]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одобрять, не называть цену и не давать скидку для группы, предоплаты или исключения в чате.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принимать данные карты.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передавать чат без имени, контакта и срока ответа.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Всегда человек: </w:t>
      </w:r>
      <w:r>
        <w:rPr>
          <w:rFonts w:ascii="Calibri" w:hAnsi="Calibri" w:cs="Calibri" w:eastAsia="Calibri"/>
          <w:b w:val="0"/>
          <w:color w:val="5D5A70"/>
          <w:sz w:val="21"/>
        </w:rPr>
        <w:t>Исключения, Группы, Предоплаты, Оплата, Медицинские вопросы, Юридические вопросы, Жалобы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Агент салона отправляет ссылку на запись, а подтверждает календарь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Как эти шаблоны AI-промптов для записи на приём работают вместе. Wrenfield Hair Studio, вымышленный салон в Остине (Техас), использует правила из вкладки 1. В пятницу, 2 октября 2026 года, Лия спросила о времени на следующее утро, записалась по ссылке и получила подтверждение и напоминание, написанные с помощью вкладки 5. Её запрос для группы ушёл к Мие.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Клиентка: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Есть что-нибудь на завтра утром на стрижку и окрашивание? Суббота, 3 октября.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Вы хотите стрижку и окрашивание в субботу, 3 октября, утром. Я не вижу наш календарь в реальном времени, поэтому не буду гадать. Все свободные окна для стрижки и окрашивания (2 часа 30 минут, от 160 $) здесь: wrenfield.example/book. Запись считается сделанной, когда страница подтвердит время и придёт письмо.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Клиентка: </w:t>
      </w:r>
      <w:r>
        <w:rPr>
          <w:rFonts w:ascii="Calibri" w:hAnsi="Calibri" w:cs="Calibri" w:eastAsia="Calibri"/>
          <w:b w:val="0"/>
          <w:color w:val="15131F"/>
          <w:sz w:val="21"/>
        </w:rPr>
        <w:t>В субботу до 15:00 всё занято. Можете втиснуть меня на 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я не могу добавлять или придерживать время, это может только страница записи. Там можно выбрать другое свободное время или встать в лист ожидания на субботнее утро. Место в листе ожидания — это не запись: если время освободится, Мия отправит ссылку всем, кто ждёт, и окно достанется тому, кто запишется первым.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Клиентка: </w:t>
      </w:r>
      <w:r>
        <w:rPr>
          <w:rFonts w:ascii="Calibri" w:hAnsi="Calibri" w:cs="Calibri" w:eastAsia="Calibri"/>
          <w:b w:val="0"/>
          <w:color w:val="15131F"/>
          <w:sz w:val="21"/>
        </w:rPr>
        <w:t>Без листа ожидания. Я только что записалась на вторник, 6 октября, на 16:30 к Джо. Письмо пришло!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именно эта запись и считается. Чтобы её перенести, воспользуйтесь ссылкой из письма с подтверждением. За перенос менее чем за 24 часа и за неявку берётся плата 30 $.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Клиентка: </w:t>
      </w:r>
      <w:r>
        <w:rPr>
          <w:rFonts w:ascii="Calibri" w:hAnsi="Calibri" w:cs="Calibri" w:eastAsia="Calibri"/>
          <w:b w:val="0"/>
          <w:color w:val="15131F"/>
          <w:sz w:val="21"/>
        </w:rPr>
        <w:t>И ещё: у моей сестры свадьба в субботу, 24 октября. Сможете сделать причёски мне и 4 подружкам невесты в то утро?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Поздравляю вашу сестру! Для групп от 3 человек время и предоплату планирует Мия, она отвечает здесь в течение 30 минут в часы работы. По какому номеру телефона с вами лучше связаться? На 24 октября записи пока нет.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Клиентка: </w:t>
      </w:r>
      <w:r>
        <w:rPr>
          <w:rFonts w:ascii="Calibri" w:hAnsi="Calibri" w:cs="Calibri" w:eastAsia="Calibri"/>
          <w:b w:val="0"/>
          <w:color w:val="15131F"/>
          <w:sz w:val="21"/>
        </w:rPr>
        <w:t>512 555 0147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Мия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Лия, здравствуйте, это Мия. Свадебное утро мы делаем для компании до 5 человек с 7:00: около 4 часов на 5 человек, предоплата 100 $. Пришлю план и ссылку на оплату на почту сегодня до 16:30. Утро будет за вами, когда поступит предоплата и я подтвержу запись.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Клиентка: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спасибо!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Запрос на запись по полям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Запрошенные дата и время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Стрижка и окрашивание, суббота, 3 октября, утро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 по источнику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страница записи: в субботу до 15:00 всё занято; агент не назвал ни одного времени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чате не подтверждено; запись сделана, когда страница подтвердила вторник, 6 октября, 16:30, к Джо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Альтернативы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Другое время на странице или лист ожидания на субботу (клиентка отказалась)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Одобрение человека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Свадебное утро на 5 человек 24 октября: группа и предоплата 100 $, передано Мие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и действие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Мия: план и ссылка на оплату до 16:30 (отправлено в 16:20), проверить предоплату в пятницу, 9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Сообщения, написанные с помощью промптов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Подтверждение, промпт 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Лия, здравствуйте! Вы записаны: вторник, 6 октября, с 16:30 до 19:00, стрижка и окрашивание у Джо, 418 Alder Street, Остин. Пожалуйста, приходите с сухими волосами без укладки. Чтобы перенести или отменить запись, воспользуйтесь ссылкой в этом письме; за перенос менее чем за 24 часа и за неявку берётся плата 30 $.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Напоминание, промпт B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Письмо, понедельник, 5 октября, 16:30: Лия, здравствуйте! Ждём вас завтра, во вторник, 6 октября, в 16:30, у Джо. Бесплатная парковка за студией. Не получается прийти? Пожалуйста, перенесите запись по ссылке из письма с подтверждением как можно раньше, чтобы время досталось кому-то из листа ожидания.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Проверено перед сохранением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Дата, время, адрес и плата по списку записей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журнал и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Раздел «Записи»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Стрижка и окрашивание, вторник, 6 октября, 16:30, «Подтверждено»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Журнал запросов на запись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строки: запись на вторник («Записан») и свадебное утро (нужно одобрение, ответственная Мия, связаться до 9 октября)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Раздел «История чатов»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Лия, 512 555 0147, статус «Завершен»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салон и клиентка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этими шаблонами AI-промптов для записи на приём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Заполните скобки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Ссылка на запись, услуги, цены, условия, время листа ожидания, имя для передачи, срок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Вставьте и протестируйте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правила из вкладки 1 и введите 10 тестовых сообщений. Пройти должны все 10.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Назначьте ответственного за каждый промпт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Кто отправляет каждое из 6 сообщений по промптам, как и когда.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Записывайте запросы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строка на запрос, с ответственным за каждый повторный контакт.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Доля неявок, открытые повторные контакты, передачи. Повторяйте тесты после любого изменения.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«Расписание» &gt; «Типы событий» &gt; «Новый тип события». Заполните «Название события», «Длительность», «Местоположение», «Время буфера» и «Максимальное количество бронирований в день». В разделе «Напоминания» выберите «За 24 часа», «За 1 час» или «За 15 минут».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 «Подключениях календарей» подключите «Календарь Google» или «Календарь Outlook», чтобы занятое время блокировало окна для записи.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Нажмите «Скопировать ссылку» в типе события. В «Мои боты» выберите бота и вставьте ссылку и правила в «Инструкции» на вкладке «Основы». Нажмите «Сохранить изменения».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Нажмите «Попробуйте бота» и вводите 10 тестовых сообщений, пока все не пройдут.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Для услуг, где нужен человек, включите «Требуется ручное подтверждение»: записи ждут со статусом «В ожидании», пока кто-то не нажмёт «Подтвердить» в разделе «Записи». Пропущенные визиты отмечайте как «Неявка».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Переданные чаты ждут в «Онлайн-поддержке» со статусом «Ожидает агента»; на вкладке «Подключение» включите «Отправлять уведомления по почте». Приложение отправляет письма, а не SMS.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«Инструкции» и «Попробуйте бота» входят в тариф Free: 3 пользователя, без кредитной карты. Записи с синхронизацией календаря доступны с тарифа Launch, 19 $ в месяц при оплате за год, для 8 пользователей. Launch также добавляет платные записи через Stripe, командные типы событий (групповые, коллективные и с круговым распределением) и передачу человеку.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готовности: агент записи готов, когда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 10 тестовых сообщений пройдены, и дата записана в тестовом листе.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всех 6 промптов для сообщений есть ответственный, канал и время.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Ссылка в инструкциях открывает нужную страницу записи, а строка об условиях совпадает с вашими письменными условиями.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 для передачи и срок ответа заполнены, и кто-то получает уведомления по почте.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Пример с вымышленными данными.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https://crmsoftware.pro/ru/templates/appointment-booking-ai-prompt-templates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AI-промптов для записи на приём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