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писем о спорном платеже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Восемь вкладок для бизнеса, отвечающего собственному клиенту: первый ответ, пять типов споров, ответы в онлайн-чате и итоговое письмо, с полями, которые нужны в каждом ответе.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фактами обращения: номер обращения, данные счёта, шаги проверки, ответственный и срок ответа. Отправьте первый ответ в течение 1 рабочего дня, затем письмо для нужного типа спора. Записывайте каждое обращение в журнал споров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Первый ответ: подтвердите обращение в течение 1 рабочего дня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Срок отправки: 1 рабочий день · Ответственный: Кто ведёт биллинг или руководитель поддержки · Срок ответа: До 2 рабочих дней · Запишите в журнал до отправки: Дата получения, клиент, номер обращения, сумма, тип, если известен, ответственный, дата первого ответа и обещанный срок ответа. Одна строка в журнале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шаблон письма о спорном платеже начинается с ответа, который уходит в тот же день и в любом случае не позднее 1 рабочего дня после сообщения клиента. Он подтверждает списание, говорит, что вы проверите, кто ведёт обращение и когда клиент получит ответ. Он не говорит, кто прав, и не обещает ничего, кроме ответа в срок.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 вопрос о списании [сумма] от [дата списания],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сообщили нам о списании [сумма] от [дата списания]. Я завожу по нему обращение. Ваш номер обращения: [номер обращения].</w:t>
        <w:br/>
        <w:br/>
        <w:t>Что у нас есть: списание относится к счёту [номер счёта], выставленному [дата счёта] за [тариф или продукт] ([период или позиции]). В выписке по карте оно отображается как [название в выписке].</w:t>
        <w:br/>
        <w:br/>
        <w:t>Что дальше: я проверяю [шаги проверки, например платёжную запись, счёт и историю вашего аккаунта]. Обращение веду я, и вы получите от меня ответ до [дата и время ответа], даже если проверка к этому моменту не закончится. Если списание окажется ошибочным, мы вернём деньги напрямую.</w:t>
        <w:br/>
        <w:br/>
        <w:t>Сейчас от вас ничего не требуется. Если у вас есть скриншот этого списания из выписки, пришлите его в ответ: так будет быстрее. Пожалуйста, не отправляйте полный номер карты.</w:t>
        <w:br/>
        <w:br/>
        <w:t>[Ваше имя], [должность]</w:t>
        <w:br/>
        <w:t>[Компания], [телефон или email]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обращения: номер вашего обращения или ID платежа из платёжного провайдера. Клиент указывает его в каждом ответе.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Данные счёта: номер счёта или заказа, дата выставления, тариф или продукт, период или позиции и название в выписке, которое видит клиент.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Шаги проверки: две-три записи, которые вы проверите, названные простыми словами.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Ответственный: один названный по имени человек, который подписывает это и каждое следующее письмо по обращению.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Срок ответа: дата и время в пределах [2 рабочих дней]. Поставьте его в календарь, прежде чем нажать «Отправить».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списание ошибочное, что будет возврат или день, когда деньги появятся на счёте. Единственное обещание в этом письме — срок ответа, поэтому соблюдайте его, даже если ответ пока «проверяем».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не можете найти списание: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Спасибо, что сообщили о списании [сумма] от [дата списания]. Пока я не могу найти его ни в одном аккаунте. Не могли бы вы прислать в ответ email вашего аккаунта, последние 4 цифры карты и название, которое указано в выписке? Пожалуйста, не отправляйте полный номер карты. Я отвечу до [дата и время ответа]. [Ваше имя], [компания]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Двойное списание или неверная сумма: возврат и сроки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В тот же день · Ответственный: Кто ведёт биллинг · Срок возврата: Диапазон вашего провайдера · Перед отправкой: Возврат отображается как оформленный в платёжном провайдере, его номер внесён в журнал споров, а сумма равна дубликату или разнице с суммой счёта.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Используйте, когда платёжная запись показывает два списания по одному счёту или сумма отличается от итога по счёту. Сначала оформите возврат в платёжном провайдере, затем отправьте письмо. Срок зачисления банком указывайте как диапазон, который публикует ваш провайдер, а не как обещанный 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 за двойное списание оформлен,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Вы были правы. Наша платёжная запись показывает два списания по [сумма] от [дата списания] по счёту [номер счёта] ([тариф или продукт], [период]). К оплате было только одно, и я прошу прощения за эту ситуацию.</w:t>
        <w:br/>
        <w:br/>
        <w:t>Возврат [сумма возврата] на карту с окончанием [последние 4 цифры] оформлен сегодня, [дата возврата]. Номер возврата: [номер возврата]. Обычно возврат появляется в выписке в течение [от 3 до 10 рабочих дней] в зависимости от вашего банка.</w:t>
        <w:br/>
        <w:br/>
        <w:t>Почему так произошло: [одно простое предложение, например платёжная форма была отправлена дважды]. Мы [что вы изменили], чтобы это не повторилось.</w:t>
        <w:br/>
        <w:br/>
        <w:t>Ваш [тариф или продукт] не меняется и оплачен до [конец периода]. Если возврат не появится до [дата через 10 рабочих дней после возврата], ответьте на это письмо, и я в тот же день уточню у нашего платёжного провайдера.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Неверная сумма вместо двойного списания: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Вы были правы. Мы списали [списанная сумма], а счёт [номер счёта] составляет [верная сумма]. Разница [разница] возвращена сегодня, [дата возврата], на карту с окончанием [последние 4 цифры], номер возврата [номер возврата]. Обычно она появляется в течение [от 3 до 10 рабочих дней]. Причина: [одно предложение], и мы [что вы изменили]. 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обращения, обе даты и суммы списаний и номер счёта, к которому они относятся.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Сумма возврата, дата возврата и номер возврата, скопированный из платёжного провайдера.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Срок зачисления: диапазон, который ваш платёжный провайдер даёт для возвратов, а не догадка.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Причина в одном предложении и исправление, даже если исправление — «мы проверяем платёжную форму».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Ответственный: человек, который оформил возврат.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Возврат до того, как он оформлен в платёжном провайдере, или точный день, когда он появится. Если возврат требует согласования, отправьте сначала первый ответ со сроком, а это письмо — когда возврат сделан.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Неожиданное продление или списание за подписку: два варианта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Варианты: Оставить или вернуть · Ответственный: Кто ведёт биллинг · Исключения: Основатель или тот, кто ведёт биллинг · Предотвратите следующий спор: Отправляйте напоминания за [от 7 до 30 дней] до ежегодного продления, держите email для счетов отдельно от email для входа и сделайте отмену доступной в один клик из счёта.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Клиент забыл о продлении, не видел напоминания или думал, что отменил подписку. Сначала отправьте первый ответ. Затем, когда у вас есть факты о продлении (дата начала, срок, дата продления, было ли напоминание, попытки отмены), отправьте это письмо с двумя вариантами и дайте клиенту выбрать.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Продление [тариф] от [дата списания], обращение [номер обращения]: два варианта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терпение. Вот что показала проверка списания [сумма] от [дата списания], обращение [номер обращения].</w:t>
        <w:br/>
        <w:br/>
        <w:t>Ваш [тариф] начался [дата начала] с [ежемесячным или ежегодным] продлением, как указано в [где это было согласовано, например в подтверждении заказа от дата]. Он продлился [дата продления] на [период], счёт [номер счёта]. Напоминание о продлении мы отправили на [email] [дата напоминания]. [Если напоминания не было: Перед этим продлением мы не отправили напоминание. Это наша ошибка, и я прошу прощения.]</w:t>
        <w:br/>
        <w:br/>
        <w:t>У вас два варианта:</w:t>
        <w:br/>
        <w:t>1. Оставить тариф. Ничего не меняется, а я поменяю контакт для счетов на [новый email], чтобы следующее напоминание дошло до нужного человека.</w:t>
        <w:br/>
        <w:t>2. Отменить подписку и получить возврат [сумма возврата] по нашему правилу продления ([правило, например полный возврат в течение 30 дней после продления]). Доступ закончится [дата окончания].</w:t>
        <w:br/>
        <w:br/>
        <w:t>Ответьте «1» или «2», и я сделаю это в тот же рабочий день. Если до [дата] ответа не будет, я напишу ещё раз.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пытался отменить до продления: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По нашим данным, вы [отменили подписку дата или запросили отмену дата] до продления [дата продления], поэтому этого списания быть не должно. Возврат [сумма возврата] на карту с окончанием [последние 4 цифры] оформлен сегодня, [дата возврата], номер возврата [номер возврата], а подписка отменена, как вы и просили. Прошу прощения за лишние хлопоты. 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обращения, тариф, срок, дата начала, дата продления, номер счёта и период.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Напоминание: дата и адрес, на который оно ушло, или честное признание, что его не было.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Правило возврата при продлении, скопированное из ваших условий, сумма возврата и дата окончания доступа.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 и дата повторного письма, если клиент не ответит.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Возврат вне вашего письменного правила продления без согласования с ответственным или что клиент «должен был прочитать напоминание». Если по вашему правилу возврат после продления невозможен, предложите скидку на следующий счёт или смену тарифа, а не ничего.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Спорный перерасход, доплаты или сборы: покажите данные учёта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Приложите: Отчёт об использовании · Ответственный: Кто ведёт биллинг · Лимит уступок: Задан ответственным, в журнале · Что приложить: Отчёт об использовании с датами, пункт условий или страницу заказа, где указана ставка, и PDF счёта.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Клиент принимает услугу, но спорит с суммой: перерасход, дополнительные пользователи, опции или пеня за просрочку. Проверьте данные об использовании до ответа, потому что счётчики и учёт тоже сбоят. Затем отправьте расшифровку, ставку и где она была согласована, приложив данные об использовании.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Расшифровка [тип доплаты] в счёте [номер счёта],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Вот расшифровка списания [сумма] от [дата списания], обращение [номер обращения].</w:t>
        <w:br/>
        <w:br/>
        <w:t>Счёт [номер счёта] за [период] включает:</w:t>
        <w:br/>
        <w:t>- подписка [тариф]: [сумма за тариф]</w:t>
        <w:br/>
        <w:t>- [тип доплаты, например дополнительные пользователи или перерасход]: [количество] x [ставка] = [сумма доплаты], по данным об использовании: [что они показывают, с датами]</w:t>
        <w:br/>
        <w:t>- [налог или другая строка]: [сумма строки]</w:t>
        <w:br/>
        <w:t>Итого: [сумма]</w:t>
        <w:br/>
        <w:br/>
        <w:t>Ставка за [тип доплаты] указана в [где это было согласовано, например в условиях тарифа, раздел номер, или в заказе от дата]. Прилагаю [отчёт об использовании или скриншот], чтобы вы могли сверить цифры со своими данными.</w:t>
        <w:br/>
        <w:br/>
        <w:t>Если такой объём был неожиданным, я могу [вариант, который допускают ваши правила, например настроить оповещение при порог или перевести вас на тариф со следующего периода]. [Если допустимо: В качестве разового исключения могу также дать скидку сумма скидки на следующий счёт.] Напишите до [дата], какой вариант вам подходит, и я подтвержу его в тот же день.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ваши данные об использовании были неверны: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Вы были правы. Наш учёт посчитал [что было посчитано] дважды в период с [дата] по [дата]. Верная [тип доплаты] составляет [верная сумма], а не [списанная доплата], поэтому разница [разница] возвращена сегодня, [дата возврата], на карту с окончанием [последние 4 цифры], номер возврата [номер возврата]. Исправленный счёт во вложении. Спасибо, что проверили цифры. 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обращения, номер счёта, период и каждая строка с количеством, ставкой и суммой.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Данные об использовании с датами, приложенные как отчёт или скриншот.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Где была согласована ставка: пункт условий, заказ или страница цен, процитированные точно.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Вариант, который вы можете предложить (оповещение, смена тарифа, скидка), и лимит уступок, согласованный с ответственным.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 и дата, до которой вы ждёте выбор клиента.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Отменить доплату, которая есть в условиях, без согласования с ответственным, или что «система всегда права». Если вы не можете показать данные об использовании, считайте доплату недоказанной и верните её.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Неизвестное списание: найдите заказ или направьте в банк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Сначала проверьте: Запись о заказе · Ответственный: Кто ведёт биллинг · Эскалация: Основателю, если возможно мошенничество · Проверьте до ответа: Запись платёжного провайдера (последние 4 цифры карты, имя, email, страна, если видна), историю заказов, доставку или входы в аккаунт и ваше собственное название в выписке.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Клиент говорит, что ничего у вас не покупал. Обычно это реальная покупка, которую он не узнаёт: непонятное название в выписке или заказ, оформленный коллегой или членом семьи. Иногда карту использовали без разрешения. Сначала проверьте, расскажите, что нашли, и никогда не спорьте о мошенничестве. В США федеральный закон ограничивает ответственность держателя карты за несанкционированные списания по кредитной карте суммой 50 $, поэтому обращение в банк, выпустивший карту, почти ничего ему не стоит.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О списании [сумма], которое вы не узнали,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уточнили у нас по поводу списания [сумма] от [дата списания]. Вот что показала проверка, обращение [номер обращения].</w:t>
        <w:br/>
        <w:br/>
        <w:t>Списание соответствует заказу [номер заказа или счёта], оформленному [дата заказа] на [продукт или тариф] на имя [имя в заказе] с адресом [email в заказе]. В выписках по карте оно отображается как [название в выписке]: там не видно нашего полного названия, и я прошу прощения за путаницу. [Что было доставлено или активировано, когда и где, например аккаунт активирован дата, последний вход дата].</w:t>
        <w:br/>
        <w:br/>
        <w:t>Если этот заказ оформили вы или кто-то из вашей семьи или команды, ничего делать не нужно. Если никто, пожалуйста, позвоните на линию по мошенничеству вашего банка (номер на обороте карты), чтобы карту заблокировали, и сообщите мне ответным письмом. Мы окажем содействие их расследованию, а я закрою аккаунт, созданный по этому заказу.</w:t>
        <w:br/>
        <w:br/>
        <w:t>Если до [дата ответа] я не получу от вас ответа, напишу ещё раз.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не удаётся найти ни один заказ: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Я не нахожу у нас списания [сумма] от [дата списания] ни по вашему имени, ни по email, ни по карте с окончанием [последние 4 цифры]. Возможно, это другая компания с похожим названием. Если в вашей выписке указано [наше название в выписке], пришлите скриншот этой строки (без полного номера карты), и я проверю её у нашего платёжного провайдера до [дата ответа]. Если название другое, ваш банк подскажет, кто провёл списание. 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обращения, а также номер заказа или счёта, дата, имя и email, с которыми вы его сопоставили.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Ваше название в выписке точно так, как его показывает банк.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Данные о доставке или активации, которые показывают, что покупкой пользовались.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Что вы сделаете с аккаунтом, если карту использовали без разрешения.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 и дата повторного письма.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клиент «наверняка забыл», что это мошенничество или что решит банк. Никогда не запрашивайте полный номер карты по email или в чате и никогда не пишите его в ответ.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Объяснение верного списания: сначала доказательства, потом варианты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Тон: Сначала записи · Ответственный: Кто ведёт биллинг; свыше [лимита] основатель · Повторная проверка: В течение 1 рабочего дня · Приложите: Подписанный заказ или подтверждение, PDF счёта и запись об использовании или доставке.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Проверка показала, что списание верное, а клиент всё равно его оспаривает. Покажите записи, а не своё мнение: договорённость, счёт, доставку или использование, именно в таком порядке. Затем предложите варианты, потому что даже верное списание может закончиться чарджбэком (chargeback), если клиент чувствует, что его не слышат.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За что списана сумма [сумма] от [дата списания],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терпение: проверка списания [сумма] от [дата списания], обращение [номер обращения], завершена. Проверены платёжная запись, счёт и история вашего аккаунта. Вот что они показывают.</w:t>
        <w:br/>
        <w:br/>
        <w:t>1. Договорённость: [дата] вы [подписали заказ, приняли коммерческое предложение или выбрали тариф] на [продукт или тариф] по цене [цена]. Копия во вложении.</w:t>
        <w:br/>
        <w:t>2. Счёт: [номер счёта], выставлен [дата счёта] за [период или позиции], итого [сумма], отправлен на [email] [дата отправки].</w:t>
        <w:br/>
        <w:t>3. Доставка или использование: [что было доставлено или использовано и когда, например услуга была активна с дата по дата, и в ваш аккаунт входили число раз].</w:t>
        <w:br/>
        <w:br/>
        <w:t>По этим записям списание верное, и я не могу его вернуть. Понимаю, что это не тот ответ, на который вы рассчитывали.</w:t>
        <w:br/>
        <w:br/>
        <w:t>Что я могу предложить: [варианты, которые допускают ваши правила, например оплату в число частей, переход на более дешёвый тариф со следующего периода или разовую скидку сумма скидки]. Если вы считаете, что какая-то из записей выше неверна, пришлите мне, что у вас есть, и я проверю ещё раз в течение [1 рабочего дня].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говорит, что оспорит списание через банк: </w:t>
      </w:r>
      <w:r>
        <w:rPr>
          <w:rFonts w:ascii="Calibri" w:hAnsi="Calibri" w:cs="Calibri" w:eastAsia="Calibri"/>
          <w:b w:val="0"/>
          <w:color w:val="15131F"/>
          <w:sz w:val="21"/>
        </w:rPr>
        <w:t>Это ваше право, и всё же мне бы хотелось решить вопрос с вами напрямую. Решение по спору через банк обычно занимает два-три месяца, а любой из вариантов выше я могу выполнить уже сегодня. Если вы всё же подадите заявление, мы отправим вашему банку те же записи, что и вам, и это предложение остаётся в силе до [дата].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обращения и запись о договорённости: подписанный заказ, принятое предложение или выбор тарифа с датой.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счёта, дата выставления, период или позиции, итог, а также куда и когда он был отправлен.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Подтверждение доставки или использования с датами.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Варианты, которые ответственный допускает для этой суммы, и как долго действует предложение.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Ответственный. Для сумм свыше [ваш лимит] это письмо подписывает основатель или ответственный за биллинг.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Ничего сверх перечисленных вариантов, и не пишите «согласно нашим условиям», не процитировав пункт. Никаких угроз передать долг коллекторам в том же письме: это отдельное письмо, позже, если вообще понадобится.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Ответы в онлайн-чате на спорный платёж во входящих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 в течение: 2 минут · Ответственный: Кто ведёт чат · Дольше 10 минут: Переходите в email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Чат нужен, чтобы подтвердить обращение, найти списание и за минуты исправить очевидное. Всё, что требует более долгой проверки, переходит в email с первым ответом из вкладки 1, чтобы у клиента был номер обращения в письменном виде. Сохраните эти четыре ответа как ярлыки.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/dispute-ack: подтвердить в чате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сообщает о списании, которого не ожидал.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оно ошибочное или что будет возврат.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сообщили, [имя]. Открываю обращение по списанию [сумма] от [дата списания]. Чтобы его найти, напишите, пожалуйста, email вашего аккаунта и последние 4 цифры карты. Пожалуйста, не вводите полный номер карты.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/dispute-hold: нашли, проверяем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Вы нашли списание, и вам нужно несколько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Ответ за эти минуты, если не уверены. Переходите в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Нашлось: счёт [номер счёта], [тариф или продукт], [период]. Номер вашего обращения: [номер обращения]. Сейчас проверяю [что вы проверяете]. Дайте мне около [минуты] минут. Если это займёт больше времени, я напишу вам на email до [время] сегодня с тем, что выяснилось.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/dispute-refund: возврат подтверждён в чате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Двойное списание или неверная сумма, возврат уже оформлен.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когда деньги появятся на счёте.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Вы были правы: [что произошло, в одном предложении]. Возврат [сумма возврата] на карту с окончанием [последние 4 цифры] только что оформлен, номер возврата [номер возврата]. Обычно он появляется в течение [от 3 до 10 рабочих дней]. Подтверждение отправляю на [email] прямо сейчас.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/dispute-handover: передать ответственному за биллинг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Сумма, решение или аккаунт вне ваших полномочий.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Итог. Скажите, кто решает и к какому сроку.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Этим займётся [имя ответственного] из биллинга. Я передаю этот чат с данными о списании и номером вашего обращения [номер обращения]. [Имя ответственного] напишет вам на email до [дата и время ответа]. Адрес [email] верный?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Введите ярлык в поле ответа, замените текст в скобках и отправьте. Если клиент говорит, что уже звонил в банк, спросите, подано ли заявление о споре, и запишите ответ в обращение.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/dispute-ack, /dispute-hold, /dispute-refund, /dispute-handover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Итог, итоговое письмо и как избежать чарджбэка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Закрывать, когда: Записаны 3 пункта · Повторное письмо: Через 3 рабочих дня · Ответственный: Тот же, кто отправил первый ответ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Спор закрыт только тогда, когда записаны три вещи: итог, номер возврата или отправленное объяснение и подтверждение клиента. Отправьте это итоговое письмо, когда клиент подтвердил, затем заполните последние столбцы журнала.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Закрыто: ваш вопрос по оплате,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подтверждение. Вот краткая сводка для ваших записей.</w:t>
        <w:br/>
        <w:br/>
        <w:t>Обращение [номер обращения]: списание [сумма] от [дата списания], счёт [номер счёта].</w:t>
        <w:br/>
        <w:t>Итог: [возвращено сумма возврата дата возврата, номер возврата номер возврата / объяснено, списание остаётся в силе / частичный возврат сумма возврата дата возврата].</w:t>
        <w:br/>
        <w:t>Что мы изменили: [одно предложение или «ничего не требовалось»].</w:t>
        <w:br/>
        <w:br/>
        <w:t>Если в ближайшие [30] дней что-то по этому списанию будет выглядеть неверно в выписке, ответьте на это письмо с номером обращения, и оно сразу попадёт ко мне.</w:t>
        <w:br/>
        <w:br/>
        <w:t>[Ваше имя], [должность]</w:t>
        <w:br/>
        <w:t>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Избегайте чарджбэка: сначала предложите путь возврата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Ответьте раньше банка: Клиент, который за день не получил ответа, часто вместо этого звонит в банк. Платёжные системы обычно дают держателям карт 120 дней с момента платежа, чтобы открыть спор, так что замолчавший клиент — это не закрытое обращение.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Назовите путь возврата в первом ответе: Одно предложение: если списание окажется ошибочным, мы вернём деньги напрямую. Прямой возврат доходит до клиента за дни; решение по чарджбэку занимает 2–3 месяца.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Попросите подождать с заявлением в банк, пока вы проверяете: Если клиент уже звонил в банк, спросите, подано ли заявление. Как только чарджбэк открыт, платёжный провайдер списывает сумму плюс комиссию за спор, и вернуть деньги вне процедуры спора уже нельзя.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Оспаривайте только верные списания: Если списание было вашей ошибкой, примите спор. Если оно верное, ответьте провайдеру в его срок, обычно 7–21 день, с теми же записями, которые отправили клиенту, и продолжайте общаться с клиентом.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записывать по каждому спору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Пример из заполненного обращения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получения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октября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Маркус Хейл, Hale Landscaping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обращения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GPH-D-0412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Сумма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189,00 $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Тип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Неожиданное продление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Дана Уитфилд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Первый ответ отправлен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октября 2026, 09:38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Обещанный срок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октября 2026, 17:00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Итог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Объяснено и принято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возврата или объяснение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с вариантами, 6 октября, 11:20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Подтверждение клиента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от 6 октября, 14:05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октября 2026, через 1 день после получения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Проверка завершения: </w:t>
      </w:r>
      <w:r>
        <w:rPr>
          <w:rFonts w:ascii="Calibri" w:hAnsi="Calibri" w:cs="Calibri" w:eastAsia="Calibri"/>
          <w:b w:val="0"/>
          <w:color w:val="5D5A70"/>
          <w:sz w:val="21"/>
        </w:rPr>
        <w:t>Не закрыт, пока пусто хотя бы одно из этого: итог, номер возврата или объяснение, подтверждение клиента. Молчание — не подтверждение. Напишите один раз повторно через [3 рабочих дня]; если ответа по-прежнему нет, закройте с тем итогом, который отправили, и напишите в заметках «нет ответа после повторного письма [дата]».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Итоги: </w:t>
      </w:r>
      <w:r>
        <w:rPr>
          <w:rFonts w:ascii="Calibri" w:hAnsi="Calibri" w:cs="Calibri" w:eastAsia="Calibri"/>
          <w:b w:val="0"/>
          <w:color w:val="5D5A70"/>
          <w:sz w:val="21"/>
        </w:rPr>
        <w:t>Возвращено, Объяснено и принято, Частичный возврат, Эскалировано, Чарджбэк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Спорное продление на 189 $, закрытое за один рабочий день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Владелец ландшафтной компании находит в выписке по карте списание от вымышленного хостинг-провайдера, которое не узнаёт, и собирается звонить в банк. AI-агент собирает данные и передаёт чат. Дана отправляет первый ответ в чате, а на следующее утро — письмо с вариантами. Итог: объяснено и принято, без возврата, без чарджбэка.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у меня на карте списание 189 $ от GRANITEPEAK*HOST за 2 октября. Я ничего не заказывал. Собираюсь оспорить его через банк.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сообщили, Маркус. Открываю обращение по списанию 189 $ от 2 октября. Чтобы его найти, напишите, пожалуйста, email вашего аккаунта и последние 4 цифры карты. Пожалуйста, не вводите полный номер карты.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marcus@halelandscaping.example, карта с окончанием 4417.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Передаю этот чат с этими данными Дане, которая ведёт биллинг. Она видит всё, что вы написали, и ответит в течение 1 рабочего дня. Если списание окажется ошибочным, мы вернём деньги напрямую.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Дана (биллинг):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Маркус, это Дана. Я нашла списание: счёт GPH-2026-1187, выставлен 2 октября за тариф Business hosting, ежегодное продление для halelandscaping.example, со 2 октября 2026 по 1 октября 2027. Номер вашего обращения: GPH-D-0412. Я проверяю дату продления, отправленное напоминание и настройки вашего аккаунта и напишу вам на email не позднее 17:00 завтра. Вы могли бы подождать с заявлением в банк до этого времени?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Хорошо, подожду вашего письма. Никакого напоминания я не помню.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Дана (биллинг): </w:t>
      </w:r>
      <w:r>
        <w:rPr>
          <w:rFonts w:ascii="Calibri" w:hAnsi="Calibri" w:cs="Calibri" w:eastAsia="Calibri"/>
          <w:b w:val="0"/>
          <w:color w:val="15131F"/>
          <w:sz w:val="21"/>
        </w:rPr>
        <w:t>Поняла, это одна из вещей, которые я проверяю. Письмо будет у вас до 17:00 завтра, скорее всего раньше.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Первый ответ: пять обязательных полей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Номер обращения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GPH-D-0412, платёж 7F3K-2910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Данные счёта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GPH-2026-1187, тариф Business, годовой, со 2 октября 2026 по 1 октября 2027, 189,00 $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Шаги проверки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продления, отправка напоминания, настройки аккаунта, попытки отмены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Дана Уитфилд, биллинг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Срок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октября 2026, 17:00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Отправлено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октября 2026, 09:38, через 24 минуты после чата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Результат проверки и письмо с вариантами, 6 октября, 11:20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 проверки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Тариф начат 2 октября 2024, ежегодное продление указано в подтверждении заказа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Напоминание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Отправлено 18 сентября на почту бывшего сотрудника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Предложенные варианты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1. Оставить тариф, новый email для счетов. 2. Отменить, полный возврат по правилу 30 дней после продления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Выбор клиента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Вариант 1, ответ в 14:05: «Оставляем, спасибо, что проверили»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Возврат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Нет. Email для счетов изменён на billing@halelandscaping.example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Итог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Объяснено и принято, закрыто 6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 и запись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Итог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Объяснено и принято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или объяснение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с вариантами, 6 окт., 11:20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Подтверждение клиента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Ответ, 6 окт., 14:05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Спор GPH-D-0412, Дана, срок 6 окт. 17:00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Заметки и тег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 проверки, новый email для счетов, тег «Спорный платёж»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Оценка удовлетворённости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из 5 после чата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Как отвечать клиенту, который оспаривает списание: четыре правила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Договоритесь об этом до того, как кто-то ответит на спорный платёж, и запишите лимиты.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Сначала подтвердите, потом решайте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Первый ответ никогда не говорит, кто прав. Он подтверждает списание, называет записи, которые вы проверите, и даёт срок. Ошибочное «вы правы» создаёт возврат, который не отменить; ошибочное «списание верное» отправляет клиента в банк.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Скажите: </w:t>
      </w:r>
      <w:r>
        <w:rPr>
          <w:rFonts w:ascii="Calibri" w:hAnsi="Calibri" w:cs="Calibri" w:eastAsia="Calibri"/>
          <w:b w:val="0"/>
          <w:color w:val="15131F"/>
          <w:sz w:val="21"/>
        </w:rPr>
        <w:t>Я проверяю платёжную запись, счёт и историю вашего аккаунта, и вы получите от меня ответ до [дата и время].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Один ответственный, один срок, один номер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Один названный по имени человек подписывает каждое письмо по обращению, в каждом письме есть номер обращения, и каждое письмо называет следующую дату. Назначьте запасного ответственного на время отпусков и переносите срок только письменно и до того, как он истёк.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Поставьте срок ответа в календарь до того, как отправите первый ответ.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Предложите путь возврата раньше банка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Скажите в первом ответе, что ошибочное списание возвращается напрямую. Возвращайте дубликаты и неверные суммы в тот же день, когда подтвердили их, не прося клиента сначала что-то отозвать. Удержанный клиент дороже выигранного спора.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Эскалируйте тому, кто может решать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Передавайте обращение основателю или ответственному за биллинг, когда сумма выше согласованного лимита, клиент упоминает юриста или чарджбэк, вероятно мошенничество с картой, тот же клиент оспаривает второе списание или запрос выходит за рамки ваших письменных правил. Скажите клиенту, кто решает и к какому сроку.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Запишите, кто может возвращать деньги до какой суммы без согласования, например поддержка до 100 $, ответственный за биллинг до 500 $, основатель — свыше. Фиксируйте, кто согласовал, в заметках к спору.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Пять типов споров: что проверить и что отправить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Тип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Сначала проверьте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Обычный итог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Письмо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Двойное списание или неверная сумма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Запись платёжного провайдера: два списания по одному счёту или расхождение суммы с итогом по счёту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дубликата или разницы в тот же день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Неожиданное продление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начала, срок, дата продления, отправка напоминания, попытки отмены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Оставить тариф или отменить с возвратом по правилу продления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3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Спорный перерасход или доплаты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Данные об использовании с датами, ставка в условиях, ошибки счётчиков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Объяснено с отчётом либо исправлено и возвращено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4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Неизвестное списание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Запись о заказе, имя и email, название в выписке, доставка или вход в аккаунт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Сопоставлено с заказом, или клиент направлен в банк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5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Оспорено верное списание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Договорённость, счёт, доставка или использование, в таком порядке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Объяснено с доказательствами и вариантами, иногда частичный возврат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6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шаблонами писем о спорном платеже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Задайте цели и лимиты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Первый ответ в течение 1 рабочего дня, ответ по итогам проверки в течение 2 рабочих дней и кто может возвращать деньги до какой суммы. Запишите их на листе «Списки» журнала споров.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Откройте строку и отправьте первый ответ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Создайте номер обращения, найдите счёт, заполните пять полей и отправьте вкладку 1. Поставьте срок ответа в календарь.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Проверьте записи и выберите тип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Запись платёжного провайдера, счёт, договорённость, использование или доставка. Выберите тип в журнале, затем отправьте подходящее письмо из вкладок 2–6.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Закройте с подтверждением клиента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итоговое письмо из вкладки 8 и заполните итог, номер возврата или объяснение, подтверждение и дату закрытия.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Просматривайте журнал раз в месяц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Доля первых ответов в срок, споры по типам и одно действие по профилактике для самого частого типа.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CRM &gt; «Счета» и найдите счёт. «Номер счета», «Статус» («Черновик», «Отправлено», «Оплачено», «Просрочено»), «Срок оплаты», «Позиции» и связанные «Контакт», «Компания» и «Сделка» дают данные счёта для первого ответа.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Когда спор приходит в чат, возьмите его на себя в разделе «Онлайн-поддержка» (статус «Ожидает агента») и ответьте из единых входящих. История чата остаётся на контакте, поэтому ответственному за биллинг не нужно просить клиента всё повторять.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Создайте задачу: «Задачи» &gt; «Новая задача», «Название задачи» — «Спор GPH-D-0412: отправить результат проверки», «Исполнитель» — ответственный за обращение, «Дедлайн» — обещанное время ответа, «Приоритет» — «Высокий», «Связанная сделка», если она есть. Включите «Сводка статуса требуется при завершении», чтобы итог был записан до «Отметить выполненной».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Запишите итог в «Заметки» на контакте: за что выставлен счёт, результат проверки, номер возврата или объяснение и подтверждение клиента. Добавьте тег разговора «Спорный платёж» («Настройки» &gt; «Теги разговоров» &gt; «Новый тег»), чтобы потом фильтровать споры.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тарифе Growth сохраните вкладку 1 и четыре ответа для чата как «Сохраненные ответы»: «Настройки» &gt; «Сохраненные ответы» &gt; «Новый ответ», «Ярлык» (например /dispute-ack), «Заголовок», «Текст ответа», «Поделиться с командой». Введите ярлык в поле ответа.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Включите «Оценки удовлетворенности» для бота (запрос оценки в звёздах, когда разговор завершается), чтобы видеть, чем заканчиваются чаты по оплате. Возвраты оформляются в вашем платёжном провайдере, а не в приложении.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Счета, платёжные ссылки, передача человеку и единые входящие: Launch, 19 $ в месяц при оплате за год, 8 пользователей. Сохранённые ответы: Growth, 49 $ в месяц при оплате за год, 20 пользователей. Free: AI-чат, входящие лиды и базовые задачи для 3 пользователей. Приложение не оформляет возвраты и не ведёт чарджбэки: делайте это в платёжном провайдере.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Ежемесячный разбор споров, 20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открытой строки есть ответственный и обещанный срок ответа, который ещё не прошёл.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Доля первых ответов в течение 1 рабочего дня не ниже вашей цели.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Самый частый тип за месяц получает одно действие по профилактике: напоминание о продлении, более понятное название в выписке или оповещение о перерасходе.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закрытой строки есть итог, номер возврата или объяснение и подтверждение клиента.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https://crmsoftware.pro/ru/templates/billing-dispute-email-templates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писем о спорном платеже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