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Приветственное сообщение чат-бота: примеры по отраслям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Первое сообщение AI-чат-бота для 21 вида бизнеса: у каждого фраза об AI, 3 быстрых ответа, строка «никогда не говорить» и момент передачи человеку. С формулой из 4 частей, правилами приветствия для инструкций бота и заполненным примером.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Выберите раздел своей отрасли и замените каждое слово в [скобках] своими именами, задачами и номерами. Оставьте предложение об AI первым, уложитесь в 200 символов и добавьте 3 коротких быстрых ответа. До запуска проверьте сообщение на 5 реальных вопросах посетителей, затем записывайте результаты по одной неделе в журнал тестов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Приветственные сообщения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Приветственное сообщение чат-бота: формула из 4 частей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Первое сообщение: 200 символов · Быстрые ответы: 3, до 25 символов каждый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Каждое приветственное сообщение чат-бота в этих примерах строится по одной формуле: фраза об AI, 2–3 задачи, с которыми поможет бот, кто подключится, и один открытый вопрос. Добавьте 3 быстрых ответа. На вкладках 2–8 формула применена к 21 виду бизнеса.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 (заполните):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Помогу с [задачей 1], [задачей 2] и [задачей 3], а если нужно, подключу [имя] из нашей команды. Чем могу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 (3 кнопки): </w:t>
      </w:r>
      <w:r>
        <w:rPr>
          <w:rFonts w:ascii="Calibri" w:hAnsi="Calibri" w:cs="Calibri" w:eastAsia="Calibri"/>
          <w:b w:val="0"/>
          <w:color w:val="15131F"/>
          <w:sz w:val="21"/>
        </w:rPr>
        <w:t>[Самый частый вопрос]</w:t>
        <w:br/>
        <w:t>[Записаться, купить или получить расчёт]</w:t>
        <w:br/>
        <w:t>Поговорить с человеком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любой отрасли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больше 200 символов, чтобы сообщение помещалось на экране телефона без прокрутки. Это правило шаблона, а не данные исследования.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3 быстрых ответа не длиннее 25 символов. Посетители всё равно могут написать свой вопрос.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Ничего личного в первом сообщении: никаких данных о здоровье, номеров карт или даты рождения.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Если в чате отвечает человек, уберите предложение об AI и подпишитесь настоящим именем. Тогда эти тексты подойдут и как примеры приветственных сообщений для онлайн-чата.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 предложение об AI идёт первым: </w:t>
      </w:r>
      <w:r>
        <w:rPr>
          <w:rFonts w:ascii="Calibri" w:hAnsi="Calibri" w:cs="Calibri" w:eastAsia="Calibri"/>
          <w:b w:val="0"/>
          <w:color w:val="5D5A70"/>
          <w:sz w:val="21"/>
        </w:rPr>
        <w:t>В ЕС людям нужно сообщать, что они взаимодействуют с AI-системой, не позднее первого взаимодействия, если это не очевидно. Это правило действует со 2 августа 2026 года. В Калифорнии чёткое указание на то, что это бот, снимает ответственность по закону штата о ботах.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Правила приветствия для инструкций бота: </w:t>
      </w:r>
      <w:r>
        <w:rPr>
          <w:rFonts w:ascii="Calibri" w:hAnsi="Calibri" w:cs="Calibri" w:eastAsia="Calibri"/>
          <w:b w:val="0"/>
          <w:color w:val="15131F"/>
          <w:sz w:val="21"/>
        </w:rPr>
        <w:t>ПРАВИЛА ПРИВЕТСТВИЯ</w:t>
        <w:br/>
        <w:t>Первое сообщение фиксированное. Если спросят, говори, что ты AI-ассистент, а не человек.</w:t>
        <w:br/>
        <w:t>Никогда: [что нельзя говорить в вашей отрасли].</w:t>
        <w:br/>
        <w:t>Передавай чат сотруднику [имя] по темам: [темы для передачи], а также всегда, когда посетитель просит человека.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Приветствия для разных страниц и для нерабочего времени есть в наших примерах приветствий для онлайн-чата. Остальная часть диалога — в шаблонах скриптов для чат-бота.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Сначала заполните: </w:t>
      </w:r>
      <w:r>
        <w:rPr>
          <w:rFonts w:ascii="Calibri" w:hAnsi="Calibri" w:cs="Calibri" w:eastAsia="Calibri"/>
          <w:b w:val="0"/>
          <w:color w:val="5D5A70"/>
          <w:sz w:val="21"/>
        </w:rPr>
        <w:t>Имя бота, 3 задачи, Кому передать, 3 кнопки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Приветствия для медицинских клиник и стоматологий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Медицинские советы: Никогда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Пациентам нужны запись, часы работы или список страховых, с которыми вы работаете. Симптомы обсуждает ваша команда, никогда не бот.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Медицинская клиника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Записаться на приём · Часы работы · Принимаемые страховки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Диагноз, дозировку или насколько серьёзен симптом.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Любой симптом или результат анализов: регистратура.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[клиники]. Помогу с записью, часами работы и страховкой, но не даю медицинских советов. Экстренный случай? Звоните [экстренный номер]. Чем могу помочь?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Стоматология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Записаться на осмотр · Новым пациентам · Болит зуб сегодня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Цену лечения до осмотра или «скорее всего, ничего страшного».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Боль, отёк или сломанный зуб: регистратура, по телефону.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[стоматологии]. Помогу записаться на осмотр или чистку и отвечу на вопросы новых пациентов. Болит зуб сегодня? Звоните [телефон]. Чем могу помочь?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 первое сообщение не спрашивает о здоровье: </w:t>
      </w:r>
      <w:r>
        <w:rPr>
          <w:rFonts w:ascii="Calibri" w:hAnsi="Calibri" w:cs="Calibri" w:eastAsia="Calibri"/>
          <w:b w:val="0"/>
          <w:color w:val="5D5A70"/>
          <w:sz w:val="21"/>
        </w:rPr>
        <w:t>В ЕС данные о здоровье относятся к особой категории по GDPR, и для их обработки действуют более строгие правила. Пусть бот записывает на приём, а о симптомах спрашивает ваша команда.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спрашивайте в первом сообщении о симптомах, дате рождения или номере страхового полиса.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Симптомы, Результаты анализов, Боль сегодня, Споры по оплате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Приветствия для недвижимости, ипотеки и солнечных панелей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Ставки и экономия: Не обещаем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Бот даёт факты и следующие шаги. Цены, ставки и экономию называет человек.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Агентство недвижимости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Покупаю впервые · Записаться на показ · Сколько стоит моё жильё?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Кто живёт в районе или что район подходит «таким семьям, как ваша».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Предложения о покупке, оценка жилья, договоры: [имя риелтора].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[агентства]. Помогу с объектами, показами и оценкой жилья или передам вас нашему риелтору [имя риелтора]. Покупка, продажа или аренда?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Ипотечный брокер или кредитор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Получить предодобрение · Виды ипотеки · Связаться со специалистом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Ставку, ежемесячный платёж или «вам точно одобрят».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Любые ставки, одобрение или личные финансовые данные: [кредитный специалист].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Расскажу о видах ипотеки и шагах к предодобрению. Ставку и одобрение даёт только кредитный специалист с лицензией. Какая у вас цель?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Монтаж солнечных панелей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Получить расчёт · Подходит ли моя крыша? · Связаться с консультантом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Экономию, срок окупаемости или налоговые льготы как обещание.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Расчёты, финансирование, вопросы о крыше: [консультант].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Расскажу, как солнечные панели работают на доме вроде вашего, проверю, работаем ли мы у вас, и начну расчёт. Что вас интересует?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Справедливое жильё в США: </w:t>
      </w:r>
      <w:r>
        <w:rPr>
          <w:rFonts w:ascii="Calibri" w:hAnsi="Calibri" w:cs="Calibri" w:eastAsia="Calibri"/>
          <w:b w:val="0"/>
          <w:color w:val="5D5A70"/>
          <w:sz w:val="21"/>
        </w:rPr>
        <w:t>Незаконно отговаривать кого-либо от покупки или аренды жилья из-за расы, цвета кожи, религии, пола, инвалидности, семейного положения или национального происхождения людей, живущих в районе. Давайте боту факты о домах, а не о соседях.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в первом сообщении: </w:t>
      </w:r>
      <w:r>
        <w:rPr>
          <w:rFonts w:ascii="Calibri" w:hAnsi="Calibri" w:cs="Calibri" w:eastAsia="Calibri"/>
          <w:b w:val="0"/>
          <w:color w:val="5D5A70"/>
          <w:sz w:val="21"/>
        </w:rPr>
        <w:t>Доход, Кредитный рейтинг, Номера документов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Приветствия для юристов, консультантов и страховых агентств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Советы: Специалист с лицензией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Посетители воспринимают каждое слово как совет, поэтому оговорка «без советов» должна быть уже в первом сообщении.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Юридическая фирма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Запись на консультацию · Направления практики · Стоимость услуг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Сколько стоит дело, подписывать ли документ или что этот чат делает человека клиентом фирмы.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Сроки, даты заседаний, всё срочное: [сотрудник по приёму обращений], по телефону.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[фирмы]. Я не юрист и не даю юридических советов, но расскажу о направлениях практики и запишу на консультацию. О чём ваш вопрос?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Финансовый консультант или бухгалтер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Заказать звонок · Наши услуги · Стоимость услуг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Доходность, «надёжные» вложения или что покупать и продавать.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Собственные деньги или налоги посетителя: [консультант].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[фирмы]. Я не даю инвестиционных и налоговых советов, но расскажу об услугах и ценах или запишу на звонок с консультантом. Чем могу помочь?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Страховое агентство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Получить расчёт · Страховой случай · Связаться с агентом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Цену или «вы застрахованы», пока агент не проверил полис.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Страховые случаи, расторжения и «покрывает ли это полис?»: [агент].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[агентства]. Расскажу о страховании, начну расчёт или помогу заявить о страховом случае. Цену и покрытие подтверждает агент с лицензией. Что вам нужно?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спрашивайте в первом сообщении подробности дела, номера счетов или номера полисов.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Сроки, Страховые случаи, Личные финансы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Приветствия для интернет-магазинов, розницы и автосалонов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Номера карт: Никогда в чате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Покупателям нужен ответ до покупки: размер, доставка, наличие или цена.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Интернет-магазин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Отследить заказ · Размеры и посадка · Возврат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Дату доставки или наличие на складе, которых бот не видит.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Потерянные или повреждённые заказы, возврат денег: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[магазина]. Помогу с размерами, доставкой, возвратом и вашим заказом. Что вы ищете сегодня?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Розничный магазин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Часы работы · Отложить товар · Связаться с магазином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«Есть в наличии», если бот не видит остатки в реальном времени.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Проверка наличия, отложенные товары, спецзаказы: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[магазина]. Расскажу о часах работы, ассортименте и о том, как отложить товар. Наличие проверяет [имя] в магазине. Чем могу помочь?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Автосалон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Записаться на тест-драйв · Оценка авто в зачёт · Автокредит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Окончательную цену, ежемесячный платёж или «вам одобрили».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Цены, кредит и предложения по зачёту авто: [имя] из отдела продаж.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[автосалона]. Помогу подобрать машину, записаться на тест-драйв или оценить авто в зачёт, либо подключу [имя] из отдела продаж. Новый или с пробегом?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 странице оформления заказа: </w:t>
      </w:r>
      <w:r>
        <w:rPr>
          <w:rFonts w:ascii="Calibri" w:hAnsi="Calibri" w:cs="Calibri" w:eastAsia="Calibri"/>
          <w:b w:val="0"/>
          <w:color w:val="5D5A70"/>
          <w:sz w:val="21"/>
        </w:rPr>
        <w:t>Не показывайте приветствие при оформлении заказа. Фраза для этой страницы есть в наших примерах приветствий для онлайн-чата.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Кнопки, которые нажимают покупатели: </w:t>
      </w:r>
      <w:r>
        <w:rPr>
          <w:rFonts w:ascii="Calibri" w:hAnsi="Calibri" w:cs="Calibri" w:eastAsia="Calibri"/>
          <w:b w:val="0"/>
          <w:color w:val="5D5A70"/>
          <w:sz w:val="21"/>
        </w:rPr>
        <w:t>Отследить заказ, Возврат, Часы работы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Приветствия для SaaS, IT-компаний и B2B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Следующий шаг: Демо или звонок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Бизнес-покупатели хотят быстро понять, подходите ли вы им. Вынесите демо или звонок в кнопку.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SaaS и стартапы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Посмотреть тарифы · Записаться на демо · Помощь с настройкой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Функции из планов развития как уже готовые или скидку.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Индивидуальные тарифы, вопросы безопасности, договоры: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[продукта]. Отвечу на вопросы о функциях, тарифах и настройке или запишу на демо с [коллегой]. Что вы хотите сделать?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IT-услуги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Срочная поддержка · Наши услуги · Получить расчёт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«Исправлено» или «безопасно» о системе, которую бот не видит.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Сбои и инциденты безопасности: [дежурный специалист], по телефону.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Что-то не работает прямо сейчас? Нажмите «Срочная поддержка», и [имя] вам перезвонит. Ещё расскажу о наших услугах. Что вам нужно?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B2B и производство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Запросить цену · Характеристики товаров · Написать в отдел продаж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Цену или срок поставки для индивидуального заказа.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Расчёты, индивидуальные характеристики, образцы: [имя] из отдела продаж.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Помогу с характеристиками, минимальным заказом и сроками поставки или подключу [имя] из отдела продаж. Что вы хотите закупить?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Агентства и консалтинг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Наши услуги · Посмотреть работы · Заказать звонок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Результаты вроде «первая страница в Google» или «удвоим ваши заявки».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Коммерческие предложения и бюджеты: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[агентства]. Покажу наши услуги и работы, объясню, как мы считаем стоимость проектов, или запишу на звонок с [коллегой]. Над чем вы работаете?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Договоры, Безопасность, Индивидуальные расчёты, Сбои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Приветствия для отелей, ресторанов и спортзалов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Свободно?: Видно при бронировании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Бот отвечает и даёт ссылку на бронирование. Он никогда не говорит, что номер, столик или место на занятии свободны.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Отель или гостевой дом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Забронировать номер · Время заезда · Парковка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Что номер или тариф доступны.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Групповые бронирования, особые просьбы, жалобы: [администратор].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[отеля]. Отвечу на вопросы о номерах, парковке, заселении и окрестностях. Бронирование: [ссылка на бронирование]. Чем могу помочь?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Ресторан или кафе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Забронировать столик · Посмотреть меню · Частные мероприятия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Что блюдо безопасно при аллергии.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Аллергии, мероприятия, жалобы: [менеджер].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[ресторана]. Помогу со столиками, часами работы, меню и частными мероприятиями. Чем могу помочь?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Спортзал или фитнес-студия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Расписание занятий · Абонементы · Пробное занятие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Советы при травмах или результаты вроде «минус 5 кг за месяц».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Травмы, отмены, заморозка абонемента: [администратор].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[клуба]. Помогу с расписанием занятий, абонементами и записью на пробное занятие. Что вы ищете?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Аллергии, Группы, Жалобы, Травмы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Приветствия для школ, НКО и кадровых агентств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Личные данные: Не в чате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Такие посетители быстро делятся личным. Первое сообщение предлагает понятные варианты и ничего личного не спрашивает.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Школа, курсы или репетиторство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Курсы и даты · Стоимость обучения · Как подать заявку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Что человека примут или что он получит оценку или работу.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Поступление, финансовая помощь, всё, что касается ребёнка: [сотрудник приёмной комиссии].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[школы]. Помогу с курсами, датами начала, стоимостью и подачей заявки. Чему вы хотите научиться?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Некоммерческая организация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Пожертвовать · Стать волонтёром · Получить помощь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Налоговые советы о пожертвовании или какую помощь человек получит.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Люди в кризисе: сразу [телефон доверия]. Крупные пожертвования: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[организации]. Помогу сделать пожертвование, стать волонтёром или найти поддержку. Если помощь нужна срочно, звоните [телефон доверия]. Что вас привело?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Рекрутинг и подбор персонала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Быстрые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Открытые вакансии · Ищу сотрудников · Отправить резюме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Вопросы о возрасте, планах на детей, религии, здоровье или инвалидности.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Обсуждение зарплаты и предложения о работе: [рекрутер].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[агентства]. Покажу открытые вакансии, расскажу, как мы работаем с работодателями, и передам вас рекрутеру. Вы ищете работу или сотрудников?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 боты для подбора спрашивают меньше: </w:t>
      </w:r>
      <w:r>
        <w:rPr>
          <w:rFonts w:ascii="Calibri" w:hAnsi="Calibri" w:cs="Calibri" w:eastAsia="Calibri"/>
          <w:b w:val="0"/>
          <w:color w:val="5D5A70"/>
          <w:sz w:val="21"/>
        </w:rPr>
        <w:t>В США Комиссия по равным возможностям при трудоустройстве (EEOC) указывает, что вопросы до найма должны ограничиваться тем, что показывает, подходит ли человек для работы, а спрашивать об инвалидности до предложения о работе работодатель не вправе.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Передать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Кризис, Поступление, Предложения о работе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Приветственное сообщение чат-бота агентства недвижимости: от первого нажатия до лида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Cobalt Coast Realty, вымышленное агентство недвижимости в Wilmington (Северная Каролина), использует приветствие для недвижимости из вкладки 3 со своими именами: Sky — AI-агент, Ханна Прюитт — риелтор, которая подключается к чату. В четверг, 8 октября 2026 года, первый быстрый ответ нажимает Эйвери Ковальски: это первая покупка жилья.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Sky, AI-ассистент Cobalt Coast Realty. Помогу с объектами, показами и оценкой жилья или передам вас нашему риелтору Ханне. Покупка, продажа или аренда?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Покупаю впервые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помогу с первыми шагами. В какой части Wilmington вы ищете жильё?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Ogden или Wrightsville Beach, примерно до 350 000 $. Ogden — хороший район для семей?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могу описывать, кто живёт в том или ином районе, но могу поделиться фактами. Наши объекты в Ogden дешевле 350 000 $: cobaltcoast.example/ogden. Границы школьных округов есть на сайте школьного округа. Хотите посмотреть дом вживую?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Да. Но потяну ли я 350 000 $? Я зарабатываю около 70 000 $ в год.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могу сказать, какую сумму вам одобрят: это решает кредитор при предварительном одобрении. Наш риелтор Ханна объяснит шаги. Для этого мне нужны ваше имя и телефон или email, они будут использоваться только для поиска жилья. Политика конфиденциальности: cobaltcoast.example/privacy. Вы согласны?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Эйвери Ковальски, 910-555-0148. Удобнее по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Эйвери. Для Ханны: первая покупка жилья, Ogden или Wrightsville Beach, до 350 000 $, нужны показы и шаги предварительного одобрения, SMS на 910-555-0148. Всё верно?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Ханна ответит здесь в течение 15 минут, сегодня она на связи до 18:00. Если вы уйдёте, она пришлёт вам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Ханна (риелтор):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Эйвери! Это Ханна. Первый шаг — письмо о предварительном одобрении от кредитора; сегодня вечером пришлю вам SMS с тремя местными кредиторами. Хотите посмотреть два дома в Ogden дешевле 350 000 $ в субботу в 10:00?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Суббота в 10 подходит. Спасибо!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Ханна (риелтор):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Отлично. Отправила вам оба адреса в SMS. До встречи в субботу!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Приветственное сообщение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Версия 3, снова активна с понедельника, 5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Длина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167 из 200 символов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Фраза об AI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Первое предложение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Быстрые ответы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Покупаю впервые, Записаться на показ, Сколько стоит моё жильё?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Выбор Эйвери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Покупаю впервые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Бот не говорил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живёт в Ogden; какую сумму может занять Эйвери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приложение и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Онлайн-поддержка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«Ожидает агента» в 17:42, Ханна приняла чат в 17:49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Добавила Ханна: Эйвери Ковальски, первая покупка жилья, Ogden; «Источник»: «Онлайн-чат»; «Статус»: «В работе»; «Исполнитель»: Ханна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Заметки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350 000 $; нужны шаги предварительного одобрения; SMS на 910-555-0148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Отправить SMS с 3 кредиторами, «Дедлайн»: сегодня; показы в Ogden, суббота, 10 октября, 10:00; «Исполнитель»: Ханна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Журнал тестов, неделя с 5 октября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Версия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Начатые чаты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Нажали быстрый ответ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Версия 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14, или 52%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Как тестировать приветствие чат-бота за 15 минут в неделю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Шаг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сделать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запуска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Напишите боту 5 реальных вопросов из вашей почты, а также «привет» и «Вы живой человек?»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Каждый ответ выполняет обещание первого сообщения; бот говорит, что он AI.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Посчитайте чаты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Каждый понедельник считайте чаты бота за прошлую неделю.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Одна строка в неделю в журнале тестов.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Посчитайте нажатия на быстрые ответы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Посчитайте чаты, в которых первое сообщение посетителя — одна из ваших кнопок.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Каждый чат считается один раз.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Измените одно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Кнопки, задачи или вопрос. Никогда — предложение об AI.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«Оставить», если доля держится или растёт; «Вернуть прежнюю», если падает.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Дождитесь 20 чатов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Если чатов меньше, 2–3 посетителя могут случайно сдвинуть долю.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Меньше 20 — оставьте ту же версию ещё на неделю.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использовать шаблоны приветствия для чат-бота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Выберите свою отрасль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Откройте её вкладку или вкладку 1, если отрасли нет в списке.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Заполните скобки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Ваши имена, задачи и номера. Предложение об AI остаётся первым.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Проверьте длину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Не больше 200 символов, 3 короткие кнопки. Прочитайте на телефоне.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Проверьте на 5 реальных вопросах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 запуска и после каждого изменения.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Записывайте по одной неделе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Чаты и нажатия на быстрые ответы — в журнал тестов Excel.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 разделе «Мои боты» выберите бота. На вкладке «Основы» вставьте сообщение в поле «Первое сообщение», а правила приветствия из вкладки 1 — в «Инструкции».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вкладке «Поведение» включите «Быстрые ответы» и добавьте 3 ответа в «Предлагаемые ответы».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Оставьте «Сбор данных пользователя» выключенным, чтобы посетители могли сначала задать вопрос. Для клиник, юридических фирм и финансов включите «Требовать согласие» (вкладка «Расширенные»), чтобы сначала показывать ваш «Текст согласия».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Нажмите «Сохранить изменения», проверьте сообщение в предпросмотре «мобильный», затем задайте свои 5 тестовых вопросов в «Попробуйте бота».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Каждый понедельник считайте чаты прошлой недели и нажатия на быстрые ответы в «Истории чатов» и записывайте их в Excel.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«Первое сообщение», «Предлагаемые ответы» и «Попробуйте бота» есть на тарифе Free: 3 пользователя, 1 бот, без кредитной карты. Передача человеку в «Онлайн-поддержку» доступна с тарифа Launch: 19 $ в месяц при оплате за год, 8 пользователей и 2 бота.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Готово, когда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первом предложении есть слова «AI-ассистент».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больше 200 символов, 3 кнопки не длиннее 25.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Строка «никогда не говорить» есть в инструкциях.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5 реальных тестовых вопросов пройдены, дата записана в журнал тестов.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https://crmsoftware.pro/ru/templates/chatbot-welcome-message-templates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Приветственное сообщение чат-бота: примеры по отраслям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