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Шаблон ответа на жалобу клиента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Карточка жалобы, подтверждение, запрос одного факта, ответы с решением, окончательный ответ и запись о первопричине, каждый шаг для почты и чата. От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Сначала заполните таблицу согласований и свои сроки. Замените каждое слово в [скобках], ведите одну карточку на жалобу и отправляйте ответы по порядку. Записывайте каждую жалобу в файл Excel в день её поступления.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Шаблон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Карточка жалобы: 5 полей, прежде чем отвечать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Заполнить за: 1 рабочий день · Ответственный: Тот, кто принимает решение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Каждый ответ в этом шаблоне ответа на жалобу клиента берёт факты из одной карточки. Клиенты редко произносят слово «жалоба»: если человек недоволен тем, что вы сделали или не сделали, и хочет, чтобы это исправили, регистрируйте жалобу. Заполните карточку до любого ответа, который длиннее подтверждения.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Карточка жалобы: </w:t>
      </w:r>
      <w:r>
        <w:rPr>
          <w:rFonts w:ascii="Calibri" w:hAnsi="Calibri" w:cs="Calibri" w:eastAsia="Calibri"/>
          <w:b w:val="0"/>
          <w:color w:val="15131F"/>
          <w:sz w:val="21"/>
        </w:rPr>
        <w:t>Номер: [номер жалобы]. Получена: [дата, время, канал]</w:t>
        <w:br/>
        <w:t>1. Что произошло. Слова клиента: [цитата, 1 или 2 строки]. Наши факты: [что показывают заказ, логи или сотрудники, с датами]</w:t>
        <w:br/>
        <w:t>2. Желаемое решение: [чего просит клиент, его словами]</w:t>
        <w:br/>
        <w:t>3. Доказательства: [номер заказа, фото, история чата, макет, отслеживание, счёт]</w:t>
        <w:br/>
        <w:t>4. Допустимые компенсации: [что вы можете предложить]. Согласующий сверх вашего лимита: [имя]</w:t>
        <w:br/>
        <w:t>5. Повторный контакт: [что проверите, кто, когда]</w:t>
        <w:br/>
        <w:t>Подтверждено: [дата]. Дата решения: [дата]. Результат: [удовлетворена, частично удовлетворена или не удовлетворена]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Кто что может согласовать (заполните своё)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Компенсация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Оператор может предложить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Сверх этого согласует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Извинение, объяснение, исправленные данные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Всегда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Согласование не нужно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Переделка, ремонт или замена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 [100 $] на жалобу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[руководитель или владелец]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Возврат сбора или части цены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пределах тех же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[руководитель или владелец]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Бонус или скидка на следующий заказ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пределах тех же [100 $]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[руководитель или владелец]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Полный возврат денег или всё, чего нет в таблице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Никогда самостоятельно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[владелец]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Заполните до ответа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Цитируйте слова клиента. Не пересказывайте их.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Пишите только факты, которые есть в ваших записях, с датами.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Запишите желаемое решение, даже если ответ будет «нет».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Добавьте в карточку ссылку на каждое доказательство.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Одна жалоба — одна карточка и один номер, даже если она пришла и в чат, и на почту.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Сложите все компенсации. Если сумма выше вашего лимита, сначала нужно «да» согласующего.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Совет: </w:t>
      </w:r>
      <w:r>
        <w:rPr>
          <w:rFonts w:ascii="Calibri" w:hAnsi="Calibri" w:cs="Calibri" w:eastAsia="Calibri"/>
          <w:b w:val="0"/>
          <w:color w:val="5D5A70"/>
          <w:sz w:val="21"/>
        </w:rPr>
        <w:t>FTC советует потребителям прямо писать, чего они хотят: возврат денег, ремонт, обмен или бонусы в магазине, и прикладывать копии документов. В полях 2 и 3 — то, что подготовленный клиент и так вам присылает.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Результаты: </w:t>
      </w:r>
      <w:r>
        <w:rPr>
          <w:rFonts w:ascii="Calibri" w:hAnsi="Calibri" w:cs="Calibri" w:eastAsia="Calibri"/>
          <w:b w:val="0"/>
          <w:color w:val="5D5A70"/>
          <w:sz w:val="21"/>
        </w:rPr>
        <w:t>Удовлетворена, Частично удовлетворена, Не удовлетворена, Отозвана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Образец ответа на жалобу клиента по email: подтверждение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Подтвердить за: 1 рабочий день · Решение до: 5 рабочих дней с получения · Никогда не обещайте: Результат, возврат денег или дату, которая зависит не от вас.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Отправьте это письмо в течение 1 рабочего дня, даже если ответа ещё нет. В нём вы повторяете, что поняли, даёте номер жалобы, называете, кто решает, и назначаете дату решения: 5 рабочих дней после получения жалобы, если только вам не нужно больше времени и вы не объясните почему.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Ваша жалоба по [заказу или услуге], номер [номер жалобы]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Спасибо, что рассказали нам о [проблеме, словами клиента]. Мне жаль, что так получилось. Ваша жалоба зарегистрирована под номером [номер жалобы].</w:t>
        <w:br/>
        <w:br/>
        <w:t>Суть жалобы: [что произошло, 1 или 2 строки]</w:t>
        <w:br/>
        <w:t>Что вы просите: [желаемое решение]</w:t>
        <w:br/>
        <w:t>Кто решает: [имя], [должность]</w:t>
        <w:br/>
        <w:t>Срок решения: [день недели и дата], ответ придёт на почту</w:t>
        <w:br/>
        <w:br/>
        <w:t>Сейчас я проверяю [что вы проверяете]. Если мне что-то понадобится от вас, я спрошу один раз, одним сообщением.</w:t>
        <w:br/>
        <w:br/>
        <w:t>Если что-то записано неверно, ответьте на это письмо, и я внесу исправления.</w:t>
        <w:br/>
        <w:br/>
        <w:t>[Ваше 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Спасибо, [имя]. Ваша жалоба зарегистрирована под номером [номер жалобы]: [что произошло, одной строкой]. Вы просите [желаемое решение]. Решение примет [имя], ответ придёт вам на почту до [день недели и дата]. Всё верно, или нужно что-то добавить?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Если нужно больше времени: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Новости по жалобе [номер жалобы]: я всё ещё жду [что именно, от кого]. Решение придёт до [новая дата]. Это единственный перенос срока. [Ваше имя]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Правила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Отвечайте в том канале, которым воспользовался клиент, и отправьте письмо тоже, чтобы номер жалобы был у клиента в письменном виде.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Никогда не обещайте в подтверждении результат или компенсацию.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Переносите дату решения не больше одного раза, до её наступления, с объяснением причины и не больше чем на 5 рабочих дней.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Запрос одного факта: спросите один раз и объясните зачем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Вопросы: 1 сообщение · Напоминание: Одно, через 3 рабочих дня · Дата решения: Остаётся прежней. Если факт пришёл поздно, перенесите её один раз и объясните почему.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Сначала проверьте всё, что видите сами: заказ, историю чата, макет, отслеживание. Затем одним сообщением спросите только то, чего не видите. Если нужны две вещи, спросите обе сразу: второй круг вопросов воспринимается как затягивание.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Чтобы принять решение по жалобе [номер жалобы], мне нужно от вас одно: [факт, например фото повреждённых товаров].</w:t>
        <w:br/>
        <w:br/>
        <w:t>Зачем: [одна строка, например по ним видно, из какого тиража товары]</w:t>
        <w:br/>
        <w:t>Как: ответьте на это письмо и приложите [что прислать]</w:t>
        <w:br/>
        <w:br/>
        <w:t>[Что вы уже проверили] у меня есть, присылать это не нужно.</w:t>
        <w:br/>
        <w:br/>
        <w:t>Дата решения остаётся прежней: [дата].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Чтобы принять решение по жалобе [номер жалобы], мне нужно одно: [факт]. Можно прислать сюда или ответить на моё письмо. [Что вы уже проверили] у меня есть, больше ничего не нужно.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Нет ответа через 3 рабочих дня: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Напоминаю о жалобе [номер жалобы]: мне всё ещё нужен [факт]. Если я не получу его до [дата], то приму решение по нашим данным и напишу, какие пункты не удалось проверить.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Никогда не просите: </w:t>
      </w:r>
      <w:r>
        <w:rPr>
          <w:rFonts w:ascii="Calibri" w:hAnsi="Calibri" w:cs="Calibri" w:eastAsia="Calibri"/>
          <w:b w:val="0"/>
          <w:color w:val="5D5A70"/>
          <w:sz w:val="21"/>
        </w:rPr>
        <w:t>Полный номер карты, пароли или документы, которые у вас уже есть. Номер заказа просите, только если иначе заказ не найти.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Жалоба удовлетворена: что пошло не так, компенсация и сроки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Результат: Удовлетворена · Сверх вашего лимита: Сначала «да» согласующего · Никогда не обещайте: Дату, которая зависит от курьера, банка или поставщика. Назовите свою дату, а затем обычный срок после неё.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Удовлетворяйте жалобу, когда ваши записи показывают, что ошиблись вы. Скажите это в первых строках, извинитесь один раз и напишите, что сделаете и к какому сроку. Компенсация засчитывается, только когда она выполнена.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Решение по вашей жалобе [номер жалобы]: удовлетворена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Проверка по вашей жалобе [номер жалобы] о [проблеме] завершена. Вы правы, и мне очень жаль.</w:t>
        <w:br/>
        <w:br/>
        <w:t>Что мы выяснили: [факты с датами, 2 или 3 строки]</w:t>
        <w:br/>
        <w:t>Почему так вышло: [причина, одной строкой]</w:t>
        <w:br/>
        <w:br/>
        <w:t>Что мы сделаем, чтобы всё исправить:</w:t>
        <w:br/>
        <w:t>- [компенсация 1, например возврат стоимости доставки], до [дата]</w:t>
        <w:br/>
        <w:t>- [компенсация 2], до [дата]</w:t>
        <w:br/>
        <w:br/>
        <w:t>[Где появятся деньги или товар и через сколько обычно].</w:t>
        <w:br/>
        <w:t>Что мы меняем: [одна строка].</w:t>
        <w:br/>
        <w:br/>
        <w:t>[Дата повторного контакта] я свяжусь с вами и уточню, всё ли в порядке. [Ваше имя], [должность]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[Имя], по жалобе [номер жалобы] есть решение: вы правы, и мне очень жаль. [Причина, одной строкой]. До [дата] мы [что сделаем]. Полное решение — в письме, а [дата повторного контакта] я уточню у вас, всё ли в порядке.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Перед отправкой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компенсация в пределах вашего лимита, или согласующий письменно сказал «да».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каждой компенсации есть дата, которая зависит от вас.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Повторный контакт — это задача с ответственным и датой.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Частично удовлетворена: решение по каждому пункту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Результат: Частично удовлетворена · Каждый пункт: Решение, причина, компенсация · Пересмотр: Решение никогда не пересматривает тот, кто его принял.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Во многих жалобах больше одного пункта. Отвечайте на них по очереди: удовлетворён пункт или нет, почему и какая компенсация. Смешанный ответ одним абзацем читается как отказ.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Решение по вашей жалобе [номер жалобы]: частично удовлетворена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Проверка по вашей жалобе [номер жалобы] завершена. Пунктов в жалобе: [количество]. Вот решение по каждому.</w:t>
        <w:br/>
        <w:br/>
        <w:t>1. [Пункт 1]: удовлетворён. [Что мы выяснили]. Чтобы всё исправить: [компенсация], до [дата].</w:t>
        <w:br/>
        <w:t>2. [Пункт 2]: удовлетворён. [Что мы выяснили]. Чтобы всё исправить: [компенсация], до [дата].</w:t>
        <w:br/>
        <w:t>3. [Пункт 3]: не удовлетворён. [Доказательство с датой].</w:t>
        <w:br/>
        <w:t>Что мы ещё можем предложить: [жест доброй воли], если вы ответите до [дата].</w:t>
        <w:br/>
        <w:br/>
        <w:t>Итого: [компенсации и суммы].</w:t>
        <w:br/>
        <w:br/>
        <w:t>Если вы не согласны с каким-либо пунктом, ответьте на это письмо и попросите пересмотр. Его проведёт [имя владельца], человек, не участвовавший в этом решении, и ответит в течение 10 рабочих дней.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[Имя], решение по жалобе [номер жалобы] у вас на почте. Коротко: [пункт 1] и [пункт 2] удовлетворены, и до [дата] мы [что сделаем]. [Пункт 3] не удовлетворён, потому что [доказательство, одной строкой]. Мы можем предложить [жест доброй воли]. Вам это подходит?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Предложение сверх лимита: </w:t>
      </w:r>
      <w:r>
        <w:rPr>
          <w:rFonts w:ascii="Calibri" w:hAnsi="Calibri" w:cs="Calibri" w:eastAsia="Calibri"/>
          <w:b w:val="0"/>
          <w:color w:val="5D5A70"/>
          <w:sz w:val="21"/>
        </w:rPr>
        <w:t>Получите «да» согласующего до отправки и запишите в карточку, кто согласовал и когда.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Как ответить на жалобу, если клиент не прав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Результат: Не удовлетворена · Сначала: Решение, потом доказательства · Жест доброй воли: Называйте предложение жестом доброй воли, чтобы оно не читалось как признание вины. Сверх вашего лимита оно всё равно требует согласования.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Назовите решение в первых строках. Затем покажите доказательства с датами, а не только правила. В конце напишите, что вы ещё можете сделать и как попросить пересмотр. Отклонить жалобу с объяснением причин — нормальный исход: финансовые компании Великобритании в этом случае обязаны указать причины.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Решение по вашей жалобе [номер жалобы]: не удовлетворена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Проверка по вашей жалобе [номер жалобы] о [проблеме] завершена. Мне жаль, что вы разочарованы, но удовлетворить жалобу я не могу.</w:t>
        <w:br/>
        <w:br/>
        <w:t>Что показывают наши записи: [доказательство 1 с датой]. [Доказательство 2 с датой]. [Ссылка или вложение]</w:t>
        <w:br/>
        <w:t>Что это значит: [одна строка, например товар совпадает с тем, что вы утвердили]</w:t>
        <w:br/>
        <w:br/>
        <w:t>Что мы ещё можем сделать: [жест доброй воли, например перепечатка со скидкой 50%], если вы ответите до [дата].</w:t>
        <w:br/>
        <w:br/>
        <w:t>Если вы не согласны, ответьте на это письмо и попросите пересмотр. Его проведёт [имя владельца], человек, не участвовавший в этом решении, и ответит в течение 10 рабочих дней.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[Имя], по жалобе [номер жалобы] всё проверено. Удовлетворить её я не могу: [доказательство, одной строкой]. Подробности — в письме. Что я ещё могу сделать: [жест доброй воли]. Если вы не согласны, можно попросить пересмотр у [имя владельца].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Что писать вместо этого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Не пишите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Пишите вместо этого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Вы не правы.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Наши записи показывают [доказательство и дата].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Согласно нашей политике...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Вот что произошло, с датами.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Мы ничего не можем сделать.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Что я ещё могу сделать: [вариант].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Это наш окончательный ответ.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Если вы не согласны, можно попросить пересмотр.</w:t>
            </w:r>
          </w:p>
        </w:tc>
      </w:tr>
    </w:tbl>
    <w:p/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Окончательный ответ после пересмотра и куда обратиться дальше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Ответить за: 10 рабочих дней · Проверяющий: Не тот, кто принял решение · Окончательный — значит: Внутренних шагов больше нет. Скажите об этом и назовите, куда обратиться дальше.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Если клиент не согласен, решение пересматривает тот, кто не принимал первое решение, и отправляет окончательный ответ: решение, причины, что вы сделаете и куда клиент может обратиться дальше. Финансовые компании Великобритании, например, обязаны отправить его в течение 8 недель и указать в нём Financial Ombudsman Service.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Тема: </w:t>
      </w:r>
      <w:r>
        <w:rPr>
          <w:rFonts w:ascii="Calibri" w:hAnsi="Calibri" w:cs="Calibri" w:eastAsia="Calibri"/>
          <w:b w:val="0"/>
          <w:color w:val="15131F"/>
          <w:sz w:val="21"/>
        </w:rPr>
        <w:t>Окончательный ответ на вашу жалобу [номер жалобы]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Меня зовут [имя], [должность]. Первое решение по вашей жалобе [номер жалобы] принимал другой сотрудник, а я провожу пересмотр. Изучены: [что изучено: материалы жалобы, доказательства и ваш ответ].</w:t>
        <w:br/>
        <w:br/>
        <w:t>Моё решение: жалоба [удовлетворена, частично удовлетворена или не удовлетворена]</w:t>
        <w:br/>
        <w:t>Причины: [2 или 3 строки с доказательствами и датами]</w:t>
        <w:br/>
        <w:t>Что мы сделаем: [компенсация и дата или предложение, которое остаётся в силе]</w:t>
        <w:br/>
        <w:br/>
        <w:t>Это наш окончательный ответ. Если он вас не устраивает, вы можете обратиться дальше: [куда именно, название и сайт].</w:t>
        <w:br/>
        <w:br/>
        <w:t>[Имя], [должность], [компания]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[Имя], пересмотр жалобы [номер жалобы] завершён (проверяющий: [имя]), наш окончательный ответ — у вас на почте. Коротко: [решение и причина, одной строкой]. Если он вас не устраивает, в письме указано, куда можно обратиться дальше.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Куда обратиться дальше: назовите подходящий вариант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Омбудсмен или служба разрешения споров вашей отрасли, если вы в ней состоите, с адресом сайта.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Орган по защите прав потребителей в стране или регионе клиента.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При оплате картой — процедура оспаривания платежа в банке, выпустившем карту.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Не юридическая консультация: </w:t>
      </w:r>
      <w:r>
        <w:rPr>
          <w:rFonts w:ascii="Calibri" w:hAnsi="Calibri" w:cs="Calibri" w:eastAsia="Calibri"/>
          <w:b w:val="0"/>
          <w:color w:val="5D5A70"/>
          <w:sz w:val="21"/>
        </w:rPr>
        <w:t>Если в вашей отрасли есть правила рассмотрения жалоб или омбудсмен, их сроки и формулировки важнее. Проверьте актуальную версию для своей страны.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Закрытие жалобы: повторный контакт и запись о первопричине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Первопричина: У каждой жалобы · Разбор: Жалобы по причинам, раз в месяц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Закрывайте жалобу, только когда компенсация выполнена, клиента спросили, помогло ли это, а в карточке есть запись о первопричине. Смотрите шире конкретного случая: что могло бы его предотвратить?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Письмо: повторный контакт: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</w:t>
        <w:br/>
        <w:br/>
        <w:t>Коротко уточняю по вашей жалобе [номер жалобы]: [дата] мы выполнили [компенсацию]. Всё ли пришло и работает как надо?</w:t>
        <w:br/>
        <w:br/>
        <w:t>Если да, отвечать не нужно. Я закрою жалобу [дата]. Если нет, ответьте на это письмо, и оно придёт прямо ко мне.</w:t>
        <w:br/>
        <w:br/>
        <w:t>Спасибо, что сообщили нам. Благодаря вашей жалобе мы [что изменили]. [Ваше имя]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Вариант для чата: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[имя]! Уточняю по жалобе [номер жалобы]: всё ли пришло и в порядке с [компенсацией]? Если что-то ещё не так, напишите мне здесь.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Запись о первопричине (внутренняя): </w:t>
      </w:r>
      <w:r>
        <w:rPr>
          <w:rFonts w:ascii="Calibri" w:hAnsi="Calibri" w:cs="Calibri" w:eastAsia="Calibri"/>
          <w:b w:val="0"/>
          <w:color w:val="15131F"/>
          <w:sz w:val="21"/>
        </w:rPr>
        <w:t>Жалоба: [номер жалобы], [дата], [канал]</w:t>
        <w:br/>
        <w:t>Результат: [удовлетворена, частично удовлетворена или не удовлетворена]. Стоимость компенсации: [сумма]</w:t>
        <w:br/>
        <w:t>Первопричина: [категория]: [что на самом деле вызвало жалобу, одной строкой]</w:t>
        <w:br/>
        <w:t>Жалоб с той же первопричиной с [дата]: [количество]</w:t>
        <w:br/>
        <w:t>Изменение: [что меняется, ответственный, дата] или без изменений, потому что [причина]</w:t>
        <w:br/>
        <w:t>Закрыта: [дата]. Клиент подтвердил: [да или нет ответа к дате]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Проверка перед закрытием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Выполнен, когда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Компенсация выполнена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Деньги вернули, работу переделали или начислили бонус, а не только пообещали.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Клиента спросили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Письмо повторного контакта отправлено; клиент подтвердил или не ответил к дате.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Первопричина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Категория из списка и одна строка о причине.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Изменение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Ответственный и дата или причина, по которой изменение не нужно.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Категории первопричин: </w:t>
      </w:r>
      <w:r>
        <w:rPr>
          <w:rFonts w:ascii="Calibri" w:hAnsi="Calibri" w:cs="Calibri" w:eastAsia="Calibri"/>
          <w:b w:val="0"/>
          <w:color w:val="5D5A70"/>
          <w:sz w:val="21"/>
        </w:rPr>
        <w:t>Брак товара, Наша задержка, Курьер или поставщик, Неясная информация, Ошибка в счёте, Общение сотрудников, Нашей вины нет, Другое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Пример: Как ответить на жалобу клиента: заполненный пример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Клиентка заплатила 54 $ за экспресс-доставку 120 свадебных приглашений с фольгой из вымышленной типографии. Они пришли на 4 дня позже, 6 открыток были смазаны, а цвет фольги ей не понравился. AI-агент передаёт чат человеку, и Бен регистрирует жалобу. Решение: жалоба частично удовлетворена.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Наши свадебные приглашения пришли сегодня, на 4 дня позже, а я заплатила 54 $ за экспресс-доставку! Золото выглядит коричневым, а не золотым, и 6 открыток смазаны. Я хочу полную перепечатку в ярком золоте к пятнице или вернуть деньги.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Мне очень жаль, Рэйчел. Опоздавшие приглашения со смазанными открытками — совсем не то, за что вы платили. Какой у вас номер заказа? Он начинается с MP.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MP-40718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AI-агент: </w:t>
      </w:r>
      <w:r>
        <w:rPr>
          <w:rFonts w:ascii="Calibri" w:hAnsi="Calibri" w:cs="Calibri" w:eastAsia="Calibri"/>
          <w:b w:val="0"/>
          <w:color w:val="15131F"/>
          <w:sz w:val="21"/>
        </w:rPr>
        <w:t>Спасибо. Передаю чат Бену из нашей службы поддержки вместе с номером заказа и всем, что вы написали, так что повторять ничего не придётся. Ожидайте ответа в течение 15 минут.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Здравствуйте, Рэйчел, это Бен. Я зарегистрировал вашу жалобу под номером C-1043: доставка на 4 дня позже, хотя вы оплатили экспресс, цвет фольги и 6 смазанных открыток. Вы просите полную перепечатку в ярком золоте к пятнице или возврат денег.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Я проверю наш производственный журнал, утверждённый вами макет и образец, который мы храним из вашего тиража. Моё решение придёт вам на почту до вторника, 6 октября. Те же данные я уже отправил вам письмом.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От вас мне нужно одно: фото 6 смазанных открыток в ответ на это письмо. Больше ничего.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Во вторник? Я хотела разослать их на этой неделе. Свадьба 7 ноября.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Бен (поддержка): </w:t>
      </w:r>
      <w:r>
        <w:rPr>
          <w:rFonts w:ascii="Calibri" w:hAnsi="Calibri" w:cs="Calibri" w:eastAsia="Calibri"/>
          <w:b w:val="0"/>
          <w:color w:val="15131F"/>
          <w:sz w:val="21"/>
        </w:rPr>
        <w:t>Понимаю. Если решение будет с перепечаткой, её отправят экспрессом на той же неделе, и вы сможете разослать приглашения на следующей. На вопрос о цвете я отвечу отдельно, с вашим макетом и фото образца.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Клиент: </w:t>
      </w:r>
      <w:r>
        <w:rPr>
          <w:rFonts w:ascii="Calibri" w:hAnsi="Calibri" w:cs="Calibri" w:eastAsia="Calibri"/>
          <w:b w:val="0"/>
          <w:color w:val="15131F"/>
          <w:sz w:val="21"/>
        </w:rPr>
        <w:t>Хорошо. Фото пришлю вечером.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Карточка жалобы C-1043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Её слова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 4 дня позже, хотя заплатила 54 $ за экспресс; золото выглядит коричневым; 6 открыток смазаны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Наши факты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Рулона фольги не было на складе: напечатано и отправлено 25 сентября, на 2 дня позже. Экспресс идёт 2 рабочих дня: доставлено 29 сентября.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Желаемое решение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Полная перепечатка в ярком золоте к пятнице или возврат денег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Доказательства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Заказ MP-40718, макет утверждён 16 сентября (фольга «античное золото»), отслеживание, образец из её тиража, 6 её фото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Допустимые компенсации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Бен — до 100 $ на жалобу; сверх этого — Айрис Ланг, владелица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Повторный контакт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Бен проверяет, что перепечатка дошла, пятница, 9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Подтверждено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Вторник, 29 сентября, 16:18. Дата решения: вторник, 6 октября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Решение: частично удовлетворена, отправлено в понедельник, 5 октября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Пункт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Решение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Компенсация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Опоздание доставки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Удовлетворён: отправлено на 2 дня позже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Возвращены 54 $ за экспресс-доставку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6 смазанных открыток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Удовлетворён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12 открыток перепечатаны бесплатно, 43,20 $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Цвет фольги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Не удовлетворён: совпадает с утверждённым макетом и образцом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Перепечатка в ярком золоте за 50%, 216 $, согласовала Айрис. Клиентка отказалась.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Закрытие жалобы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Перепечатка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Доставлена в четверг, 8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Клиентка подтвердила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Пятница, 9 октября, по почте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Стоимость компенсации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97,20 $, в пределах лимита Бена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Первопричина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Наша задержка: рулона фольги не было на складе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Та же первопричина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3 жалобы с 8 сентября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Изменение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Наличие на складе проверяется при утверждении макета, с 7 октября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Статус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Закрыта 9 октября 2026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Вымышленный пример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Как быстро нужно ответить на жалобу: правила и ориентиры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Правило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Для кого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Подтверждение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Ответ</w:t>
            </w:r>
          </w:p>
        </w:tc>
        <w:tc>
          <w:tcPr>
            <w:tcW w:type="dxa" w:w="199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Куда дальше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Кодекс рассмотрения жалоб Housing Ombudsman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Социальные арендодатели в Англии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5 рабочих дней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10 рабочих дней после подтверждения; этап 2 — в течение 20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Пересмотр на этапе 2, затем Housing Ombudsman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Правила FCA, DISP 1.6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Финансовые компании Великобритании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Быстрое письменное подтверждение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Окончательный ответ не позднее конца 8-й недели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Financial Ombudsman Service, с адресом сайта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Порядок рассмотрения жалоб CFPB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Жалобы на потребительские финансовые услуги в США, поданные через CFPB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Промежуточный ответ, если нужно больше времени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Обычно в течение 15 дней; в некоторых случаях окончательный ответ в течение 60 дней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У клиента есть 60 дней, чтобы оставить отзыв об ответе</w:t>
            </w:r>
          </w:p>
        </w:tc>
      </w:tr>
      <w:tr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Этот шаблон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Малый бизнес без отраслевых правил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1 рабочего дня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В течение 5 рабочих дней; перенос один раз, максимум до 10</w:t>
            </w:r>
          </w:p>
        </w:tc>
        <w:tc>
          <w:tcPr>
            <w:tcW w:type="dxa" w:w="199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Пересмотр другим человеком в течение 10 рабочих дней, затем внешняя инстанция</w:t>
            </w:r>
          </w:p>
        </w:tc>
      </w:tr>
    </w:tbl>
    <w:p/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Шаблон ответа на жалобу клиента: как им пользоваться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Задайте лимиты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Заполните таблицу согласований во вкладке 1: что может предложить оператор, на какую сумму и кто согласует сверх неё.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Определите сроки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1 рабочий день на подтверждение, 5 на решение, 10 на пересмотр. Если в вашей отрасли есть правило, используйте его.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Сохраните ответы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Замените текст в квадратных скобках своими словами и сохраните каждое письмо и вариант для чата там, где пишет ваша команда.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Записывайте каждую жалобу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Одна строка в журнале Excel в день поступления, с 5 полями карточки.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Разбирайте первопричины каждый месяц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Сначала устраните самую частую причину и запишите изменение в журнал.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Настройка в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Откройте «Мои боты», выберите бота и на вкладке «Основы» добавьте в поле «Инструкции»: передавать каждую жалобу человеку, спрашивать только номер заказа, никогда не обещать возврат денег или компенсацию. Нажмите «Сохранить изменения» и проверьте бота в «Попробуйте бота».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Переданные чаты ждут в разделе «Онлайн-поддержка» со статусом «Ожидает агента». Нажмите «Принять», отправьте вариант подтверждения для чата и нажмите «Решить», когда чат закончится.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Создайте тег «Жалоба»: «Настройки» &gt; «Теги разговоров» &gt; «Новый тег», и добавьте его к разговору. Карточку жалобы запишите в «Заметки» контакта.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Для решения откройте «Задачи» &gt; «Новая задача»: «Название задачи» с номером жалобы, «Исполнитель», «Дедлайн» (дата решения), «Приоритет» — «Высокий». Добавьте вторую задачу для повторного контакта.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Письма отправляйте из своей почты. На тарифе Growth сохраните каждый ответ в «Настройки» &gt; «Сохраненные ответы», например /complaint-ack, и введите этот ярлык в поле ответа в чате.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Автоматического распознавания жалоб и автоматической эскалации нет: AI-агент передаёт чат по правилам из поля «Инструкции», а деньги возвращаются через ваш платёжный провайдер. Передача человеку: Launch, 19 $ в месяц при оплате за год, 8 пользователей. Сохранённые ответы: Growth, 49 $. Free: AI-чат и базовые задачи для 3 пользователей.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Ежемесячный разбор жалоб, 30 минут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Каждая жалоба подтверждена в течение 1 рабочего дня.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У просроченных решений и повторных контактов есть ответственный и новая дата.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Три главные первопричины и одно изменение для первой из них.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Стоимость компенсаций по причинам в сравнении с прошлым месяцем.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Бесплатный шаблон от CRMsoftware.pro. Данные в примере вымышленные.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https://crmsoftware.pro/ru/templates/complaint-live-chat-response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Шаблон ответа на жалобу клиента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