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Скрипты для службы поддержки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Скрипты для телефона и чата в одном порядке: приветствие, проверка, выяснение, решение или передача, подтверждение, завершение. С полями оценки, лимитами времени и тем, что никогда не обещать. От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Замените каждое слово в [скобках] своими данными и соблюдайте порядок шагов в каждом звонке и чате. Записывайте каждое обращение в журнал обращений Excel и каждую неделю оценивайте несколько из них по карте оценки качества.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Скрипты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Начало разговора и приветствие: первые фразы по телефону и в чате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Серьёзность: Оцените во вкладке 3 · Влияние: Спросите во вкладке 3 · Канал: Телефон или чат · Ответственный: Тот, кто ответил · Первый ответ: Телефон: 3 гудка, чат: 2 минуты · Эскалация: Клиент уже зол: сначала успокойте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Каждый скрипт для службы поддержки на этой странице идёт по одним и тем же шести шагам, по телефону и в чате. В каждой вкладке есть поля оценки: серьёзность, влияние, канал, ответственный, первый ответ и эскалация. Записывайте их по каждому обращению (вкладка 8).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Порядок в каждом скрипте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Приветствие: Ваше имя, компания, предложение помочь.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Проверка: Два факта до любых данных аккаунта. Вкладка 2.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Выяснение: Спросите, затем перескажите суть одной фразой. Вкладка 3.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Решение или передача: Решите сами или передайте со сводкой. Вкладки 4–7.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Подтверждение: Следующий шаг, кто и когда, и «да» клиента. Вкладка 8.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6. Завершение: Поблагодарите, завершите, запишите. Вкладка 8.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Телефон: ответ на звонок: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Здравствуйте! Вы позвонили в [название компании], меня зовут [ваше имя]. Чем могу помочь?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Телефон: перед проверкой: </w:t>
      </w:r>
      <w:r>
        <w:rPr>
          <w:rFonts w:ascii="Calibri" w:hAnsi="Calibri" w:cs="Calibri" w:eastAsia="Calibri"/>
          <w:b w:val="0"/>
          <w:color w:val="15131F"/>
          <w:sz w:val="21"/>
        </w:rPr>
        <w:t>Спасибо, [имя]. Я помогу с этим. Сначала мне нужно уточнить две детали.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Чат: первый ответ: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[имя]! Это [ваше имя], компания [название компании]. Спасибо за сообщение по поводу [темы]. Уже смотрю.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Чат: вы принимаете чат от AI-агента: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[имя]! Меня зовут [ваше имя], я из команды [название компании]. Ваша переписка с нашим ассистентом у меня перед глазами, так что повторять ничего не нужно.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Телефон: вы звоните клиенту: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[имя]! Это [ваше имя] из компании [название компании], звоню по поводу вашего [чата или звонка] [в какой день]. Вам удобно сейчас говорить?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 не обещайте: </w:t>
      </w:r>
      <w:r>
        <w:rPr>
          <w:rFonts w:ascii="Calibri" w:hAnsi="Calibri" w:cs="Calibri" w:eastAsia="Calibri"/>
          <w:b w:val="0"/>
          <w:color w:val="5D5A70"/>
          <w:sz w:val="21"/>
        </w:rPr>
        <w:t>Время ожидания или решение, пока вы не знаете, в чём проблема. Обещайте только то, что сделаете следующим шагом.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Проверка клиента: никогда не просите полный номер карты или пароль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Серьёзность: Критическая, если аккаунт могут захватить · Влияние: Чьи данные под угрозой · Канал: Телефон, чат или почта · Ответственный: Тот, кто ведёт обращение · Первый ответ: До любых данных · Эскалация: Похоже на мошенничество: руководителю за час · Почему без секретов: FTC в США советует компаниям ясно объяснить сотрудникам, что никто не должен просить их раскрыть пароли. Коды безопасности карт нельзя хранить после авторизации платежа.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Проверьте клиента, прежде чем открывать, обсуждать или менять что-либо в аккаунте. Просите два факта, которые можно сверить, и никогда не просите секретные данные.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Что спрашивать и чего не спрашивать никогда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Спросите два из этих фактов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Никогда не спрашивайте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Номер аккаунта или заказа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Полный номер карты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Почта или телефон, указанные в аккаунте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Код безопасности карты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Почтовый индекс или платёжный адрес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Пароль или PIN-код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Последние 4 цифры карты или дата и сумма списания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Одноразовый код из SMS или письма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Телефон: </w:t>
      </w:r>
      <w:r>
        <w:rPr>
          <w:rFonts w:ascii="Calibri" w:hAnsi="Calibri" w:cs="Calibri" w:eastAsia="Calibri"/>
          <w:b w:val="0"/>
          <w:color w:val="15131F"/>
          <w:sz w:val="21"/>
        </w:rPr>
        <w:t>Прежде чем открыть ваш аккаунт, мне нужно убедиться, что это вы. Назовите, пожалуйста, [номер аккаунта] и [адрес почты], указанный в аккаунте.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Чат: </w:t>
      </w:r>
      <w:r>
        <w:rPr>
          <w:rFonts w:ascii="Calibri" w:hAnsi="Calibri" w:cs="Calibri" w:eastAsia="Calibri"/>
          <w:b w:val="0"/>
          <w:color w:val="15131F"/>
          <w:sz w:val="21"/>
        </w:rPr>
        <w:t>Прежде чем смотреть ваш аккаунт, подтвердите, пожалуйста, [номер заказа] и [адрес почты], который вы указывали. Пожалуйста, никогда не присылайте сюда номера карт и пароли. Мы их не запрашиваем.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 клиент начинает диктовать номер карты: </w:t>
      </w:r>
      <w:r>
        <w:rPr>
          <w:rFonts w:ascii="Calibri" w:hAnsi="Calibri" w:cs="Calibri" w:eastAsia="Calibri"/>
          <w:b w:val="0"/>
          <w:color w:val="15131F"/>
          <w:sz w:val="21"/>
        </w:rPr>
        <w:t>Пожалуйста, остановитесь, полный номер мне не нужен. Достаточно последних 4 цифр.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 проверка не прошла: </w:t>
      </w:r>
      <w:r>
        <w:rPr>
          <w:rFonts w:ascii="Calibri" w:hAnsi="Calibri" w:cs="Calibri" w:eastAsia="Calibri"/>
          <w:b w:val="0"/>
          <w:color w:val="15131F"/>
          <w:sz w:val="21"/>
        </w:rPr>
        <w:t>Извините, эти данные не совпадают, поэтому я не могу обсуждать или менять аккаунт. Вместо этого я могу перезвонить вам на номер, указанный в аккаунте.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Вы звоните клиенту, а он сомневается, что это вы: </w:t>
      </w:r>
      <w:r>
        <w:rPr>
          <w:rFonts w:ascii="Calibri" w:hAnsi="Calibri" w:cs="Calibri" w:eastAsia="Calibri"/>
          <w:b w:val="0"/>
          <w:color w:val="15131F"/>
          <w:sz w:val="21"/>
        </w:rPr>
        <w:t>Хороший вопрос. Положите трубку, позвоните нам по номеру [телефон с вашего сайта] и попросите соединить с [вашим именем].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Правила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Пусть клиент называет данные сам. Никогда не зачитывайте их: вопрос «Ваш адрес — Садовая, 12?» сообщает адрес постороннему.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Смена почты, телефона или адреса: дополнительно подтвердите через контакт, который уже есть в аккаунте.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Никогда не записывайте номера карт, коды или пароли в заметки или в чат.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 не обещайте: </w:t>
      </w:r>
      <w:r>
        <w:rPr>
          <w:rFonts w:ascii="Calibri" w:hAnsi="Calibri" w:cs="Calibri" w:eastAsia="Calibri"/>
          <w:b w:val="0"/>
          <w:color w:val="5D5A70"/>
          <w:sz w:val="21"/>
        </w:rPr>
        <w:t>Изменение в аккаунте до того, как проверка пройдена, даже «только в этот раз».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Выяснение проблемы: четыре вопроса и пересказ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Серьёзность: Оцените после пересказа · Влияние: Чего это стоит клиенту и к какому сроку · Канал: Тот же канал · Ответственный: Вы, пока не передадите · Первый ответ: Вопросы в течение 2 минут · Эскалация: Критическая: сразу руководителю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Сначала спросите, потом решайте. Четыре вопроса покрывают большинство обращений. Затем перескажите суть одной фразой и дождитесь «да».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Четыре вопроса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Что случилось?: Словами клиента.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С какого времени, как часто?: Дата и закономерность.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Что вы уже пробовали?: Чтобы не спрашивать об этом снова.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Что вам нужно и к какому сроку?: Влияние: звонок с клиентом, доставка, счёт.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Телефон или по одному сообщению в чате: </w:t>
      </w:r>
      <w:r>
        <w:rPr>
          <w:rFonts w:ascii="Calibri" w:hAnsi="Calibri" w:cs="Calibri" w:eastAsia="Calibri"/>
          <w:b w:val="0"/>
          <w:color w:val="15131F"/>
          <w:sz w:val="21"/>
        </w:rPr>
        <w:t>Что происходит и когда это началось?</w:t>
        <w:br/>
        <w:t>Что вы уже успели попробовать?</w:t>
        <w:br/>
        <w:t>Есть ли дата или время, к которому всё должно работать?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Пересказ (телефон и чат): </w:t>
      </w:r>
      <w:r>
        <w:rPr>
          <w:rFonts w:ascii="Calibri" w:hAnsi="Calibri" w:cs="Calibri" w:eastAsia="Calibri"/>
          <w:b w:val="0"/>
          <w:color w:val="15131F"/>
          <w:sz w:val="21"/>
        </w:rPr>
        <w:t>Проверю, всё ли я правильно понимаю: с [какого времени] [что происходит], и вам нужно, чтобы всё работало к [дате или времени]. Верно?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Оцените серьёзность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Серьёзность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Когда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Первый ответ и эскалация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Критическая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Угроза безопасности, подозрение на захват аккаунта или проблема у многих клиентов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Сразу. Немедленно позвоните руководителю.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Высокая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Один клиент не может пользоваться услугой, деньги списаны ошибочно или под угрозой срок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Ответственный отвечает в течение 2 часов в рабочее время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Обычная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Есть обходной путь, вопрос или запрос на изменение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 течение 1 рабочего дня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 не обещайте: </w:t>
      </w:r>
      <w:r>
        <w:rPr>
          <w:rFonts w:ascii="Calibri" w:hAnsi="Calibri" w:cs="Calibri" w:eastAsia="Calibri"/>
          <w:b w:val="0"/>
          <w:color w:val="5D5A70"/>
          <w:sz w:val="21"/>
        </w:rPr>
        <w:t>Причину, пока вы её не проверили, например «Наверняка дело в вашем роутере».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Скрипт устранения неполадок: один шаг, одна проверка, один результат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Серьёзность: Высокая, если пользоваться нельзя совсем · Влияние: Что клиент не может сделать · Канал: Телефон, если шаги делать руками · Ответственный: Вы, до правила остановки · Первый ответ: Первый шаг в течение 5 минут · Эскалация: 3 шага без прогресса: вкладка 7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Используйте, когда что-то не работает и есть известное решение: один шаг, спросите, что видит клиент, запишите результат, затем следующий шаг.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Телефон: </w:t>
      </w:r>
      <w:r>
        <w:rPr>
          <w:rFonts w:ascii="Calibri" w:hAnsi="Calibri" w:cs="Calibri" w:eastAsia="Calibri"/>
          <w:b w:val="0"/>
          <w:color w:val="15131F"/>
          <w:sz w:val="21"/>
        </w:rPr>
        <w:t>Давайте пробовать по одному шагу. Сначала, пожалуйста, [шаг]. Скажите, когда сделаете, и что вы видите.</w:t>
        <w:br/>
        <w:t>Спасибо. Значит, дело не в [причине]. Дальше, пожалуйста, [шаг].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Чат: </w:t>
      </w:r>
      <w:r>
        <w:rPr>
          <w:rFonts w:ascii="Calibri" w:hAnsi="Calibri" w:cs="Calibri" w:eastAsia="Calibri"/>
          <w:b w:val="0"/>
          <w:color w:val="15131F"/>
          <w:sz w:val="21"/>
        </w:rPr>
        <w:t>Давайте пойдём по шагам.</w:t>
        <w:br/>
        <w:t>Шаг 1: [шаг]. Когда сделаете, напишите, что видите.</w:t>
        <w:br/>
        <w:t>Спасибо, значит, дело не в [причине]. Шаг 2: [шаг].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Когда сработало: </w:t>
      </w:r>
      <w:r>
        <w:rPr>
          <w:rFonts w:ascii="Calibri" w:hAnsi="Calibri" w:cs="Calibri" w:eastAsia="Calibri"/>
          <w:b w:val="0"/>
          <w:color w:val="15131F"/>
          <w:sz w:val="21"/>
        </w:rPr>
        <w:t>Всё заработало. Если проблема вернётся, свяжитесь с нами и назовите номер обращения [номер обращения], и мы продолжим с этого места.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Когда клиент не может сделать шаг сейчас: </w:t>
      </w:r>
      <w:r>
        <w:rPr>
          <w:rFonts w:ascii="Calibri" w:hAnsi="Calibri" w:cs="Calibri" w:eastAsia="Calibri"/>
          <w:b w:val="0"/>
          <w:color w:val="15131F"/>
          <w:sz w:val="21"/>
        </w:rPr>
        <w:t>Ничего страшного. Я могу позвонить вам в [время] на номер [номер телефона], и попробуем вместе. Вам удобно?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Когда остановиться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3 шага без прогресса или 15 минут: остановитесь и передайте обращение (вкладка 6 или 7).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Предупреждайте перед любым шагом, который может удалить данные или настройки.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Записывайте каждый шаг и его результат, чтобы никто не спрашивал об этом снова.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 не обещайте: </w:t>
      </w:r>
      <w:r>
        <w:rPr>
          <w:rFonts w:ascii="Calibri" w:hAnsi="Calibri" w:cs="Calibri" w:eastAsia="Calibri"/>
          <w:b w:val="0"/>
          <w:color w:val="5D5A70"/>
          <w:sz w:val="21"/>
        </w:rPr>
        <w:t>Что следующий шаг всё исправит. Скажите «Давайте попробуем так» и проверьте результат.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Возврат денег, возврат товара или обмен: варианты, лимиты и сроки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Серьёзность: Обычная; высокая, если деньги списаны ошибочно · Влияние: Сумма, о которой идёт речь · Канал: Телефон или чат, затем письмо · Ответственный: Вы, в пределах лимита · Первый ответ: Решение в том же обращении · Эскалация: Сверх лимита: руководителю в тот же день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Используйте, когда клиент хочет вернуть деньги, вернуть товар или получить другой товар или тариф. Сверьтесь со своими правилами, предложите то, что разрешает таблица лимитов, и скажите, что будет дальше и когда.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Ваши лимиты (заполните один раз)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Запрос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Вы можете предложить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Сверх этого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Возврат денег по правилам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Полный возврат тем же способом оплаты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 нужно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Возврат денег вне правил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До [50 $]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Руководитель, до [следующего рабочего дня]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Возврат или обмен товара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Оплаченная этикетка для отправки; обмен на товар той же цены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Повреждён, был в употреблении или есть разница в цене: руководитель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Перерасчёт за сбой услуги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До [25 $] в следующем счёте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Руководитель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Телефон: </w:t>
      </w:r>
      <w:r>
        <w:rPr>
          <w:rFonts w:ascii="Calibri" w:hAnsi="Calibri" w:cs="Calibri" w:eastAsia="Calibri"/>
          <w:b w:val="0"/>
          <w:color w:val="15131F"/>
          <w:sz w:val="21"/>
        </w:rPr>
        <w:t>Ваш [заказ или тариф] от [даты] подпадает под наши правила возврата в течение [30] дней, поэтому вы можете выбрать возврат [суммы] тем же способом оплаты или обмен на [товар]. Что вам удобнее?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Чат: </w:t>
      </w:r>
      <w:r>
        <w:rPr>
          <w:rFonts w:ascii="Calibri" w:hAnsi="Calibri" w:cs="Calibri" w:eastAsia="Calibri"/>
          <w:b w:val="0"/>
          <w:color w:val="15131F"/>
          <w:sz w:val="21"/>
        </w:rPr>
        <w:t>Спасибо, [имя]. Заказ [номер заказа] подпадает под наши правила возврата в течение [30] дней. Вы можете выбрать:</w:t>
        <w:br/>
        <w:t>1. Возврат [суммы] тем же способом оплаты</w:t>
        <w:br/>
        <w:t>2. Обмен на [товар]</w:t>
        <w:br/>
        <w:t>Что вам подходит?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После оформления возврата: </w:t>
      </w:r>
      <w:r>
        <w:rPr>
          <w:rFonts w:ascii="Calibri" w:hAnsi="Calibri" w:cs="Calibri" w:eastAsia="Calibri"/>
          <w:b w:val="0"/>
          <w:color w:val="15131F"/>
          <w:sz w:val="21"/>
        </w:rPr>
        <w:t>Возврат [суммы] оформлен сегодня, вам придёт подтверждение на почту. Когда деньги поступят, решает ваш банк, обычно это занимает [срок, который называет ваш платёжный сервис].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Сверх вашего лимита: </w:t>
      </w:r>
      <w:r>
        <w:rPr>
          <w:rFonts w:ascii="Calibri" w:hAnsi="Calibri" w:cs="Calibri" w:eastAsia="Calibri"/>
          <w:b w:val="0"/>
          <w:color w:val="15131F"/>
          <w:sz w:val="21"/>
        </w:rPr>
        <w:t>Возврат такой суммы должен одобрить мой руководитель. Запрос уже отправлен: решение примет [имя руководителя], и до [дня и времени] вы получите ответ, да или нет.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 ответ «нет»: </w:t>
      </w:r>
      <w:r>
        <w:rPr>
          <w:rFonts w:ascii="Calibri" w:hAnsi="Calibri" w:cs="Calibri" w:eastAsia="Calibri"/>
          <w:b w:val="0"/>
          <w:color w:val="15131F"/>
          <w:sz w:val="21"/>
        </w:rPr>
        <w:t>Извините, вернуть деньги за это я не могу, потому что [причина в одном предложении]. Вместо этого я могу [вариант в пределах ваших лимитов].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 не обещайте: </w:t>
      </w:r>
      <w:r>
        <w:rPr>
          <w:rFonts w:ascii="Calibri" w:hAnsi="Calibri" w:cs="Calibri" w:eastAsia="Calibri"/>
          <w:b w:val="0"/>
          <w:color w:val="5D5A70"/>
          <w:sz w:val="21"/>
        </w:rPr>
        <w:t>Возврат сверх вашего лимита или день, когда придут деньги. Обещайте только дату, когда оформите возврат.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Ожидание, перевод и обратный звонок: лимиты времени и что говорить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Серьёзность: Как оценено во вкладке 3 · Влияние: Сколько ждёт клиент · Канал: Телефон; чат для сообщений об ожидании · Ответственный: Тот, кто назван в обещании звонка · Первый ответ: Вернуться за 2 минуты · Эскалация: Пропущен звонок: руководитель, в тот же день · В CRMsoftware.pro: В приложении нет очередей звонков и перевода звонков. Обратный звонок — это задача с полями «Исполнитель» и «Дедлайн» и сводкой статуса после выполнения.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Спросите разрешения, прежде чем попросить подождать, скажите, сколько это займёт, и вернитесь вовремя. Переводите звонок только со сводкой. Обещайте обратный звонок, только когда есть время, номер и задача.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Лимиты времени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Ситуация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Лимит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Что делать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Ожидание на линии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минуты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Вернитесь, даже если новостей нет.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Ожидание в сумме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минут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Предложите вместо этого обратный звонок.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Тишина в чате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минуты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Напишите, что вы делаете и сколько это займёт.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Перевод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минута, чтобы дозвониться до коллеги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Нет ответа: вернитесь к клиенту, предложите обратный звонок.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Обратный звонок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Окно не больше 1 часа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Создайте задачу до конца разговора.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Телефон: перед ожиданием: </w:t>
      </w:r>
      <w:r>
        <w:rPr>
          <w:rFonts w:ascii="Calibri" w:hAnsi="Calibri" w:cs="Calibri" w:eastAsia="Calibri"/>
          <w:b w:val="0"/>
          <w:color w:val="15131F"/>
          <w:sz w:val="21"/>
        </w:rPr>
        <w:t>Можно попросить вас подождать на линии около [2 минут], пока я [проверю ваш аккаунт]?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Телефон: после ожидания: </w:t>
      </w:r>
      <w:r>
        <w:rPr>
          <w:rFonts w:ascii="Calibri" w:hAnsi="Calibri" w:cs="Calibri" w:eastAsia="Calibri"/>
          <w:b w:val="0"/>
          <w:color w:val="15131F"/>
          <w:sz w:val="21"/>
        </w:rPr>
        <w:t>Спасибо, что подождали, [имя]. [Что вы выяснили или сколько ещё времени нужно].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Тёплый перевод: клиенту: </w:t>
      </w:r>
      <w:r>
        <w:rPr>
          <w:rFonts w:ascii="Calibri" w:hAnsi="Calibri" w:cs="Calibri" w:eastAsia="Calibri"/>
          <w:b w:val="0"/>
          <w:color w:val="15131F"/>
          <w:sz w:val="21"/>
        </w:rPr>
        <w:t>Вопросами [темы] занимается [имя коллеги]. Я сначала введу коллегу в курс дела, чтобы вам не пришлось ничего повторять. Хорошо?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Тёплый перевод: коллеге: </w:t>
      </w:r>
      <w:r>
        <w:rPr>
          <w:rFonts w:ascii="Calibri" w:hAnsi="Calibri" w:cs="Calibri" w:eastAsia="Calibri"/>
          <w:b w:val="0"/>
          <w:color w:val="15131F"/>
          <w:sz w:val="21"/>
        </w:rPr>
        <w:t>Привет, [имя]! У меня на линии [имя клиента], проверка пройдена, вопрос: [проблема в одну строку]. Клиент уже попробовал [шаги], нужно [что требуется] до [времени]. Можешь принять сейчас?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Обещание обратного звонка (телефон и чат): </w:t>
      </w:r>
      <w:r>
        <w:rPr>
          <w:rFonts w:ascii="Calibri" w:hAnsi="Calibri" w:cs="Calibri" w:eastAsia="Calibri"/>
          <w:b w:val="0"/>
          <w:color w:val="15131F"/>
          <w:sz w:val="21"/>
        </w:rPr>
        <w:t>[Имя] позвонит вам [в какой день] с [начала окна] до [конца окна] на номер, который заканчивается на [последние 4 цифры]. Вам удобно?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Чат: когда нужно время: </w:t>
      </w:r>
      <w:r>
        <w:rPr>
          <w:rFonts w:ascii="Calibri" w:hAnsi="Calibri" w:cs="Calibri" w:eastAsia="Calibri"/>
          <w:b w:val="0"/>
          <w:color w:val="15131F"/>
          <w:sz w:val="21"/>
        </w:rPr>
        <w:t>Проверяю прямо сейчас. Это займёт около [5 минут], и я напишу сюда, как только всё узнаю.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 не обещайте: </w:t>
      </w:r>
      <w:r>
        <w:rPr>
          <w:rFonts w:ascii="Calibri" w:hAnsi="Calibri" w:cs="Calibri" w:eastAsia="Calibri"/>
          <w:b w:val="0"/>
          <w:color w:val="5D5A70"/>
          <w:sz w:val="21"/>
        </w:rPr>
        <w:t>Время обратного звонка, за которое никто не отвечает. Нет задачи — нет обещания.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Эскалация и передача: сначала сводка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Серьёзность: Высокая или критическая · Влияние: Нужны полномочия, которых у вас нет · Канал: Телефон при критической, иначе тот же канал · Ответственный: Один конкретный человек · Первый ответ: Критическая сразу, высокая за 2 часа · Эскалация: Ответственный молчит: его заместитель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Передавайте обращение выше, когда для решения нужны полномочия или доступ, которых у вас нет, клиент просит руководителя или серьёзность «Критическая». Сначала сводка ответственному, затем сообщите клиенту.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Сводка для передачи (внутренняя): </w:t>
      </w:r>
      <w:r>
        <w:rPr>
          <w:rFonts w:ascii="Calibri" w:hAnsi="Calibri" w:cs="Calibri" w:eastAsia="Calibri"/>
          <w:b w:val="0"/>
          <w:color w:val="15131F"/>
          <w:sz w:val="21"/>
        </w:rPr>
        <w:t>Клиент: [имя], [номер аккаунта или заказа], проверка пройдена: [да или нет]</w:t>
        <w:br/>
        <w:t>Канал и время: [телефон или чат], [дата и время]</w:t>
        <w:br/>
        <w:t>Проблема: [пересказ, с которым согласился клиент]</w:t>
        <w:br/>
        <w:t>Пробовали: [шаги и результаты]</w:t>
        <w:br/>
        <w:t>Серьёзность и влияние: [серьёзность], [чего это стоит клиенту и к какому сроку]</w:t>
        <w:br/>
        <w:t>Уже обещано: [что сказали клиенту, со временем]</w:t>
        <w:br/>
        <w:t>Ответственный: [имя]. Ответить до: [время]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Телефон: сообщите клиенту: </w:t>
      </w:r>
      <w:r>
        <w:rPr>
          <w:rFonts w:ascii="Calibri" w:hAnsi="Calibri" w:cs="Calibri" w:eastAsia="Calibri"/>
          <w:b w:val="0"/>
          <w:color w:val="15131F"/>
          <w:sz w:val="21"/>
        </w:rPr>
        <w:t>Я передаю ваш вопрос [имени ответственного], [должность] в нашей команде: коллега может [что может сделать]. У коллеги будет всё, что мы обсудили, так что повторять ничего не придётся. Ответ вы получите до [дня и времени].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Чат: сообщите клиенту: </w:t>
      </w:r>
      <w:r>
        <w:rPr>
          <w:rFonts w:ascii="Calibri" w:hAnsi="Calibri" w:cs="Calibri" w:eastAsia="Calibri"/>
          <w:b w:val="0"/>
          <w:color w:val="15131F"/>
          <w:sz w:val="21"/>
        </w:rPr>
        <w:t>Ваш вопрос передан [имени ответственного], [должность] в нашей команде, вместе с этим чатом и шагами, которые мы пробовали. Мы ответим вам до [дня и времени]. Номер вашего обращения: [номер обращения].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Клиент просит руководителя: </w:t>
      </w:r>
      <w:r>
        <w:rPr>
          <w:rFonts w:ascii="Calibri" w:hAnsi="Calibri" w:cs="Calibri" w:eastAsia="Calibri"/>
          <w:b w:val="0"/>
          <w:color w:val="15131F"/>
          <w:sz w:val="21"/>
        </w:rPr>
        <w:t>Конечно. Я могу соединить вас с [именем руководителя] сейчас, или [он или она] перезвонит вам до [времени]. Как вам удобнее? Я передам всё, что мы обсудили, чтобы руководитель был в курсе.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Правила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Сначала сводка. Клиент никогда не рассказывает историю дважды.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Один ответственный по имени, а не команда.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Критическая: сразу позвоните ответственному, а не пишите письмо.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 не обещайте: </w:t>
      </w:r>
      <w:r>
        <w:rPr>
          <w:rFonts w:ascii="Calibri" w:hAnsi="Calibri" w:cs="Calibri" w:eastAsia="Calibri"/>
          <w:b w:val="0"/>
          <w:color w:val="5D5A70"/>
          <w:sz w:val="21"/>
        </w:rPr>
        <w:t>Каким будет решение следующего сотрудника. Обещайте, у кого вопрос и когда клиент получит ответ.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Скрипт завершения разговора и что записать после каждого обращения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Серьёзность: Как оценено во вкладке 3 · Влияние: Одна строка в журнале · Канал: Тот же, что у обращения · Ответственный: Тот, за кем следующий шаг · Первый ответ: Записан в минутах · Эскалация: Записана как «Передано»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Обращение закрыто, только когда следующий шаг подтверждён с клиентом, запись в журнале заполнена, а для каждого обещанного обратного звонка есть задача.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Телефон: подтвердить и завершить: </w:t>
      </w:r>
      <w:r>
        <w:rPr>
          <w:rFonts w:ascii="Calibri" w:hAnsi="Calibri" w:cs="Calibri" w:eastAsia="Calibri"/>
          <w:b w:val="0"/>
          <w:color w:val="15131F"/>
          <w:sz w:val="21"/>
        </w:rPr>
        <w:t>Прежде чем закончить, давайте подтвердим: [следующий шаг], делает [кто], до [когда]. Всё верно?</w:t>
        <w:br/>
        <w:t>Могу ли я ещё чем-то помочь?</w:t>
        <w:br/>
        <w:t>Спасибо за звонок, [имя].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Чат: подтвердить и завершить: </w:t>
      </w:r>
      <w:r>
        <w:rPr>
          <w:rFonts w:ascii="Calibri" w:hAnsi="Calibri" w:cs="Calibri" w:eastAsia="Calibri"/>
          <w:b w:val="0"/>
          <w:color w:val="15131F"/>
          <w:sz w:val="21"/>
        </w:rPr>
        <w:t>Подтверждаю: [следующий шаг], делает [кто], до [когда]. Вам подходит?</w:t>
        <w:br/>
        <w:t>Могу ли я ещё чем-то помочь?</w:t>
        <w:br/>
        <w:t>Спасибо, [имя]. Пишите сюда в любое время и указывайте номер обращения [номер обращения].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Ещё не решено: </w:t>
      </w:r>
      <w:r>
        <w:rPr>
          <w:rFonts w:ascii="Calibri" w:hAnsi="Calibri" w:cs="Calibri" w:eastAsia="Calibri"/>
          <w:b w:val="0"/>
          <w:color w:val="15131F"/>
          <w:sz w:val="21"/>
        </w:rPr>
        <w:t>Вот что будет дальше: [имя ответственного] [действие] до [времени]. Если к этому времени мы не свяжемся с вами, напишите сюда или позвоните по номеру [номер телефона] и назовите [номер обращения].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Запись в журнале (одна на обращение): </w:t>
      </w:r>
      <w:r>
        <w:rPr>
          <w:rFonts w:ascii="Calibri" w:hAnsi="Calibri" w:cs="Calibri" w:eastAsia="Calibri"/>
          <w:b w:val="0"/>
          <w:color w:val="15131F"/>
          <w:sz w:val="21"/>
        </w:rPr>
        <w:t>[Дата и время], [канал], [клиент], [причина], [серьёзность], [влияние в одну строку]</w:t>
        <w:br/>
        <w:t>Проверка пройдена, решено с первого обращения, передано: [да или нет по каждому]. Первый ответ: [минуты]</w:t>
        <w:br/>
        <w:t>Обратный звонок обещан до: [время или нет]. Обратный звонок выполнен: [время]</w:t>
        <w:br/>
        <w:t>Следующий шаг: [шаг]. Подтверждено клиентом: [да или нет]. Ответственный: [имя]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Проверка завершения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Пункт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Готово, когда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Следующий шаг подтверждён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Вы повторили его, назвав кто и когда, и клиент сказал «да».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Запись в журнале заполнена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Заполнены все поля, включая «Проверка пройдена» и «Ответственный».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Для обратного звонка есть задача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«Исполнитель» и «Дедлайн» на обещанное время, до конца разговора.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 не обещайте: </w:t>
      </w:r>
      <w:r>
        <w:rPr>
          <w:rFonts w:ascii="Calibri" w:hAnsi="Calibri" w:cs="Calibri" w:eastAsia="Calibri"/>
          <w:b w:val="0"/>
          <w:color w:val="5D5A70"/>
          <w:sz w:val="21"/>
        </w:rPr>
        <w:t>«С вами свяжутся». Назовите человека, канал и время.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Пример: Заполненный пример: вечерний чат, утренний обратный звонок, одна запись в журнале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Пример скрипта для службы поддержки от начала до конца: чат, который заканчивается обещанием перезвонить, телефонный звонок, в котором это обещание выполнено, и запись в журнале. Alderbank Fiber — вымышленный небольшой интернет-провайдер.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Клиент: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у меня по вечерам постоянно пропадает интернет, по 5–6 раз за вечер, и так с субботы. А в четверг в 9 у меня видеозвонок с клиентом.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AI-агент: </w:t>
      </w:r>
      <w:r>
        <w:rPr>
          <w:rFonts w:ascii="Calibri" w:hAnsi="Calibri" w:cs="Calibri" w:eastAsia="Calibri"/>
          <w:b w:val="0"/>
          <w:color w:val="15131F"/>
          <w:sz w:val="21"/>
        </w:rPr>
        <w:t>Мне очень жаль, перед важным звонком это особенно неприятно. Что делает индикатор на роутере, когда связь пропадает, и пропадает ли она на всех устройствах?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Клиент: </w:t>
      </w:r>
      <w:r>
        <w:rPr>
          <w:rFonts w:ascii="Calibri" w:hAnsi="Calibri" w:cs="Calibri" w:eastAsia="Calibri"/>
          <w:b w:val="0"/>
          <w:color w:val="15131F"/>
          <w:sz w:val="21"/>
        </w:rPr>
        <w:t>Он горит красным примерно минуту, потом снова зелёным. На всех устройствах.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AI-агент: </w:t>
      </w:r>
      <w:r>
        <w:rPr>
          <w:rFonts w:ascii="Calibri" w:hAnsi="Calibri" w:cs="Calibri" w:eastAsia="Calibri"/>
          <w:b w:val="0"/>
          <w:color w:val="15131F"/>
          <w:sz w:val="21"/>
        </w:rPr>
        <w:t>Спасибо. Передаю этот чат нашей команде вместе с вашими сообщениями, так что повторять ничего не придётся.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Нина (поддержка):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Майя! Это Нина из Alderbank Fiber. Прежде чем открыть ваш аккаунт, подтвердите, пожалуйста, номер аккаунта и почту, указанную в аккаунте.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Клиент: </w:t>
      </w:r>
      <w:r>
        <w:rPr>
          <w:rFonts w:ascii="Calibri" w:hAnsi="Calibri" w:cs="Calibri" w:eastAsia="Calibri"/>
          <w:b w:val="0"/>
          <w:color w:val="15131F"/>
          <w:sz w:val="21"/>
        </w:rPr>
        <w:t>AB-20417, почта maya.c@example.com.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Нина (поддержка): </w:t>
      </w:r>
      <w:r>
        <w:rPr>
          <w:rFonts w:ascii="Calibri" w:hAnsi="Calibri" w:cs="Calibri" w:eastAsia="Calibri"/>
          <w:b w:val="0"/>
          <w:color w:val="15131F"/>
          <w:sz w:val="21"/>
        </w:rPr>
        <w:t>Спасибо, всё совпадает. Итак: с субботы каждый вечер связь пропадает 5–6 раз, индикатор горит красным, на всех устройствах, и вам нужно, чтобы всё работало стабильно к четвергу, к 9:00. Верно?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Клиент: </w:t>
      </w:r>
      <w:r>
        <w:rPr>
          <w:rFonts w:ascii="Calibri" w:hAnsi="Calibri" w:cs="Calibri" w:eastAsia="Calibri"/>
          <w:b w:val="0"/>
          <w:color w:val="15131F"/>
          <w:sz w:val="21"/>
        </w:rPr>
        <w:t>Да, всё так.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Нина (поддержка): </w:t>
      </w:r>
      <w:r>
        <w:rPr>
          <w:rFonts w:ascii="Calibri" w:hAnsi="Calibri" w:cs="Calibri" w:eastAsia="Calibri"/>
          <w:b w:val="0"/>
          <w:color w:val="15131F"/>
          <w:sz w:val="21"/>
        </w:rPr>
        <w:t>Красный индикатор указывает на проблему с линией. Наш сетевой отдел проверяет линии с 8:00: Том позвонит вам завтра с 9:00 до 10:00 на номер, который заканчивается на 4471. Вам удобно?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Клиент: </w:t>
      </w:r>
      <w:r>
        <w:rPr>
          <w:rFonts w:ascii="Calibri" w:hAnsi="Calibri" w:cs="Calibri" w:eastAsia="Calibri"/>
          <w:b w:val="0"/>
          <w:color w:val="15131F"/>
          <w:sz w:val="21"/>
        </w:rPr>
        <w:t>Да. А он сможет всё исправить до четверга?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Нина (поддержка): </w:t>
      </w:r>
      <w:r>
        <w:rPr>
          <w:rFonts w:ascii="Calibri" w:hAnsi="Calibri" w:cs="Calibri" w:eastAsia="Calibri"/>
          <w:b w:val="0"/>
          <w:color w:val="15131F"/>
          <w:sz w:val="21"/>
        </w:rPr>
        <w:t>Обещать исправление до проверки я не могу, но Том расскажет, что обнаружил и что будет дальше. Итак: Том звонит завтра с 9:00 до 10:00. Могу ли я ещё чем-то помочь?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Клиент: </w:t>
      </w:r>
      <w:r>
        <w:rPr>
          <w:rFonts w:ascii="Calibri" w:hAnsi="Calibri" w:cs="Calibri" w:eastAsia="Calibri"/>
          <w:b w:val="0"/>
          <w:color w:val="15131F"/>
          <w:sz w:val="21"/>
        </w:rPr>
        <w:t>Нет, спасибо.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Обратный звонок по телефону, среда, 7 октября, 09:32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Приветствие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«Здравствуйте, Майя! Это Том из Alderbank Fiber, звоню по поводу вашего вчерашнего чата с Ниной. Вам удобно сейчас говорить?»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Проверка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Номер аккаунта и почта подтверждены. «Если хотите убедиться, что это мы, позвоните по номеру с нашего сайта».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Выяснение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Пересказ зачитан из заметок. Вчера вечером ещё два обрыва, в 20:15 и 21:40.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Ожидание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«Можно попросить вас подождать на линии около 2 минут, пока я проверю линию?» Вернулся через 90 секунд.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Решение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Потеря сигнала на порту в уличном шкафу. Линия переключена на новый порт, проверка без ошибок.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Подтверждение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«Сегодня в 21:00 я ещё раз проверю линию и до 21:30 напишу вам на почту. Также вы получите перерасчёт 10 $ за четыре вечера». Майя: да.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Завершение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«Могу ли я ещё чем-то помочь до вашего звонка в четверг?» Нет. Звонок завершён в 09:44.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Запись в журнале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Дата, канал, клиент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октября 2026, 21:04, чат, Майя Коллинз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Причина, серьёзность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Техническая проблема, Высокая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Влияние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Обрывы каждый вечер; звонок с клиентом в четверг в 9:00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Проверка пройдена, первый ответ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Да, 1 минута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Решено с первого обращения, передано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Нет, Нет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Обратный звонок обещан до, выполнен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октября 10:00, выполнен в 09:32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Следующий шаг, подтверждено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Повторная проверка в 21:00, письмо до 21:30. Да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Ответственный, статус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Том Рейес, Закрыт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Проверка завершения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Пункт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Записано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Статус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Следующий шаг подтверждён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Чат 21:12 (обратный звонок), звонок 09:43 (повторная проверка, перерасчёт)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Готово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Запись в журнале заполнена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Все поля заполнены, статус «Закрыт»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Готово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Задача на обратный звонок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«Исполнитель» Том, «Дедлайн» 7 октября 10:00, «Отметить выполненной» в 09:44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Готово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Вымышленная компания и клиент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Адаптируйте скрипты под свою отрасль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Порядок остаётся прежним. Меняется то, что вы проверяете, что можно обещать и кто отвечает за следующий шаг.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Клиника или стоматология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Прежде чем что-либо обсуждать, проверьте ФИО и дату рождения. Медицинские вопросы передавайте врачу и называйте время обратного звонка. Если звонящий описывает экстренную ситуацию, скажите ему немедленно позвонить в местную службу экстренной помощи.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 не обещайте: </w:t>
      </w:r>
      <w:r>
        <w:rPr>
          <w:rFonts w:ascii="Calibri" w:hAnsi="Calibri" w:cs="Calibri" w:eastAsia="Calibri"/>
          <w:b w:val="0"/>
          <w:color w:val="5D5A70"/>
          <w:sz w:val="21"/>
        </w:rPr>
        <w:t>Диагноз, стоимость лечения или сумму, которую оплатит страховая.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Интернет-магазин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Проверяйте по номеру заказа и почте, указанной при оформлении. Если товар пришёл повреждённым, попросите фото. Держите ссылку для отслеживания и сроки возврата в сохранённых ответах.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 не обещайте: </w:t>
      </w:r>
      <w:r>
        <w:rPr>
          <w:rFonts w:ascii="Calibri" w:hAnsi="Calibri" w:cs="Calibri" w:eastAsia="Calibri"/>
          <w:b w:val="0"/>
          <w:color w:val="5D5A70"/>
          <w:sz w:val="21"/>
        </w:rPr>
        <w:t>Дату доставки, которую не назвала служба доставки.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B2B-услуги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Проверьте, что звонящий — уполномоченное контактное лицо в аккаунте, а не просто сотрудник компании. Спросите, сколько пользователей затронуто. Вопросы о договоре, цене и продлении передавайте ответственному за аккаунт.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 не обещайте: </w:t>
      </w:r>
      <w:r>
        <w:rPr>
          <w:rFonts w:ascii="Calibri" w:hAnsi="Calibri" w:cs="Calibri" w:eastAsia="Calibri"/>
          <w:b w:val="0"/>
          <w:color w:val="5D5A70"/>
          <w:sz w:val="21"/>
        </w:rPr>
        <w:t>Функцию, дату или перерасчёт, которых нет в договоре.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Отель, ресторан или площадка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Проверяйте по номеру бронирования и фамилии, а дату включайте в пересказ. Никогда не принимайте данные карты в чате или по почте; используйте платёжную страницу вашей системы бронирования.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Никогда не обещайте: </w:t>
      </w:r>
      <w:r>
        <w:rPr>
          <w:rFonts w:ascii="Calibri" w:hAnsi="Calibri" w:cs="Calibri" w:eastAsia="Calibri"/>
          <w:b w:val="0"/>
          <w:color w:val="5D5A70"/>
          <w:sz w:val="21"/>
        </w:rPr>
        <w:t>Номер или поздний выезд, не подтверждённые в системе бронирования.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Отраслевые версии для стоматологий, интернет-магазинов и B2B-услуг — в блоке «Похожие шаблоны».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Оцените звонок или чат: карта оценки качества из 8 пунктов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Пункт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«Да», когда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1. Приветствие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Названы имя и компания, предложена помощь; в чате ответ в течение 2 минут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2. Проверка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Два факта проверены до любых данных аккаунта; номер карты, код или пароль не запрашивались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3. Выяснение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Пересказ одной фразой, и клиент сказал «да»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4. Решение или передача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 одному шагу с проверкой результата или передача конкретному ответственному со сводкой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5. Ожидание и перевод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Разрешение спрошено до ожидания, возврат на линию в течение 2 минут, тёплый перевод со сводкой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6. Подтверждение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Следующий шаг, кто и когда повторены клиенту, и клиент согласился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7. Завершение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Спрошено, нужно ли что-то ещё; ничего не обещано сверх лимитов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8. Журнал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Запись в журнале заполнена, и для каждого обещанного обратного звонка есть задача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Как пользоваться этими скриптами для службы поддержки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Один раз заполните скобки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Компания, часы работы, телефон, ваши лимиты (вкладка 5) и ответственные (вкладка 7).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Тренируйтесь втроём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Разыграйте пример по ролям: клиент, сотрудник и оценщик с 8 пунктами.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Держите порядок, говорите своими словами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По телефону не пропускайте ни одного шага. В чате вставляйте фразы и заполняйте скобки.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Записывайте каждое обращение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Одна строка на обращение. Для обещанного обратного звонка задача создаётся до конца разговора.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Оценивайте 5 обращений в неделю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На каждого сотрудника. Меняйте скрипт там, где один и тот же пункт раз за разом не проходит.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Настройка в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Переданные чаты появляются в разделе «Онлайн-поддержка» со статусом «Ожидает агента». Нажмите «Принять», прочитайте историю, используйте фразы для чата и нажмите «Решить» после проверки завершения.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На тарифе Growth: «Настройки» &gt; «Сохраненные ответы» &gt; «Новый ответ», заполните «Ярлык» (например /verify), «Заголовок», «Текст ответа» и включите «Поделиться с командой». Введите ярлык в поле ответа чата.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Для каждого обещанного обратного звонка: «Задачи» &gt; «Новая задача» с полями «Исполнитель», «Дедлайн» и «Приоритет»; включите «Сводка статуса требуется при завершении». Каждое утро проверяйте «На сегодня» и «Просроченные».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Записывайте пересказ и следующий шаг в «Заметки» контакта. Добавьте по одному тегу на каждую причину обращения: «Настройки» &gt; «Теги разговоров» &gt; «Новый тег».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«Мои боты» &gt; выберите бота &gt; вкладка «Поведение» &gt; «Оценки удовлетворенности»: оценка звёздами после завершения чата, видна в разделе «Аналитика», показатель «Удовлетворенность».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В CRMsoftware.pro нет телефонной системы колл-центра: нет очередей звонков, перевода звонков и записи разговоров. Звоните со своего телефона и записывайте звонки в журнал. Передача человеку: Launch, 19 $ в месяц при оплате за год, 8 пользователей. Сохранённые ответы: Growth, 49 $. Free: AI-чат и базовые задачи для 3 пользователей.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Еженедельный разбор, 20 минут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Просроченных обратных звонков ноль, или для каждого есть новая задача.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Сначала займитесь причиной с самой низкой долей решённых с первого обращения.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Пункт оценки, который чаще всего не проходит, становится темой тренировки на следующей неделе.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Бесплатный шаблон от CRMsoftware.pro. Данные в примере вымышлены.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https://crmsoftware.pro/ru/templates/customer-service-script-templates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Скрипты для службы поддержки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