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Шаблоны писем эскалации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Дерево контактов эскалации и письма на его основе: ответственному, руководителю, поставщику и клиенту, напоминание, если нет ответа, срочный вариант и итоговое письмо. От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Сначала заполните дерево контактов во вкладке 1. Затем замените каждое слово в [скобках] фактами случая и отправьте вкладку, которая подходит к ситуации. Записывайте каждую эскалацию в журнал эскалаций Excel.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Шаблоны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Дерево контактов эскалации: кто за что отвечает и к какому сроку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Полей в строке: 5 · Ответ: «Беру на себя», шаг, время · Пересмотр: Раз в квартал и после пропуска · Третья ступень: Дежурные инженерные команды работают по той же схеме: второй дежурный подхватывает то, что пропустил основной, затем подключается вся команда. В малом бизнесе третья ступень — обычно основатель.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Каждый шаблон письма эскалации на этой странице берёт факты из одной таблицы: дерева контактов эскалации, которое ещё называют матрицей эскалации. Одна строка на категорию проблемы, пять полей в строке. Заполните таблицу один раз и поделитесь ею с командой.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Строка дерева (одна на категорию проблемы): </w:t>
      </w:r>
      <w:r>
        <w:rPr>
          <w:rFonts w:ascii="Calibri" w:hAnsi="Calibri" w:cs="Calibri" w:eastAsia="Calibri"/>
          <w:b w:val="0"/>
          <w:color w:val="15131F"/>
          <w:sz w:val="21"/>
        </w:rPr>
        <w:t>Категория проблемы: [категория]</w:t>
        <w:br/>
        <w:t>Основной ответственный: [имя, должность, телефон]</w:t>
        <w:br/>
        <w:t>Резервный ответственный: [имя, должность, телефон]</w:t>
        <w:br/>
        <w:t>Часы работы: [когда с ними можно связаться, например пн–пт 9:00–17:00]</w:t>
        <w:br/>
        <w:t>Срок ответа: Критический [30 минут] / Высокий [2 часа] / Обычный [24 часа]</w:t>
        <w:br/>
        <w:t>Запасной план: [что происходит, если до срока никто не ответил]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Уровень и срок ответа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Уровень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Когда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Ответить в течение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Критический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Угроза безопасности, утечка данных или затронуто много клиентов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30 минут, в любое время, по телефону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Высокий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Один клиент не может пользоваться услугой или под угрозой деньги либо обещание к определённой дате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 часа, в часы работы ответственного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Обычный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Есть обходной путь или решение выходит за рамки ваших полномочий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24 часа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Как заполнить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От 5 до 8 категорий: Поломки, доставка, счета, жалобы, сбои, данные: реальные причины, по которым клиенты требуют эскалации.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Один ответственный, один резервный: Конкретные люди, а не общие почтовые ящики. Резервный может принять то же решение.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Часы работы и телефон: Когда с каждым ответственным можно связаться; для критических проблем — телефон.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Срок по уровню: Ответ означает «Беру на себя» со следующим шагом и временем, а не решение проблемы.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5. Запасной план: Что происходит, когда срок истёк. Пересматривайте дерево после каждого пропущенного срока.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Пример: дерево контактов Kettlebrook Coffee Service, вымышленной компании, которая сдаёт в аренду и обслуживает офисные кофемашины. Сроки соответствуют таблице уровней.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1.1 Поломка или ремонт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Марко Бьянки, руководитель сервиса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Резервный: </w:t>
      </w:r>
      <w:r>
        <w:rPr>
          <w:rFonts w:ascii="Calibri" w:hAnsi="Calibri" w:cs="Calibri" w:eastAsia="Calibri"/>
          <w:b w:val="0"/>
          <w:color w:val="5D5A70"/>
          <w:sz w:val="21"/>
        </w:rPr>
        <w:t>Рут Окойе, операционный директор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Часы работы: </w:t>
      </w:r>
      <w:r>
        <w:rPr>
          <w:rFonts w:ascii="Calibri" w:hAnsi="Calibri" w:cs="Calibri" w:eastAsia="Calibri"/>
          <w:b w:val="0"/>
          <w:color w:val="5D5A70"/>
          <w:sz w:val="21"/>
        </w:rPr>
        <w:t>пн–пт 7:00–17:00; критические — в любое время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Запасной план: </w:t>
      </w:r>
      <w:r>
        <w:rPr>
          <w:rFonts w:ascii="Calibri" w:hAnsi="Calibri" w:cs="Calibri" w:eastAsia="Calibri"/>
          <w:b w:val="0"/>
          <w:color w:val="5D5A70"/>
          <w:sz w:val="21"/>
        </w:rPr>
        <w:t>Рут в тот же день отправляет подменную кофемашину. Критические: звонить Рут, затем Ханне.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1.2 Доставка или расходники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Рут Окойе, операционный директор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Резервный: </w:t>
      </w:r>
      <w:r>
        <w:rPr>
          <w:rFonts w:ascii="Calibri" w:hAnsi="Calibri" w:cs="Calibri" w:eastAsia="Calibri"/>
          <w:b w:val="0"/>
          <w:color w:val="5D5A70"/>
          <w:sz w:val="21"/>
        </w:rPr>
        <w:t>Надя Флорес, начальник склада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Часы работы: </w:t>
      </w:r>
      <w:r>
        <w:rPr>
          <w:rFonts w:ascii="Calibri" w:hAnsi="Calibri" w:cs="Calibri" w:eastAsia="Calibri"/>
          <w:b w:val="0"/>
          <w:color w:val="5D5A70"/>
          <w:sz w:val="21"/>
        </w:rPr>
        <w:t>пн–пт 6:30–16:00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Запасной план: </w:t>
      </w:r>
      <w:r>
        <w:rPr>
          <w:rFonts w:ascii="Calibri" w:hAnsi="Calibri" w:cs="Calibri" w:eastAsia="Calibri"/>
          <w:b w:val="0"/>
          <w:color w:val="5D5A70"/>
          <w:sz w:val="21"/>
        </w:rPr>
        <w:t>Надя отправляет курьера в тот же день.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1.3 Счета или договор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Лео Парк, бухгалтерия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Резервный: </w:t>
      </w:r>
      <w:r>
        <w:rPr>
          <w:rFonts w:ascii="Calibri" w:hAnsi="Calibri" w:cs="Calibri" w:eastAsia="Calibri"/>
          <w:b w:val="0"/>
          <w:color w:val="5D5A70"/>
          <w:sz w:val="21"/>
        </w:rPr>
        <w:t>Ханна Прайс, основатель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Часы работы: </w:t>
      </w:r>
      <w:r>
        <w:rPr>
          <w:rFonts w:ascii="Calibri" w:hAnsi="Calibri" w:cs="Calibri" w:eastAsia="Calibri"/>
          <w:b w:val="0"/>
          <w:color w:val="5D5A70"/>
          <w:sz w:val="21"/>
        </w:rPr>
        <w:t>пн–пт 9:00–17:00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Запасной план: </w:t>
      </w:r>
      <w:r>
        <w:rPr>
          <w:rFonts w:ascii="Calibri" w:hAnsi="Calibri" w:cs="Calibri" w:eastAsia="Calibri"/>
          <w:b w:val="0"/>
          <w:color w:val="5D5A70"/>
          <w:sz w:val="21"/>
        </w:rPr>
        <w:t>Вопрос забирает Ханна. Возвраты больше 500 $ всегда требуют одобрения Ханны.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1.4 Жалоба или угроза иском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Ханна Прайс, основатель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Резервный: </w:t>
      </w:r>
      <w:r>
        <w:rPr>
          <w:rFonts w:ascii="Calibri" w:hAnsi="Calibri" w:cs="Calibri" w:eastAsia="Calibri"/>
          <w:b w:val="0"/>
          <w:color w:val="5D5A70"/>
          <w:sz w:val="21"/>
        </w:rPr>
        <w:t>Рут Окойе, операционный директор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Часы работы: </w:t>
      </w:r>
      <w:r>
        <w:rPr>
          <w:rFonts w:ascii="Calibri" w:hAnsi="Calibri" w:cs="Calibri" w:eastAsia="Calibri"/>
          <w:b w:val="0"/>
          <w:color w:val="5D5A70"/>
          <w:sz w:val="21"/>
        </w:rPr>
        <w:t>пн–пт 8:00–18:00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Запасной план: </w:t>
      </w:r>
      <w:r>
        <w:rPr>
          <w:rFonts w:ascii="Calibri" w:hAnsi="Calibri" w:cs="Calibri" w:eastAsia="Calibri"/>
          <w:b w:val="0"/>
          <w:color w:val="5D5A70"/>
          <w:sz w:val="21"/>
        </w:rPr>
        <w:t>Рут звонит клиенту в тот же день.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1.5 Сбой или массовая проблема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Рут Окойе, операционный директор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Резервный: </w:t>
      </w:r>
      <w:r>
        <w:rPr>
          <w:rFonts w:ascii="Calibri" w:hAnsi="Calibri" w:cs="Calibri" w:eastAsia="Calibri"/>
          <w:b w:val="0"/>
          <w:color w:val="5D5A70"/>
          <w:sz w:val="21"/>
        </w:rPr>
        <w:t>Ханна Прайс, основатель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Часы работы: </w:t>
      </w:r>
      <w:r>
        <w:rPr>
          <w:rFonts w:ascii="Calibri" w:hAnsi="Calibri" w:cs="Calibri" w:eastAsia="Calibri"/>
          <w:b w:val="0"/>
          <w:color w:val="5D5A70"/>
          <w:sz w:val="21"/>
        </w:rPr>
        <w:t>В любое время, по телефону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Запасной план: </w:t>
      </w:r>
      <w:r>
        <w:rPr>
          <w:rFonts w:ascii="Calibri" w:hAnsi="Calibri" w:cs="Calibri" w:eastAsia="Calibri"/>
          <w:b w:val="0"/>
          <w:color w:val="5D5A70"/>
          <w:sz w:val="21"/>
        </w:rPr>
        <w:t>Звонить Ханне. Писать затронутым клиентам каждый час, пока сбой не устранён.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1.6 Данные или безопасность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Ответственный: </w:t>
      </w:r>
      <w:r>
        <w:rPr>
          <w:rFonts w:ascii="Calibri" w:hAnsi="Calibri" w:cs="Calibri" w:eastAsia="Calibri"/>
          <w:b w:val="0"/>
          <w:color w:val="5D5A70"/>
          <w:sz w:val="21"/>
        </w:rPr>
        <w:t>Ханна Прайс, основатель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Резервный: </w:t>
      </w:r>
      <w:r>
        <w:rPr>
          <w:rFonts w:ascii="Calibri" w:hAnsi="Calibri" w:cs="Calibri" w:eastAsia="Calibri"/>
          <w:b w:val="0"/>
          <w:color w:val="5D5A70"/>
          <w:sz w:val="21"/>
        </w:rPr>
        <w:t>Лео Парк, бухгалтерия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Часы работы: </w:t>
      </w:r>
      <w:r>
        <w:rPr>
          <w:rFonts w:ascii="Calibri" w:hAnsi="Calibri" w:cs="Calibri" w:eastAsia="Calibri"/>
          <w:b w:val="0"/>
          <w:color w:val="5D5A70"/>
          <w:sz w:val="21"/>
        </w:rPr>
        <w:t>В любое время, по телефону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Запасной план: </w:t>
      </w:r>
      <w:r>
        <w:rPr>
          <w:rFonts w:ascii="Calibri" w:hAnsi="Calibri" w:cs="Calibri" w:eastAsia="Calibri"/>
          <w:b w:val="0"/>
          <w:color w:val="5D5A70"/>
          <w:sz w:val="21"/>
        </w:rPr>
        <w:t>Звонить Лео. Сначала заблокировать затронутый аккаунт.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Срок исправления в дереве. Дерево обещает ответ к сроку, а не решение.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Внутреннее письмо эскалации ответственному за проблему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Кому: Основному ответственному · Копия: Резервному, если критично · Срок: Отправка + срок из дерева · Запишите до отправки: Время, клиент, категория, уровень, ответственный и срок: одна строка в журнале Excel.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Отправляйте его, когда стандартное решение не помогло, а проблема в дереве закреплена за другим человеком. Пишите только основному ответственному; резервного ставьте в копию, если проблема критическая или срок уже истёк (вкладка 6).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Эскалация, уровень [Высокий]: [проблема в 5 словах], [клиент], ответ до [время]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 ответственного]!</w:t>
        <w:br/>
        <w:br/>
        <w:t>Передаю вам эту эскалацию как ответственному за [категорию проблемы]. Уровень: [Высокий]. Пожалуйста, ответьте до [срок]: напишите следующий шаг и время.</w:t>
        <w:br/>
        <w:br/>
        <w:t>Клиент: [имя, компания, контакт]</w:t>
        <w:br/>
        <w:t>Проблема: [что не так, в одном-двух предложениях]</w:t>
        <w:br/>
        <w:t>Последствия: [кого это затрагивает, что они не могут сделать, что под угрозой и к какому сроку]</w:t>
        <w:br/>
        <w:t>Что уже сделано: [шаг, время], [шаг, время]. Результат: [результат]</w:t>
        <w:br/>
        <w:t>Просьба: [одна чёткая просьба, например выезд техника до четверга]</w:t>
        <w:br/>
        <w:br/>
        <w:t>Клиент получит от нас обновление до [время обновления для клиента]. Если до [срок] от вас не будет ответа, я передам вопрос [резервному ответственному], как предусмотрено деревом контактов. История чата есть в карточке контакта в [где хранится запись].</w:t>
        <w:br/>
        <w:br/>
        <w:t>[Ваше имя], [должность]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Передача другой команде (следующий шаг за ней):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Передаю вашей команде [проблему] клиента [клиент], потому что следующий шаг, [следующий шаг], за вами. Уровень: [Обычный]. Ответьте до [срок]. Уже подтверждено: [факты]. Клиенту сообщили: [обновление и время]. Если до [срок] никто не возьмёт вопрос, он перейдёт к [резервному ответственному]. [Ваше имя]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Заполните перед отправкой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Категория, уровень, ответственный и резервный из строки дерева.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Срок: время отправки плюс срок из дерева.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Последствия в фактах и что уже сделано, со временем.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Одна просьба, на которую можно ответить «да», «нет» или временем.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Клиенту результат от имени ответственного. Обещайте только время следующего обновления.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Письмо эскалации руководителю: пример запроса решения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Просите: Одно решение · Включите: 2 варианта и ваш выбор · Нет ответа: Ваше действие по умолчанию · Если руководитель молчит: Действуйте по запасному плану и прямо скажите об этом: «Ставлю в копию [резервного], потому что срок прошёл». Никогда не обходите человека молча.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Используйте, когда следующий шаг — решение, которое выходит за рамки ваших полномочий: исключение из правил, сумма выше вашего лимита, клиент, которого вы можете потерять.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Нужно решение до [время]: [проблема], клиент [клиент]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 руководителя]!</w:t>
        <w:br/>
        <w:br/>
        <w:t>Мне нужно ваше решение по [проблеме] клиента [клиент] до [срок]. Это за рамками моих полномочий, потому что [причина, например возврат больше моего лимита в 100 $].</w:t>
        <w:br/>
        <w:br/>
        <w:t>Последствия: [кого это затрагивает, что под угрозой и к какому сроку]</w:t>
        <w:br/>
        <w:t>Что уже сделано: [шаги, с датами]</w:t>
        <w:br/>
        <w:t>Вариант 1: [вариант], стоимость [сумма], результат [результат]</w:t>
        <w:br/>
        <w:t>Вариант 2: [вариант], стоимость [сумма], результат [результат]</w:t>
        <w:br/>
        <w:t>Рекомендую вариант [номер], потому что [одна причина].</w:t>
        <w:br/>
        <w:br/>
        <w:t>Если до [срок] ответа не будет, я [действие по умолчанию в рамках моих полномочий]. Можно и созвониться на 5 минут: [телефон].</w:t>
        <w:br/>
        <w:br/>
        <w:t>[Ваше имя], [должность]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Короткий вариант для командного чата: </w:t>
      </w:r>
      <w:r>
        <w:rPr>
          <w:rFonts w:ascii="Calibri" w:hAnsi="Calibri" w:cs="Calibri" w:eastAsia="Calibri"/>
          <w:b w:val="0"/>
          <w:color w:val="15131F"/>
          <w:sz w:val="21"/>
        </w:rPr>
        <w:t>[Имя руководителя], нужно решение до [время]: [проблема], клиент [клиент]. Вариант 1: [вариант]. Вариант 2: [вариант]. Рекомендую [номер], потому что [причина]. Подробности в письме. Если до [время] ответа не будет, делаю [действие по умолчанию].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Заполните перед отправкой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Нужное решение — в теме и в первом предложении.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Почему это за рамками ваших полномочий.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Два варианта со стоимостью и результатом и ваш выбор.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Срок и ваше действие по умолчанию в рамках ваших полномочий.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Клиенту исключение, пока руководитель не согласился. Скажите, что запросили решение, и когда отправите обновление.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Письмо эскалации поставщику или подрядчику с доказательствами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Кому: Аккаунт-менеджеру · Приложите: Доказательства с датами · Просите: Ответственного и дату · Пишите для третьего читателя: Факты, даты и номера, без эпитетов. Если дело дойдёт до требования компенсации, это письмо станет его кратким изложением.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Используйте, когда обычная поддержка поставщика застряла: у заявки нет ответственного, запчасть не приходит, обещанная дата прошла. Пишите аккаунт-менеджеру, а не только в очередь заявок, и пусть срочность показывают даты и суммы.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Эскалация: заявка [номер заявки], открыта с [дата], нужен конкретный ответственный до [дата]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Я эскалирую заявку [номер заявки], открытую [дата], потому что обычная поддержка её не решила, а теперь это затрагивает наших клиентов.</w:t>
        <w:br/>
        <w:br/>
        <w:t>Проблема: [что не так, в одном предложении]</w:t>
        <w:br/>
        <w:t>Последствия для нас: [сколько клиентов затронуто, сколько часов или заказов потеряно, какие деньги под угрозой]</w:t>
        <w:br/>
        <w:t>История:</w:t>
        <w:br/>
        <w:t>- [дата]: сообщили через [канал], номер [номер обращения]</w:t>
        <w:br/>
        <w:t>- [дата]: напомнили, ответ: [что ответили]</w:t>
        <w:br/>
        <w:t>- [дата]: напомнили, ответа нет</w:t>
        <w:br/>
        <w:t>Доказательства во вложении: [фото, скриншоты, подтверждения заказов, логи]</w:t>
        <w:br/>
        <w:t>Наш договор: [номер договора и срок ответа, который он устанавливает, если есть]</w:t>
        <w:br/>
        <w:br/>
        <w:t>Просьба: до [дата и время] назначить конкретного ответственного и назвать дату решения. Если к этому времени не будет ни того, ни другого, я [следующий шаг, например попрошу вашего руководителя назначить ответственного].</w:t>
        <w:br/>
        <w:br/>
        <w:t>[Ваше имя], [должность], [компания], [телефон]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Второе напоминание, если поставщик не отвечает: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Напоминаю о моей эскалации от [дата] по заявке [номер заявки]. В ней была просьба до [срок] назначить конкретного ответственного и назвать дату решения, но пока нет ни того, ни другого. Последствия теперь такие: [новые последствия], поэтому я [какой шаг уже сделан]. Если сегодня назовёте ответственного, я с удовольствием продолжу работать с вами. [Ваше имя]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Что приложить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Номер заявки или заказа и дату, когда вы впервые сообщили о проблеме.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Каждое напоминание с датой и ответом.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Фото, скриншоты или логи с датами и условия договора, которые устанавливают срок ответа.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Клиенту дату, которую поставщик не подтвердил письменно. Скажите, что вы запросили и когда отправите обновление.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Письмо клиенту об эскалации: кто ведёт вопрос и когда следующее обновление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Отправить в течение: 15 минут · Время обновления: После срока ответственного · Назовите: Ответственного и должность · Если ответственный меняется: В следующем обновлении скажите, кто теперь ведёт вопрос, иначе новое имя выглядит как потерянное обращение.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Отправьте его в течение 15 минут после внутренней эскалации, в том канале, где пишет клиент: кто занимается проблемой, когда вы напишете в следующий раз и что клиенту нужно сделать.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Вопрос о [проблеме] передан [ответственному], обновление до [время]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Спасибо за терпение, пока мы пробовали [что уже сделано]. Это не решило [проблему], поэтому вопрос передан на уровень выше.</w:t>
        <w:br/>
        <w:br/>
        <w:t>Кто ведёт вопрос: [имя ответственного], [должность ответственного], отвечает у нас за [категорию проблемы].</w:t>
        <w:br/>
        <w:t>Номер обращения: [номер]</w:t>
        <w:br/>
        <w:t>Следующее обновление: до [время и день], даже если проблема ещё не будет решена.</w:t>
        <w:br/>
        <w:t>Что нужно от вас: [пока ничего / одно действие]</w:t>
        <w:br/>
        <w:br/>
        <w:t>Ничего не нужно объяснять заново: у [имени ответственного] есть вся история. Если у вас что-то изменится, просто ответьте на это письмо, и оно придёт прямо мне.</w:t>
        <w:br/>
        <w:br/>
        <w:t>[Ваше имя], [должность], 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Вариант для чата: </w:t>
      </w:r>
      <w:r>
        <w:rPr>
          <w:rFonts w:ascii="Calibri" w:hAnsi="Calibri" w:cs="Calibri" w:eastAsia="Calibri"/>
          <w:b w:val="0"/>
          <w:color w:val="15131F"/>
          <w:sz w:val="21"/>
        </w:rPr>
        <w:t>Передаю вопрос дальше: им займётся [имя ответственного], [должность ответственного]. Номер вашего обращения: [номер]. Мы напишем вам сегодня до [время обновления], даже если проблема ещё не будет решена. Повторять ничего не нужно: у [имени ответственного] есть этот чат.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клиент сам потребовал эскалации: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Простите, что дошло до того, что вам пришлось требовать эскалации. Вопрос о [проблеме] вместе со всей историей уже у [имени ответственного] ([должность ответственного]). Номер обращения: [номер], и до [время обновления] вы получите настоящее обновление, а не дежурную отписку. [Ваше имя]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Заполните перед отправкой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Имя и должность ответственного из строки дерева.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Время обновления: срок ответственного плюс примерно 20 минут.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Одно действие для клиента или «пока ничего».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Срок исправления, возврат денег или компенсацию, пока ответственный этого не подтвердил. Соблюдайте время обновления, даже если новостей нет.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Нет ответа: письмо-напоминание и переход к запасному плану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Отправить: Когда истёк срок · Кому: Ответственному и резервному · Срок резервного: Половина исходного · После пропущенного срока: Запишите «Передано резервному: Да» и причину. Чаще всего пропуски — это проблемы дерева (нет телефона, неверные часы, ответственный на выезде).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Отправьте его, как только истёк срок, а не на следующий день. Эскалация переходит к резервному ответственному, и одно письмо сообщает об этом обоим. Время обновления для клиента не сдвигается.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Нет ответа до [срок]: [проблема], клиент [клиент], вопрос переходит к [имени резервного]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 ответственного] и [имя резервного]!</w:t>
        <w:br/>
        <w:br/>
        <w:t>[Имя ответственного], на мою эскалацию от [время] по [проблеме] клиента [клиент] не было ответа до [срок]. [Имя резервного], вы резервный ответственный за [категорию проблемы] в нашем дереве контактов, поэтому вопрос сейчас переходит к вам.</w:t>
        <w:br/>
        <w:br/>
        <w:t>Проблема: [проблема], уровень [Высокий]</w:t>
        <w:br/>
        <w:t>Последствия: [последствия, обновлённые, если изменились]</w:t>
        <w:br/>
        <w:t>Что уже сделано: [шаги]</w:t>
        <w:br/>
        <w:t>Просьба: [та же просьба]</w:t>
        <w:br/>
        <w:t>Клиент ждёт обновления до [время обновления для клиента].</w:t>
        <w:br/>
        <w:br/>
        <w:t>[Имя резервного], пожалуйста, ответьте «Беру на себя» и напишите следующий шаг до [срок для резервного]. Если до этого времени никто из вас не ответит, я [третья ступень, например позвоню основателю].</w:t>
        <w:br/>
        <w:br/>
        <w:t>[Ваше имя], [должность]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Третья ступень, если резервный тоже молчит: </w:t>
      </w:r>
      <w:r>
        <w:rPr>
          <w:rFonts w:ascii="Calibri" w:hAnsi="Calibri" w:cs="Calibri" w:eastAsia="Calibri"/>
          <w:b w:val="0"/>
          <w:color w:val="15131F"/>
          <w:sz w:val="21"/>
        </w:rPr>
        <w:t>[Имя], [проблема] клиента [клиент] остаётся без ответа: срок у [ответственного] истёк в [время], у [резервного] — в [время]. Последствия: [последствия]. Обновление для клиента нужно отправить в [время]. Мне нужно, чтобы кто-то один прямо сейчас сказал «Беру на себя», и я позвоню вам в [время].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Обновление для клиента, когда меняется ответственный: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Как и обещали, обновление по [проблеме]: вашим вопросом теперь занимается [имя резервного], [должность резервного]. [Следующий шаг и когда]. Номер обращения прежний: [номер]. [Ваше имя]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Одно напоминание, как только истёк срок, ответственному и резервному вместе.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Резервный получает половину исходного срока: 1 час для уровня «Высокий».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Обновление для клиента уходит вовремя, кто бы ни вёл обращение.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Что «ответственный уже занимается», если никто не ответил. Скажите, кто ведёт вопрос сейчас.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Срочная эскалация или сбой: коротко, для чата или звонка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Ответить в течение: 30 минут · Канал: Сначала телефон · Нет ответа за 15 мин: Звонить резервному · Если не уверены: Если не можете отличить уровень «Критический» от «Высокий», выбирайте более высокий. Понизить уровень потом — это всего один звонок.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Критические проблемы не начинаются с письма. Позвоните ответственному и одновременно отправьте короткое сообщение в командный чат или по SMS. Письмо — это письменная запись после звонка.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Сообщение в командный чат или SMS: </w:t>
      </w:r>
      <w:r>
        <w:rPr>
          <w:rFonts w:ascii="Calibri" w:hAnsi="Calibri" w:cs="Calibri" w:eastAsia="Calibri"/>
          <w:b w:val="0"/>
          <w:color w:val="15131F"/>
          <w:sz w:val="21"/>
        </w:rPr>
        <w:t>СРОЧНО, критический уровень: [проблема] с [время]. Затронуто: [кто и сколько]. Пробовали: [одна строка]. [Имя ответственного], пожалуйста, позвоните мне сейчас: [телефон]. Нет ответа до [время]: звоню [резервному].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Скрипт звонка: </w:t>
      </w:r>
      <w:r>
        <w:rPr>
          <w:rFonts w:ascii="Calibri" w:hAnsi="Calibri" w:cs="Calibri" w:eastAsia="Calibri"/>
          <w:b w:val="0"/>
          <w:color w:val="15131F"/>
          <w:sz w:val="21"/>
        </w:rPr>
        <w:t>[Имя ответственного], добрый день, это [ваше имя], критическая эскалация. [Проблема] с [время], затронуто: [кто и сколько]. Уже сделано: [одна строка]. Мне нужно, чтобы вы [просьба]. Можете взять это прямо сейчас?</w:t>
        <w:br/>
        <w:t>Если да: я сообщу клиентам, что вопросом занимаетесь вы и что следующее обновление будет в [время].</w:t>
        <w:br/>
        <w:t>Если нет: кому мне позвонить?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Голосовая почта: </w:t>
      </w:r>
      <w:r>
        <w:rPr>
          <w:rFonts w:ascii="Calibri" w:hAnsi="Calibri" w:cs="Calibri" w:eastAsia="Calibri"/>
          <w:b w:val="0"/>
          <w:color w:val="15131F"/>
          <w:sz w:val="21"/>
        </w:rPr>
        <w:t>[Имя ответственного], это [ваше имя], критическая эскалация: [проблема в одном предложении]. Пожалуйста, перезвоните мне на [телефон] в течение 15 минут. После [время] я звоню [резервному].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 после звонка: </w:t>
      </w:r>
      <w:r>
        <w:rPr>
          <w:rFonts w:ascii="Calibri" w:hAnsi="Calibri" w:cs="Calibri" w:eastAsia="Calibri"/>
          <w:b w:val="0"/>
          <w:color w:val="15131F"/>
          <w:sz w:val="21"/>
        </w:rPr>
        <w:t>Тема: Критическая эскалация: [проблема], ответственный [имя], следующее обновление в [время]</w:t>
        <w:br/>
        <w:br/>
        <w:t>Наш звонок в [время]: [проблема] с [время], затронуто: [кто]. Ответственный: [имя], дальше: [следующий шаг]. Клиентам сообщили: [что и когда]. Следующее обновление для клиентов: [время].</w:t>
        <w:br/>
        <w:br/>
        <w:t>[Ваше имя]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Причину или срок исправления во время сбоя. Обещайте время следующего обновления и отправьте его, даже если ничего не изменилось.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Закрытие эскалации: итог, вывод и запись в журнале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Закрыть, когда: 3 проверки пройдены · Вывод: Одно предложение · Изменение дерева: Ответственный и дата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Эскалация закрыта, только когда ответственный письменно подтвердил итог, клиенту сообщили, а в строке журнала стоит дата закрытия.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Решено: [проблема], обращение [номер]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 клиенту: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Коротко о том, как решился ваш вопрос, для ваших записей.</w:t>
        <w:br/>
        <w:br/>
        <w:t>Что случилось: [проблема, в одном предложении]</w:t>
        <w:br/>
        <w:t>Что мы сделали: [итог, с датами]</w:t>
        <w:br/>
        <w:t>Кто занимался: [имя ответственного], [должность ответственного]</w:t>
        <w:br/>
        <w:t>Что мы изменили: [одно предложение или «ничего не потребовалось»]</w:t>
        <w:br/>
        <w:br/>
        <w:t>Если проблема вернётся, ответьте на это письмо, указав номер обращения [номер], и оно придёт прямо мне.</w:t>
        <w:br/>
        <w:br/>
        <w:t>[Ваше имя], [должность], 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Внутренняя заметка о закрытии: </w:t>
      </w:r>
      <w:r>
        <w:rPr>
          <w:rFonts w:ascii="Calibri" w:hAnsi="Calibri" w:cs="Calibri" w:eastAsia="Calibri"/>
          <w:b w:val="0"/>
          <w:color w:val="15131F"/>
          <w:sz w:val="21"/>
        </w:rPr>
        <w:t>Закрыто: [номер], [категория проблемы], [уровень], [клиент]</w:t>
        <w:br/>
        <w:t>Итог подтвердил: [имя ответственного], [дата]</w:t>
        <w:br/>
        <w:t>Ответ в срок: [Да или Нет]. Передано резервному: [Да или Нет]</w:t>
        <w:br/>
        <w:t>Клиенту сообщили: [дата и канал]</w:t>
        <w:br/>
        <w:t>Вывод: [одно предложение: что вызвало эскалацию или задержку]</w:t>
        <w:br/>
        <w:t>Изменение в дереве: [изменение, ответственный и дата или «нет»]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Проверка завершения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Проверка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Готово, когда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Заполненный пример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Ответственный подтвердил итог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Письменно: письмо, сводка статуса задачи или заметка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Марко, 7 октября, 10:05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Клиенту сообщили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Отправлено, а не только сохранено в черновиках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Итоговое письмо, 7 октября, 10:15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Строка журнала закрыта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Итог и дата закрытия заполнены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Закрыто 7 октября 2026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Молчание ничего не решает: </w:t>
      </w:r>
      <w:r>
        <w:rPr>
          <w:rFonts w:ascii="Calibri" w:hAnsi="Calibri" w:cs="Calibri" w:eastAsia="Calibri"/>
          <w:b w:val="0"/>
          <w:color w:val="5D5A70"/>
          <w:sz w:val="21"/>
        </w:rPr>
        <w:t>Клиент, который не отвечает, не держит эскалацию открытой. Её держит открытой ответственный, который так и не подтвердил итог.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Итоги: </w:t>
      </w:r>
      <w:r>
        <w:rPr>
          <w:rFonts w:ascii="Calibri" w:hAnsi="Calibri" w:cs="Calibri" w:eastAsia="Calibri"/>
          <w:b w:val="0"/>
          <w:color w:val="5D5A70"/>
          <w:sz w:val="21"/>
        </w:rPr>
        <w:t>Исправлено, Замена или возврат денег, Обходной путь согласован, Отказ с объяснением причины, Передано поставщику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Пример: Эскалация из-за неработающей кофемашины: ответственный молчит, вопрос взял резервный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Офисная кофемашина ломается второй раз за три недели, за два дня до завтрака с клиентами. Джесс, руководитель поддержки, эскалирует проблему ответственному из дерева контактов и говорит клиентке, когда та получит новости. Ответственный пропускает 2-часовой срок, вопрос берёт резервный, и клиентка вовремя получает обновление.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наша кофемашина на 3-м этаже снова показывает ошибку E14 и не греет. Уже второй раз за месяц. А в четверг у нас завтрак с клиентами.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Простите за неудобства, Лаура. Подскажите, пожалуйста, номер машины на наклейке сзади и есть ли протечка или запах гари?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KB-1142. Не течёт, гарью не пахнет, просто не греет. 40 человек сидят без кофе.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Спасибо. Передаю этот чат нашей команде поддержки. Повторять ничего не придётся.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Джесс (руководитель поддержки):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Лаура, это Джесс, руководитель поддержки. Пожалуйста, выключите машину из розетки, подождите 10 минут, а затем запустите цикл удаления накипи.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Сделала. Всё равно E14.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Джесс (руководитель поддержки):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что попробовали. Я передала вопрос Марко Бьянки, нашему руководителю сервиса. Номер вашего обращения: ESC-031. Мы напишем вам сегодня до 12:00, даже если ремонт ещё не будет закончен.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Письмо эскалации ответственному, 6 октября, 09:41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Категория проблемы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Поломка или ремонт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Уровень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Высокий: под угрозой завтрак с клиентами 8 октября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Ответственный и резервный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Марко Бьянки, руководитель сервиса; Рут Окойе, операционный директор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Срок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 часа: ответ до 11:41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Запасной план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Рут в тот же день отправляет подменную кофемашину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Последствия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40 сотрудников без кофе; вторая поломка с 15 сентября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Что уже сделано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Выключение на 10 минут, затем цикл удаления накипи: всё равно E14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Просьба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Выезд техника до четверга или подменная кофемашина сегодня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Что было дальше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Время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Событие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Кто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09:45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Клиенту сообщили: ответственный, номер ESC-031, обновление до 12:00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Джесс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11:41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Срок истёк: Марко на установке, нет связи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Марко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11:43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Письмо об отсутствии ответа Марко и Рут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Джесс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11:52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«Беру на себя»: подменная кофемашина до 15:00, новая машина в среду в 08:00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Рут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11:58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Клиенту сообщили: вопрос ведёт Рут, подменная кофемашина до 15:00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Джесс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14:40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Подменная кофемашина установлена и работает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Надя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7 окт., 09:20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Новая машина установлена, старая забрана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Марко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Проверка завершения и запись в CRM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Пункт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Записано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Статус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Ответственный подтвердил итог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Марко, сводка статуса задачи, 7 окт., 10:05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Клиенту сообщили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Итоговое письмо, 7 окт., 10:15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Строка журнала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Закрыто 7 октября 2026, передано резервному: Да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Задача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ESC-031, «Исполнитель» изменён с Марко на Рут в 11:43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Вывод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Дни установок считаются нерабочим временем: поломки уровня «Высокий» берёт Рут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Вымышленная компания и клиент</w:t>
      </w:r>
    </w:p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Как пользоваться шаблонами писем эскалации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Заполните дерево контактов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Ответственный, резервный, часы работы, срок и запасной план для каждой категории проблемы на листе «Матрица эскалации».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Эскалируйте и запишите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Отправьте вкладку 2, 3 или 4 с заполненными полями и запишите в журнал строку со сроком.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Сообщите клиенту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Отправьте вкладку 5 в течение 15 минут и укажите время обновления после срока ответственного.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Действуйте, когда истёк срок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Нет ответа: отправьте вкладку 6 ответственному и резервному. Критические проблемы — сначала по телефону (вкладка 7).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Закройте и разберите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Закройте эскалацию вкладкой 8. Раз в месяц разбирайте пропущенные сроки и меняйте дерево, а не только людей.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Настройка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«Мои боты» &gt; выберите бота &gt; вкладка «Подключение»: в «Отправлять уведомления по почте» указывается адрес, на который приходит письмо, когда чату нужна помощь человека; в «Назначенные пользователи» — те, кто может управлять ботом. «Онлайн-поддержка» &gt; «Настройки уведомлений» добавляет «Оповещения по электронной почте», «Оповещения в браузере» и «Мобильные уведомления».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Переданный чат отображается в «Онлайн-поддержке» со статусом «Ожидает агента». Руководитель поддержки нажимает «Принять» и пробует стандартное решение.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Создайте эскалацию: «Задачи» &gt; «Новая задача», «Название задачи» — «ESC-031 Поломка, Высокий», «Исполнитель» — ответственный, «Дедлайн» — срок ответа, «Приоритет» — «Высокий» («Срочный» для уровня «Критический»), «Связанная сделка», если она есть. Включите «Сводка статуса требуется при завершении», чтобы ответственный записал итог до «Отметить выполненной».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Когда истёк срок, проверьте «Просроченные» в «Задачах»: в поле «Исполнитель» укажите резервного и отправьте вкладку 6.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Добавьте чату тег («Настройки» &gt; «Теги разговоров» &gt; «Новый тег», «Эскалировано») и запишите хронологию, итог и вывод в «Заметки» контакта.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6. На тарифе Growth сохраните вариант для чата из вкладки 5: «Настройки» &gt; «Сохраненные ответы» &gt; «Новый ответ», «Ярлык» (например /escalated), «Заголовок», «Текст ответа», «Поделиться с командой».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В CRMsoftware.pro нет автоматических правил эскалации и функции матрицы эскалации: дерево — это ваш документ, а следите вы за дедлайном задачи. Передача человеку: Launch, 19 $ в месяц при оплате за год, 8 пользователей. Сохранённые ответы: Growth, 49 $. Free: AI-чат и базовые задачи для 3 пользователей.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Ежемесячный разбор эскалаций, 20 минут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Доля ответов в срок по каждой категории достигает вашей цели.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Причина, которая повторяется в строках «Передано резервному», ведёт к изменению дерева.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 каждой закрытой строке есть итог, «Клиенту сообщили» = «Да» и дата закрытия.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Бесплатный шаблон от CRMsoftware.pro. Данные примера вымышлены.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https://crmsoftware.pro/ru/templates/escalation-email-templates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Шаблоны писем эскалации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