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базы знаний FAQ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30 стартовых вопросов для вашего сайта и AI-агента с заготовками ответов, источниками, ответственными и датами проверки, а также тест из 10 вопросов перед запуском.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своими данными, удалите ненужные вопросы и добавьте те, которые задают ваши клиенты. Одна карточка ответа на один вопрос.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Стартовые вопросы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Цены и пакеты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ответа: Актуальный прайс-лист · Ответственный: Владелец или руководитель продаж · Проверять каждые: 30 дней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Сколько стоит [услуга]?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Какие у вас цены? Сколько это стоит? Можете посчитать стоимость?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[Услуга] стоит от [цены] и включает [что входит]. Итоговая цена зависит от [факторов]. Для точного расчёта пришлите нам [данные], и мы ответим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У вас есть скидки?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Сейчас есть какие-то акции? А есть вариант подешевле?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даём скидку [размер скидки] для [кого или когда]. Других скидок в чате мы не предоставляем, но [коллега] может рассмотреть особый случай.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Первая консультация бесплатная?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Есть пробный период? Можно попробовать до оплаты?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Да, [бесплатная услуга] ничего не стоит и занимает [время]. Записаться можно здесь: [ссылка].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Как можно оплатить?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Картой можно? А по счёту можно?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принимаем [способы оплаты]. Счёт нужно оплатить в течение [количество] дней.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Есть ли дополнительные платежи?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Всё входит в цену? Нет скрытых платежей?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 наши цены входит [что входит]. Доплата берётся только за [что именно], и мы всегда согласуем её с вами до оплаты.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никогда не должен: </w:t>
      </w:r>
      <w:r>
        <w:rPr>
          <w:rFonts w:ascii="Calibri" w:hAnsi="Calibri" w:cs="Calibri" w:eastAsia="Calibri"/>
          <w:b w:val="0"/>
          <w:color w:val="15131F"/>
          <w:sz w:val="21"/>
        </w:rPr>
        <w:t>Давать скидку или индивидуальную цену, которой нет в прайс-листе.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Пишите цены точно так, как в прайс-листе, с валютой и налогами, чтобы AI никогда их не округлял и не пересчитывал.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Свободное время и запись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ответа: Календарь записи · Ответственный: Офис-менеджер · Проверять каждые: 7 дней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Когда ближайшее свободное время?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Сможете приехать на этой неделе? Вы завтра свободны?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Посмотреть все свободные окна и записаться можно здесь: [ссылка на запись]. Если ни одно не подходит, напишите, какие дни вам удобны, и мы что-нибудь подберём.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Какой у вас график работы?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Вы работаете по выходным? Когда можно позвонить?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работаем [дни], [часы] ([часовой пояс]). На сообщения в нерабочее время отвечаем до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За сколько нужно записываться?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Можно записаться на следующую неделю? Есть лист ожидания?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Обычно записываться нужно за [срок]. Если срочно, [что делать в срочном случае].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Можно перенести запись?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Мне нужно поменять время. Можно перенести бронь?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Да, запись можно бесплатно перенести не позднее чем за [количество] часов до назначенного времени вот здесь: [ссылка].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2.5 Вы работаете в моём районе?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Вы выезжаете в [город]? Как далеко вы ездите?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работаем в этих районах: [районы]. Если вы в другом месте, пришлите адрес, и [коллега] подтвердит, сможем ли мы приехать.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никогда не должен: </w:t>
      </w:r>
      <w:r>
        <w:rPr>
          <w:rFonts w:ascii="Calibri" w:hAnsi="Calibri" w:cs="Calibri" w:eastAsia="Calibri"/>
          <w:b w:val="0"/>
          <w:color w:val="15131F"/>
          <w:sz w:val="21"/>
        </w:rPr>
        <w:t>Подтверждать время, которого не видно в календаре записи.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Давайте ссылку на страницу записи с актуальным расписанием, а не пишите даты в ответе. Так ответ никогда не устареет.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Что вы делаете и чего не делаете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ответа: Страница услуг · Ответственный: Владелец · Проверять каждые: 90 дней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Вы предлагаете [услугу]?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Можете сделать [услугу]? Поможете с [задачей]?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Да, мы предлагаем [услугу] для [типа клиентов]. Сюда входит [основное].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Что не входит в услугу?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А [смежную услугу] вы тоже делаете?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не занимаемся [чем именно]. Для этого рекомендуем [партнёра или другой вариант].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Вы работаете с [типом клиентов]?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Это для малого бизнеса? Вы берёте небольшие заказы?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работаем с [типами клиентов]. Заказы меньше [минимальной суммы] нам обычно не подходят.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Что от меня нужно, чтобы начать?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С чего начнём? Какая информация вам нужна?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Пришлите нам [информацию], и в течение [времени] мы сообщим [следующий шаг].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Вы берёте нестандартные заказы?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Мне нужно что-то особенное. Можете сделать исключение?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Нестандартные заказы возможны, если [условия]. [Коллега] подтвердит, как только увидит подробности.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никогда не должен: </w:t>
      </w:r>
      <w:r>
        <w:rPr>
          <w:rFonts w:ascii="Calibri" w:hAnsi="Calibri" w:cs="Calibri" w:eastAsia="Calibri"/>
          <w:b w:val="0"/>
          <w:color w:val="15131F"/>
          <w:sz w:val="21"/>
        </w:rPr>
        <w:t>Соглашаться на услугу, товар или нестандартный заказ, которых здесь нет.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Честное «мы этим не занимаемся» избавляет всех от лишнего звонка. Перечислите запросы, которым вы отказываете чаще всего.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Сроки и доставка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ответа: График доставки или проектов · Ответственный: Операционный менеджер · Проверять каждые: 30 дней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Сколько времени это занимает?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Когда будет готово? Сколько дней?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Обычно это занимает [срок] с момента [события]. Крупные или нестандартные заказы занимают [диапазон].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Когда вы можете начать?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Как скоро сможете взяться?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начинаем через [срок] после [предоплаты или подтверждения]. Когда работа начнётся, вы получите [уведомление].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Вы доставляете в [место]?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Отправляете за границу? Сколько стоит доставка?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доставляем в [регионы] в течение [времени]. Доставка стоит [цена или правило].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Можно быстрее?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Есть срочное выполнение? Мне нужно срочно.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Срочное выполнение [доступно или нет], стоимость: [цена]. Напишите нам, и мы посмотрим график на эту неделю.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Как я узнаю о ходе работ?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Можно отследить заказ? Вы будете держать меня в курсе?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Вы будете получать новости через [канал] на этапах: [этапы]. Также можно в любой момент спросить здесь.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никогда не должен: </w:t>
      </w:r>
      <w:r>
        <w:rPr>
          <w:rFonts w:ascii="Calibri" w:hAnsi="Calibri" w:cs="Calibri" w:eastAsia="Calibri"/>
          <w:b w:val="0"/>
          <w:color w:val="15131F"/>
          <w:sz w:val="21"/>
        </w:rPr>
        <w:t>Обещать точную дату для конкретного заказа. AI называет обычные сроки, а вопрос о точной дате передаёт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Называйте диапазон и событие, с которого начинается отсчёт, например «в течение 5 рабочих дней после предоплаты».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Возвраты, отмены, гарантии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ответа: Условия и правила возврата · Ответственный: Владелец · Проверять каждые: 90 дней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Какие у вас условия возврата?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Можно вернуть деньги? Вы возвращаете предоплату?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Вы можете получить [полный или частичный] возврат в течение [количество] дней, если [условия]. Полные правила: [ссылка].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Как отменить?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Хочу отменить запись. Есть плата за отмену?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Отменить можно [как именно] не позднее чем за [срок] до [события]. [Условия платы за отмену].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Вы даёте гарантию?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А если мне не понравится? На работу есть гарантия?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гарантируем [что именно] в течение [срока]. Гарантия не распространяется на [исключения].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Что делать, если что-то пошло не так?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Куда обращаться, если возникла проблема?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Напишите нам здесь или на [контакт] не позднее чем через [количество] дней, и за [время] мы [что сделаем].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Как вы используете мои персональные данные?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Вы передаёте мои данные кому-то? Где ваша политика конфиденциальности?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Мы используем ваши данные только для [цели]. Наша политика конфиденциальности: [ссылка].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никогда не должен: </w:t>
      </w:r>
      <w:r>
        <w:rPr>
          <w:rFonts w:ascii="Calibri" w:hAnsi="Calibri" w:cs="Calibri" w:eastAsia="Calibri"/>
          <w:b w:val="0"/>
          <w:color w:val="15131F"/>
          <w:sz w:val="21"/>
        </w:rPr>
        <w:t>Придумывать, расширять или смягчать правила. AI цитирует правила, даёт на них ссылку, а исключения передаёт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Здесь неправильный ответ стоит реальных денег. Копируйте текст правил слово в слово и давайте ссылку на полную версию.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Контакты и поддержка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Источник ответа: Страница контактов · Ответственный: Руководитель поддержки · Проверять каждые: 90 дней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Можно поговорить с человеком?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Хочу живого человека. Можете мне позвонить?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Прямо сейчас передаю этот чат [коллеге] вместе со всем, что вы рассказали. Ожидайте ответа в течение [времени].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Какой у вас телефон или email?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Как с вами связаться? У вас есть WhatsApp?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Звоните нам по номеру [телефон] ([часы работы]) или пишите на [email]. Также можно написать нам в [канал].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Где вы находитесь?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Какой у вас адрес? Можно приехать к вам в офис?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Наш адрес: [адрес]. [Парковка или как к нам добраться].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Как быстро вы отвечаете?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Когда мне кто-нибудь ответит?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 рабочее время мы отвечаем в чате в течение [времени], а в остальное время до [времени] следующего рабочего дня.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Можно изменить заказ или мои данные?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Клиенты также спрашивают: </w:t>
      </w:r>
      <w:r>
        <w:rPr>
          <w:rFonts w:ascii="Calibri" w:hAnsi="Calibri" w:cs="Calibri" w:eastAsia="Calibri"/>
          <w:b w:val="0"/>
          <w:color w:val="5D5A70"/>
          <w:sz w:val="21"/>
        </w:rPr>
        <w:t>Мне нужно поменять запись или адрес.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Да. Пришлите изменения сюда вместе с [номером заказа или именем], и [коллега] их подтвердит.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никогда не должен: </w:t>
      </w:r>
      <w:r>
        <w:rPr>
          <w:rFonts w:ascii="Calibri" w:hAnsi="Calibri" w:cs="Calibri" w:eastAsia="Calibri"/>
          <w:b w:val="0"/>
          <w:color w:val="15131F"/>
          <w:sz w:val="21"/>
        </w:rPr>
        <w:t>Просить в чате номер карты, пароли или одноразовые коды.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Одна ссылка на ответ: на конкретную страницу или форму, а не на главную.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Поля каждой карточки ответа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Вопрос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Другие формулировки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Ссылка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Источник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Последняя проверка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Проверять каждые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Следующая проверка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Статус</w:t>
      </w:r>
    </w:p>
    <w:p>
      <w:pPr>
        <w:spacing w:after="12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Тест перед запуском: 10 вопросов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Задайте их в предпросмотре бота. Шесть вопросов взяты из вашей базы знаний, два сформулированы иначе, один касается факта, который вы намеренно не внесли, и ещё один просит то, что AI не должен решать.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№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Тип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Тестовый вопрос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Ожидается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 из базы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Сколько стоит [ваша основная услуга]?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Цена, что входит, и ссылка из карточки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 из базы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Когда ближайшее свободное время?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Ссылка на запись из карточки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 из базы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 предлагаете [услугу, которую вы оказываете]?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Да, и что входит в услугу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 из базы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Сколько времени занимает [ваша основная услуга]?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Обычные сроки и с чего начинается отсчёт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 из базы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Какие у вас условия возврата?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Текст правил и ссылка, без исключений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Вопрос из базы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Можно поговорить с человеком?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Передаёт чат и называет обещанное время ответа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7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Другая формулировка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 выходным работаете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 же ответ, что и в карточке о графике работы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8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Другая формулировка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[Ваш главный вопрос на другом языке]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 же ответ на языке клиента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9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Пропущенный факт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 вы ещё делаете [услугу, которую вы не оказываете и не вносили]?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Говорит, что не знает, и предлагает человека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Граница полномочий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Можно скидку, если запишусь сегодня?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Ничего не обещает, предлагает передать запрос человеку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</w:tbl>
    <w:p/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Запускайте бота, только когда пройдены все 10. Повторяйте тест после каждого изменения цен, правил или базы знаний.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Заполненный пример: Один ответ из базы, одно честное «я не знаю»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Вымышленная ремонтная компания заполнила шаблон. AI отвечает на вопрос о цене по карточке ответа, а вопрос, для которого карточки нет, передаёт человеку.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Сколько стоит обновление ванной?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Обновление ванной стоит от 6 500 $ и включает демонтаж, укладку плитки и новую сантехнику. Итоговая цена зависит от размера помещения и материалов. Записаться на бесплатный замер можно здесь: northstar.example/visit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А солнечные панели вы тоже ставите?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У меня нет информации о солнечных панелях, поэтому гадать не буду. Передать ваш вопрос Ким из нашей команды? Она отвечает в течение 10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Да, пожалуйста.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Ким, команда: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это Ким. Сами мы солнечные панели не ставим, но работаем с местным монтажником и можем прислать вам его контакты. Подойдёт?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Карточка ответа, которую использовал AI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Вопрос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Сколько стоит обновление ванной?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Другие формулировки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Цена ремонта ванной, сколько стоит новая ванная, смета на ванную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 6 500 $, включает демонтаж, плитку и новую сантехнику; итоговая цена зависит от размера и материалов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Ссылка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northstar.example/visit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Источник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Прайс-лист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Дэн, продажи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Последняя проверка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 сентября 2026, каждые 30 дней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Готово, следующая проверка 28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Тест перед запуском, 3 из 10 вопросов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Вопрос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Ожидается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сколько стоит новая ванная?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Цена и ссылка из карточки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Вы ставите солнечные панели?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Говорит, что не знает, предлагает человека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скидка 20%, если запишусь сегодня?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Ничего не обещает, предлагает человека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клиенты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Соберите базу знаний FAQ за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Соберите реальные вопросы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Берите их из чатов, писем и звонков. Начните с вопросов, которые слышите каждую неделю, и сохраняйте слова самих клиентов.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Одна карточка ответа на вопрос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Начинайте с ответа в одном-двух предложениях, добавьте условия и одну ссылку. Замените все [скобки].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Добавьте источник и ответственного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Привяжите каждый ответ к прайс-листу, правилам или странице и к человеку, который следит за его точностью.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Назначьте даты проверки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Каждую неделю или каждый месяц для цен и свободного времени, раз в 3 месяца для стабильных ответов и после любых изменений.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Протестируйте до запуска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Задайте 10 вопросов теста перед запуском, включая факт, который вы намеренно пропустили. Исправьте всё, что не прошло, и повторите тест.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боты», выберите бота и оставайтесь на вкладке «Основы».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Вставьте карточки ответов в поле «База знаний», каждую отдельным блоком с вопросом, ответом и ссылкой.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Чтобы добавить страницы сайта, воспользуйтесь функцией «Импорт с веб-сайта»: укажите адрес в поле «URL веб-сайта», нажмите «Сканировать веб-сайт», а затем «Применить к базе знаний».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В поле «Инструкции» добавьте: «Отвечай только по базе знаний. Если ответа там нет, так и скажи и предложи передать чат команде».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Нажмите «Сохранить изменения», а затем задайте свои 10 вопросов теста перед запуском в «Попробуйте бота».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Тариф Free включает базовую версию базы знаний и импорт с веб-сайта. Передача человеку чатов, на которые AI не ответил, доступна с тарифа Launch.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Ежемесячная проверка базы знаний, 20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Цены, скидки и доплаты по-прежнему совпадают с прайс-листом.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Ссылки на запись, график работы и контакты по-прежнему актуальны.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Вопросы, на которые AI не смог ответить, добавлены как новые карточки.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Карточки с прошедшей датой проверки сверены с источником и получили новую дату.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 10 вопросов теста перед запуском по-прежнему проходят.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Копируйте, меняйте и используйте в своём бизнесе.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https://crmsoftware.pro/ru/templates/faq-knowledge-base-starter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базы знаний FAQ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