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Шаблоны ответа на запрос новой функции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Восемь вкладок: первый ответ, который фиксирует запрос, уточнение, обходной путь, «На рассмотрении» или «В планах», вежливый отказ, «Выпущено», 4 ответа в онлайн-чате и оценка с правилами баллов.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Замените каждое слово в [скобках] фактами запроса: задача клиента, частота, влияние на бизнес, обходной путь и граница обещаний. Отправьте первый ответ в течение 1 рабочего дня и добавьте клиента на лист «Авторы запросов» в журнале Excel. Когда решение меняется, отправьте подходящее письмо каждому клиенту, который просил.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Шаблоны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Первый ответ: поблагодарите, перескажите задачу, задайте четыре вопроса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Срок отправки: 1 рабочий день · Ответственный: Тот, кто получил запрос · Журнал: Лист «Авторы запросов», сразу · Запишите до отправки: Одна строка на листе «Авторы запросов»: клиент, дата, его слова, ценность аккаунта. Новый запрос? Сначала добавьте его в «Журнал запросов».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Отправьте это письмо в течение 1 рабочего дня, ещё до того, как кто-то узнает, будет ли запрос реализован. Этот шаблон ответа на запрос новой функции пересказывает запрос как задачу клиента, задаёт вопросы, которые нужны для оценки, и обещает только две вещи: запрос записан, а о решении клиенту сообщат.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Ваш запрос: [функция словами клиента]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Спасибо, что подробно всё описали. Проверю, правильно ли я понимаю: вам нужно [функция словами клиента], чтобы [задача клиента].</w:t>
        <w:br/>
        <w:br/>
        <w:t>Ваш запрос записан под названием «[название запроса]». Чтобы команде было проще его оценить, ответьте, пожалуйста, на четыре коротких вопроса. Хватит одной строки на каждый.</w:t>
        <w:br/>
        <w:t>1. Как часто это нужно: каждый день, каждую неделю или раз в месяц?</w:t>
        <w:br/>
        <w:t>2. Во что это обходится вам сейчас: время, потерянная продажа или что-то ещё?</w:t>
        <w:br/>
        <w:t>3. Как вы справляетесь без этого сейчас?</w:t>
        <w:br/>
        <w:t>4. Касается ли это кого-то ещё в вашей команде?</w:t>
        <w:br/>
        <w:br/>
        <w:t>Что я могу обещать: каждый запрос читает человек, и я напишу вам, когда будет решение. Я не могу обещать, будет ли это сделано и когда, поэтому не стану гадать с датой.</w:t>
        <w:br/>
        <w:br/>
        <w:t>[Ваше имя], [должность]</w:t>
        <w:br/>
        <w:t>[Компания]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Задача клиента: результат, который ему нужен, а не функция, которую он назвал.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Частота: ответ клиента плюс сколько клиентов уже просили. Запрос уже есть? Добавьте клиента к нему.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Влияние на бизнес: выручка, риск оттока или потерянное время, с одним числом.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Обходной путь: если есть проверенный, отправьте вместо этого письмо из вкладки 3.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Граница обещаний: никаких сроков. Повторяйте только дату, которая уже опубликована.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Слова «скоро» и «есть в дорожной карте», а также что передача запроса «разработчикам» что-то решает.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запрос уже есть в журнале: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[имя], спасибо! Запрос «[название запроса]» уже есть: о нём просили [число] клиентов, и я добавляю вас в список. Сейчас его статус: [на рассмотрении / в планах]. Назвать дату я не могу; я напишу вам, когда будет решение или выпуск. [Ваше имя], [компания]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Нужны подробности: спрашивайте о задаче, а не о решении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Спросить: Не больше 2 вопросов · Напоминание: Одно, через 5 рабочих дней · Ответственный: Тот же, кто отправил первый ответ · Хорошие подробности выглядят так: «Каждую пятницу я переношу 40 записей в таблицу для бухгалтера. Это занимает около часа». Задача, частота и влияние в двух предложениях.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Используйте это письмо, когда запрос называет решение («добавьте кнопку»), но не проблему, или когда два клиента одними и теми же словами описывают разные потребности. Без задачи клиента и частоты запрос нельзя оценить в баллах.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Два вопроса о вашем запросе: [функция словами клиента]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 за запрос: [функция словами клиента]. Прежде чем команда его оценит, я хочу понять, какую задачу вы решаете, потому что решить её можно не одним способом.</w:t>
        <w:br/>
        <w:br/>
        <w:t>Подскажите, пожалуйста:</w:t>
        <w:br/>
        <w:t>1. Когда это понадобилось в последний раз: что вы пытались сделать и что произошло? Скриншот очень поможет.</w:t>
        <w:br/>
        <w:t>2. Как часто это случается и сколько примерно времени или денег это стоит?</w:t>
        <w:br/>
        <w:br/>
        <w:t>Если проще показать, выберите время для 15-минутного звонка: [ссылка для записи]. Я добавлю ваши ответы к запросу и сообщу, на каком он этапе, до [дата].</w:t>
        <w:br/>
        <w:br/>
        <w:t>[Ваше имя], [должность]</w:t>
        <w:br/>
        <w:t>[Компания]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Задача клиента: ваша лучшая догадка с пометкой «уточнить».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Частота и влияние на бизнес: неизвестны, пока клиент не ответит. Баллы пока не ставьте.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Обходной путь: запишите его, но отправляйте, только когда поймёте задачу.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Граница обещаний: никаких сроков. Единственная дата — дата вашего ответа.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Что более понятное описание поможет добиться реализации. Отправьте одно напоминание через [5 рабочих дней]; если ответа всё нет, оставьте запрос с тем, что есть.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Обходной путь уже есть: решите задачу и всё равно запишите запрос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Сначала проверьте: Каждый шаг · В журнале: Обходной путь: «Да» или «Частично» · Карточка известного ограничения для базы знаний: Может ли [продукт] [функция]? Пока нет. Чтобы [задача клиента]: [шаги]. Инструкция: [ссылка].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Отправьте это письмо, когда задачу можно решить уже сегодня с помощью существующей настройки, отчёта или нескольких ручных шагов. Сначала проверьте шаги и всё равно запишите запрос: обходной путь снижает срочность, но не отменяет запрос.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Вы можете [задача клиента] уже сегодня: вот как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 за вопрос: [функция словами клиента]. Функции «[функция]» пока нет, но тот же результат можно получить с помощью того, что уже есть:</w:t>
        <w:br/>
        <w:br/>
        <w:t>1. [Шаг первый, с точными названиями меню]</w:t>
        <w:br/>
        <w:t>2. [Шаг второй]</w:t>
        <w:br/>
        <w:t>3. [Шаг третий]</w:t>
        <w:br/>
        <w:br/>
        <w:t>Это занимает около [минуты] минут. Инструкция со скриншотами: [ссылка].</w:t>
        <w:br/>
        <w:br/>
        <w:t>Я понимаю, что это [не полностью автоматически], поэтому ваш запрос тоже записан под названием «[название запроса]». Если шаги не подходят к вашему случаю, ответьте, что идёт не так, и мы разберёмся вместе.</w:t>
        <w:br/>
        <w:br/>
        <w:t>[Ваше имя], [должность]</w:t>
        <w:br/>
        <w:t>[Компания]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Задача клиента: проверьте, что шаги дают именно этот результат.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Частота: 10 минут каждый рабочий день — это почти час в неделю.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Влияние на бизнес: время, которое это всё ещё отнимает, решает, «Да» или «Частично».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Обходной путь: шаги, которые вы проверили сегодня, и ссылка на инструкцию.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Граница обещаний: никаких сроков и никаких намёков, что шаги временные.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Что настоящая функция появится позже. Никогда не отправляйте шаги, которые вы не проверили в текущей версии.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На рассмотрении или в планах: честный статус без даты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Даты: Только публичные · Ответственный: Поддержка; основатель, если под риском выручка · Следующее письмо: Когда меняется решение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 рассмотрении: команда ещё не решила. В планах: команда решила делать функцию, но не опубликовала дату. Ни в одном из случаев дата не нужна. В основном договоре об услугах Salesforce сказано, что покупки клиентов не обусловлены предоставлением каких-либо будущих функциональных возможностей или функций; держите поддержку в тех же рамках.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Статус вашего запроса: [название запроса]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на рассмотрении: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Коротко о запросе «[название запроса]», чтобы вам не приходилось гадать.</w:t>
        <w:br/>
        <w:br/>
        <w:t>Где он сейчас: на рассмотрении. О нём просили [число] клиентов, и команда вместе разбирает открытые запросы [в день разбора]. Ваш пример ([задача клиента]) приложен к запросу.</w:t>
        <w:br/>
        <w:br/>
        <w:t>Сроки: даты пока нет, и я лучше скажу об этом прямо, чем буду гадать. Когда команда примет решение, я напишу вам, каким бы ни был ответ, да или нет.</w:t>
        <w:br/>
        <w:br/>
        <w:t>А пока: [обходной путь или: обходного пути сегодня нет, к сожалению].</w:t>
        <w:br/>
        <w:br/>
        <w:t>[Ваше имя], [должность]</w:t>
        <w:br/>
        <w:t>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в планах: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Хорошая новость о запросе «[название запроса]»: команда решила его реализовать. Вы среди [число] клиентов, которые об этом просили, и ваш пример ([задача клиента]) повлиял на решение.</w:t>
        <w:br/>
        <w:br/>
        <w:t>Сроки: даты, которую мы можем назвать, пока нет, потому что планы могут меняться, пока идёт работа. Я напишу вам в тот день, когда функция станет доступна.</w:t>
        <w:br/>
        <w:br/>
        <w:t>А пока: [обходной путь].</w:t>
        <w:br/>
        <w:br/>
        <w:t>[Ваше имя], [должность]</w:t>
        <w:br/>
        <w:t>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всё равно просят примерную дату: </w:t>
      </w:r>
      <w:r>
        <w:rPr>
          <w:rFonts w:ascii="Calibri" w:hAnsi="Calibri" w:cs="Calibri" w:eastAsia="Calibri"/>
          <w:b w:val="0"/>
          <w:color w:val="15131F"/>
          <w:sz w:val="21"/>
        </w:rPr>
        <w:t>Понимаю, вам нужно планировать. Даты у меня нет, а догадка может оказаться неверной. Я сообщу вам в день выпуска, а если от этого зависит ваше решение, [имя ответственного] поговорит с вами напрямую.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Задача клиента и влияние на бизнес: его собственными словами.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Частота: реальное число авторов запроса или не упоминайте её.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Обходной путь: тот, что во вкладке 3, или скажите, что его нет.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Граница обещаний: никаких дат, месяцев и «скоро». Публичную дату — только со ссылкой.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Слова «есть в дорожной карте», если ваша дорожная карта не публичная или этого пункта в ней нет. Если от функции зависит покупка или продление, отвечает основатель или ответственный за аккаунт.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Чего не говорить: </w:t>
      </w:r>
      <w:r>
        <w:rPr>
          <w:rFonts w:ascii="Calibri" w:hAnsi="Calibri" w:cs="Calibri" w:eastAsia="Calibri"/>
          <w:b w:val="0"/>
          <w:color w:val="5D5A70"/>
          <w:sz w:val="21"/>
        </w:rPr>
        <w:t>Скоро, В следующем релизе, В этом квартале, Через пару недель, Есть в дорожной карте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Не в планах: вежливый отказ с причиной и альтернативой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Отказ: За 2 предложения · Утверждает: Основатель, если под риском выручка · Альтернатива: Предлагайте всегда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Отправьте это письмо, когда команда решила не делать функцию. Скажите «нет» в первых двух предложениях, назовите настоящую причину одной строкой и предложите лучшую альтернативу.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Чёткий ответ по запросу «[название запроса]»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Спасибо, что попросили [функция словами клиента] и объяснили, как это помогло бы вам [задача клиента]. Хочу ответить прямо: мы не будем это делать.</w:t>
        <w:br/>
        <w:br/>
        <w:t>Причина: [одно честное предложение, например: это помогло бы немногим клиентам и усложнило бы этот раздел для всех остальных].</w:t>
        <w:br/>
        <w:br/>
        <w:t>Что можно сделать вместо этого: [обходной путь, настройка или другой инструмент, который хорошо с этим справляется]. С радостью настрою это вместе с вами: [ссылка для записи].</w:t>
        <w:br/>
        <w:br/>
        <w:t>Понимаю, что вы надеялись на другой ответ. Пожалуйста, планируйте без этой функции.</w:t>
        <w:br/>
        <w:br/>
        <w:t>[Ваше имя], [должность]</w:t>
        <w:br/>
        <w:t>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клиент говорит, что из-за этого уйдёт: </w:t>
      </w:r>
      <w:r>
        <w:rPr>
          <w:rFonts w:ascii="Calibri" w:hAnsi="Calibri" w:cs="Calibri" w:eastAsia="Calibri"/>
          <w:b w:val="0"/>
          <w:color w:val="15131F"/>
          <w:sz w:val="21"/>
        </w:rPr>
        <w:t>Понимаю. Прежде чем вы примете решение, может ли [имя ответственного] поговорить с вами о том, как [задача клиента], [день] в [время]? Если вы всё же перейдёте на другой сервис, я помогу выгрузить ваши данные.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Задача клиента: назовите её ещё раз, чтобы отказ касался функции, а не проблемы клиента.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Частота и влияние на бизнес: если авторов запроса много или под риском выручка, это письмо утверждает ответственный.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Обходной путь: лучшая проверенная альтернатива. Другой инструмент тоже подходит.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Граница обещаний: «не в планах» означает «планируйте без этого».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Фразы «может быть, позже» или «мы будем иметь это в виду», когда ответ — нет. Не сваливайте на «разработчиков»: это решение компании.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Выпущено: замкните цикл с каждым клиентом, который просил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Кому: Всем авторам запроса · Когда: В день выпуска · Ответственный: Ответственный за запрос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Отправьте это письмо в день выпуска каждому клиенту с листа «Авторы запросов» по этому запросу, а не только последнему. Запрос закрыт, только когда письмо получил каждый автор запроса.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[Название функции] уже работает: вы просили об этом [дата запроса]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[Дата запроса] вы попросили способ [задача клиента]. С сегодняшнего дня это работает: [название функции].</w:t>
        <w:br/>
        <w:br/>
        <w:t>Как пользоваться:</w:t>
        <w:br/>
        <w:t>1. [Шаг первый, с точными названиями меню]</w:t>
        <w:br/>
        <w:t>2. [Шаг второй]</w:t>
        <w:br/>
        <w:t>3. [Шаг третий]</w:t>
        <w:br/>
        <w:t>Инструкция: [ссылка]</w:t>
        <w:br/>
        <w:br/>
        <w:t>Спасибо за [пример, который привёл клиент]. Об этом просили [число] клиентов, и такие примеры, как ваш, помогли команде принять решение. Теперь [старый обходной путь] больше не нужен.</w:t>
        <w:br/>
        <w:br/>
        <w:t>Если что-то работает не так, как вам нужно, ответьте на это письмо. Я читаю каждый ответ.</w:t>
        <w:br/>
        <w:br/>
        <w:t>[Ваше имя], [должность]</w:t>
        <w:br/>
        <w:t>[Компания]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Задача клиента: его словами, с листа «Авторы запросов».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Частота: реальное число клиентов, которые просили.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Влияние на бизнес: собственный пример клиента, в благодарность.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Обходной путь: старый, от которого теперь можно отказаться.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Граница обещаний: только то, что работает уже сегодня.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Замкните цикл за четыре шага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Отфильтруйте «Авторов запросов» по названию: Одно письмо на строку, включая клиентов, которые просили несколько месяцев назад.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Отправьте и запишите: В столбце «Последний отправленный ответ» выберите «Выпущено» и укажите дату.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Обновите базу знаний: Замените известное ограничение новыми шагами.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Проверьте статус: В «Журнале запросов» стоит «Закрыт», когда никто не ждёт. Отметьте задачу выполненной.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Проверка завершения: </w:t>
      </w:r>
      <w:r>
        <w:rPr>
          <w:rFonts w:ascii="Calibri" w:hAnsi="Calibri" w:cs="Calibri" w:eastAsia="Calibri"/>
          <w:b w:val="0"/>
          <w:color w:val="5D5A70"/>
          <w:sz w:val="21"/>
        </w:rPr>
        <w:t>Запрос не закрыт, пока решение не записано, кто-то из авторов запроса ждёт ответа или база знаний всё ещё описывает старое ограничение.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Новые функции поверх этой, если о них не принято решение.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Закрыт, когда: </w:t>
      </w:r>
      <w:r>
        <w:rPr>
          <w:rFonts w:ascii="Calibri" w:hAnsi="Calibri" w:cs="Calibri" w:eastAsia="Calibri"/>
          <w:b w:val="0"/>
          <w:color w:val="5D5A70"/>
          <w:sz w:val="21"/>
        </w:rPr>
        <w:t>Решение записано, Ответ у каждого автора, База знаний обновлена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Ответы в онлайн-чате на запросы функций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Ответ в течение: 2 минут · Зафиксировать: 1 вопрос в чате · Дольше 10 минут: Переходите в email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Большинство запросов приходит в чат в виде «а так можно?». Скажите, можно ли это сделать сегодня, задайте один вопрос, чтобы зафиксировать запрос, и запишите его. Сохраните эти четыре ответа как ярлыки.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/feature-ack: пока нет, записано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Нет ни функции, ни обходного пути.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Что функция появится.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К сожалению, пока нет: в [продукт] ещё нельзя [функция словами клиента]. Ваш запрос записан. Какую задачу вы решаете и как часто она возникает?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/feature-workaround: способ уже есть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Есть проверенный обходной путь.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Что это временно.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Функции «[функция]» пока нет, но [задача клиента] можно так: [шаг первый], затем [шаг второй]. Инструкция: [ссылка]. Ваш запрос тоже записан.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7.3 /feature-status: где сейчас запрос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Запрос уже есть в журнале.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Дату, которая не опубликована.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Вы среди [число] клиентов, которые просили «[название запроса]». Сейчас статус: [на рассмотрении / в планах]. Даты у меня нет, и гадать я не буду. Когда будет решение, вы получите письмо.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7.4 /feature-handover: на кону выручка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Без этого клиент отменит подписку, не продлит её или не купит.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Ответ «да» ради того, чтобы удержать клиента.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что сказали прямо. Это решает [имя ответственного], поэтому я передаю этот чат вместе с вашими комментариями. Вам ответят до [дата и время].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Перед тем как закрыть чат, поставьте тег «запрос функции» и добавьте клиента на лист «Авторы запросов».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Ярлыки: </w:t>
      </w:r>
      <w:r>
        <w:rPr>
          <w:rFonts w:ascii="Calibri" w:hAnsi="Calibri" w:cs="Calibri" w:eastAsia="Calibri"/>
          <w:b w:val="0"/>
          <w:color w:val="5D5A70"/>
          <w:sz w:val="21"/>
        </w:rPr>
        <w:t>/feature-ack, /feature-workaround, /feature-status, /feature-handover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Шаблон оценки запроса на доработку: баллы и решение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Балл: Из 15 · Разбор: Раз в месяц, 30 минут · Решает: Основатель или владелец продукта · Ответственный и следующее действие: Один ответственный и одно следующее действие с датой на каждый запрос, например: «Инес: письмо о выпуске 7 студиям до 6 октября». Создайте его как задачу.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Внутренняя половина: одна оценка на запрос. Поддержка заполняет её по ответам клиентов, тот, кто разрабатывает, добавляет примерные трудозатраты, а команда принимает решения раз в месяц. Балл — это упрощённая версия метода RICE (охват, влияние, уверенность, трудозатраты) на баллах: он ранжирует запросы, а решают люди.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Оценка: одна на запрос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Поле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 писать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Пример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Название запроса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Короткое имя, понятное клиентам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Автозапись из листа ожидания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Задача клиента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Результат, а не функция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Заполнить отменённое место без SMS по листу ожидания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Частота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Как часто, сколько клиентов просили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Ежедневно; 7 студий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Влияние на бизнес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Высокое, среднее или низкое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Высокое: 2 студии могут уйти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Выручка под риском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Годовая выручка от тех, кто может уйти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2 856 $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Обходной путь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Да, частично или нет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Частично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Примерные трудозатраты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S: дни. M: недели. L: месяцы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M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Граница обещаний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Что поддержка может говорить о сроках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 даты до выпуска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Решение, ответственный, следующее действие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Статус, кто действует дальше, к какому сроку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Выпущено; Инес; письмо 7 студиям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Баллы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Фактор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Баллы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Авторы запроса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 за каждого клиента, который просил, максимум 5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Частота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Ежедневно 3, еженедельно 2, ежемесячно 1, редко 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Влияние на бизнес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Высокое 3, среднее 2, низкое 1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Выручка под риском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2, если [2 000 $] в год или больше, 1, если есть, 0, если нет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Обходной путь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 2, частично 1, да 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Примерные трудозатраты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 0, M минус 2, L минус 4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Балл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Сумма, максимум 15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 решения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10 и больше: кандидат в план. Решите на ближайшем разборе.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 6 до 9: оставьте на рассмотрении, собирайте новых авторов запроса.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5 и меньше: обычно не в планах. Отправьте вежливый отказ.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Выручка под риском уходит основателю в течение 1 рабочего дня.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Частота или влияние неизвестны: пишите «неизвестно» и спрашивайте, никогда не гадайте.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Проверка завершения: </w:t>
      </w:r>
      <w:r>
        <w:rPr>
          <w:rFonts w:ascii="Calibri" w:hAnsi="Calibri" w:cs="Calibri" w:eastAsia="Calibri"/>
          <w:b w:val="0"/>
          <w:color w:val="5D5A70"/>
          <w:sz w:val="21"/>
        </w:rPr>
        <w:t>Запрос закрыт, только когда решение записано и каждый автор запроса получил ответ по нему.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Один запрос от 7 клиентов: от первого ответа до закрытия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Bramblebook, вымышленное приложение для записи на занятия в небольших фитнес-студиях, записало один и тот же запрос от 7 студий с июня по сентябрь 2026. Седьмой пришёл в чат 22 сентября.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Здравствуйте! Bramblebook умеет сам заполнять место из листа ожидания? Когда кто-то отменяет запись на мой реформер в 18:00, администратор пишет SMS людям из листа ожидания по одному.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Пока нет, Майя. В Bramblebook есть лист ожидания, но он сам не переносит следующего человека на освободившееся место. Что работает сейчас: откройте занятие, нажмите «Лист ожидания», затем «Написать следующему». Как часто это случается и сколько времени это отнимает у сотрудников?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Почти каждый вечер, 3 или 4 часа в неделю. Честно говоря, это главная причина, по которой мы смотрим другие приложения перед продлением в январе.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Спасибо. Запрос записан вместе с вашими ответами, и я передаю этот чат Инес из нашей поддержки.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Инес (поддержка):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Майя, это Инес. Ещё 6 студий просили автозапись из листа ожидания, и 25 августа команда решила её сделать. Назвать дату я не могу: мы сообщаем её, только когда всё готово. Вы в списке, поэтому получите письмо в тот день, когда функция заработает.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Хорошо, спасибо, что говорите прямо.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Инес (поддержка): </w:t>
      </w:r>
      <w:r>
        <w:rPr>
          <w:rFonts w:ascii="Calibri" w:hAnsi="Calibri" w:cs="Calibri" w:eastAsia="Calibri"/>
          <w:b w:val="0"/>
          <w:color w:val="15131F"/>
          <w:sz w:val="21"/>
        </w:rPr>
        <w:t>Конечно. И я расскажу Тео, нашему основателю, о вашем продлении в январе.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Зафиксировано: пять полей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Задача клиента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Заполнить отменённое место, чтобы сотрудники не писали SMS по листу ожидания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Частота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Ежедневно; 7 студий, с 3 июня по 22 сентября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Влияние на бизнес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3–4 часа работы сотрудников в неделю; 2 студии могут уйти, 2 856 $ в год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Обходной путь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Частично: «Написать следующему», около 2 минут на место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Граница обещаний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планах, без даты до выпуска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Ответственный и следующее действие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Инес Молина: письмо о выпуске каждому автору запроса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Оценка и решение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Балл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12 из 15: авторы запроса 5, ежедневно 3, высокое 3, выручка 2, частично 1, трудозатраты M минус 2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Решение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планах с 25 августа, выпущено 5 октября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Письмо о выпуске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7 из 7 студий, 5 и 6 октября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Проверка завершения и запись в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Пункт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Записано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Решение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Выпущено, 5 октября 2026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 авторам запроса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7 из 7, последний 6 октября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База знаний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Новые шаги, старое ограничение удалено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Задача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Письмо о выпуске, Инес, дедлайн 6 октября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Тег, поле и заметки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Тег «запрос функции»; поле «Автозапись из листа ожидания» у 7 контактов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Статус в журнале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Закрыт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Вымышленная компания и клиент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Шаблон ответа на запрос функции: что позволяет каждое решение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Решение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Поддержка может сказать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Никогда не говорите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 рассмотрении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Запрос записан, сколько клиентов просили, когда команда разбирает запросы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Что функция появится или скорее всего появится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4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планах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Команда сделает функцию; публичной даты пока нет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Дату, месяц, квартал или «скоро»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4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планах, дата опубликована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Публичную дату со ссылкой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Любую другую дату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4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в планах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Отказ, причину, лучшую альтернативу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«Может быть, позже»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5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Выпущено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Функция работает, как ею пользоваться, спасибо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Что будет что-то ещё, если это не решено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Вкладка 6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пользоваться шаблонами ответа на запрос новой функции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Один раз задайте правила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Граница обещаний (никаких дат, кроме публичных), кто решает, день разбора и баллы.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Отвечайте в течение 1 рабочего дня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Отправьте вкладку 1 или ответ в чате и добавьте клиента на лист «Авторы запросов».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Ставьте баллы и решайте раз в месяц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Отсортируйте по баллу. Запишите «В планах» или «Не в планах» для запросов в верхней части списка.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Сообщите решение всем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Отфильтруйте «Авторов запросов» по названию и отправьте каждому клиенту вкладку 4, 5 или 6.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Закройте и наведите порядок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Запрос закрыт, когда никто не ждёт. Обновите базу знаний.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Создайте тег: «Настройки» &gt; «Теги разговоров» &gt; «Новый тег», «Название» — «запрос функции». Ставьте этот тег на каждый чат с запросом.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Добавьте пользовательское поле: «Пользовательские поля» в левом меню &gt; «Добавить поле». «Тип сущности» — «Контакты» (или «Сделки»), «Метка поля» — «Запрос функции», «Тип поля» — «Выбор»; добавьте названия запросов через «Добавить вариант», затем нажмите «Создать поле».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Запишите пять полей в «Заметки» на контакте или сделке.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Для письма о выпуске: «Задачи» &gt; «Новая задача», «Название задачи» — «Письмо о выпуске: автозапись из листа ожидания», «Исполнитель» — ответственный за запрос, «Дедлайн» — день выпуска, «Связанная сделка», если от функции зависит сделка.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Поместите известные ограничения и обходные пути в базу знаний AI-агента: «Мои боты» &gt; ваш бот &gt; вкладка «Основы» &gt; «База знаний». Замените карточку, когда функция выйдет.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На тарифе Growth сохраните вкладку 1 и ответы для чата как «Сохраненные ответы»: «Настройки» &gt; «Сохраненные ответы» &gt; «Новый ответ», «Ярлык» (например /feature-ack), «Заголовок», «Текст ответа», «Поделиться с командой».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В CRMsoftware.pro нет публичной дорожной карты, доски голосования или портала запросов: ведите журнал в этом файле Excel. Free: AI-чат, базовая версия базы знаний и базовые задачи для 3 пользователей. Передача человеку и единые входящие: Launch, 19 $ в месяц при оплате за год, 8 пользователей. Сохранённые ответы: Growth, 49 $ в месяц при оплате за год, 20 пользователей.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Ежемесячный разбор запросов, 30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каждого нового запроса есть задача клиента, частота и влияние на бизнес.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5 запросов с лучшим баллом есть решение с датой.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 концу недели ни у одного запроса нет статуса «Ответы не отправлены».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примера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https://crmsoftware.pro/ru/templates/feature-request-email-templates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Шаблоны ответа на запрос новой функции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