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 w:cs="Calibri" w:eastAsia="Calibri"/>
          <w:b/>
          <w:color w:val="6B3CF0"/>
          <w:sz w:val="18"/>
        </w:rPr>
        <w:t>CRMsoftware.pro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44"/>
        </w:rPr>
        <w:t>Скрипт обработки заявок на бронирование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2"/>
        </w:rPr>
        <w:t>Скрипты для заявок на проживание в отеле, групповое бронирование или мероприятие, тур и чартер яхты: ответы на случай, когда даты заняты, данных не хватает или гость сменил язык, сводка для передачи и заполненный пример. От CRMsoftware.pro.</w:t>
      </w:r>
    </w:p>
    <w:p>
      <w:pPr>
        <w:spacing w:after="280"/>
      </w:pPr>
      <w:r>
        <w:rPr>
          <w:rFonts w:ascii="Calibri" w:hAnsi="Calibri" w:cs="Calibri" w:eastAsia="Calibri"/>
          <w:b w:val="0"/>
          <w:color w:val="5D5A70"/>
          <w:sz w:val="21"/>
        </w:rPr>
        <w:t>Замените каждое слово в [скобках] своими данными. Оставьте скрипты для того, что вы продаёте, и всегда сохраняйте правило заявки из раздела 7, чтобы ваш AI никогда не подтверждал бронирование. Вставьте результат в инструкции AI или в заметки команды для чата.</w:t>
      </w:r>
    </w:p>
    <w:p>
      <w:pPr>
        <w:spacing w:after="160"/>
      </w:pPr>
      <w:r>
        <w:rPr>
          <w:rFonts w:ascii="Calibri" w:hAnsi="Calibri" w:cs="Calibri" w:eastAsia="Calibri"/>
          <w:b/>
          <w:color w:val="15131F"/>
          <w:sz w:val="32"/>
        </w:rPr>
        <w:t>Скрипты</w:t>
      </w: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1. Проживание в отеле: номера для гостей, пар и семей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Вопросы: 6 · Кому передать: Отдел бронирования · Срок ответа: 2 рабочих часа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Для одного гостя, пары или семьи, до [4] номеров. Задавайте один вопрос в сообщении и пропускайте то, что гость уже сказал.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Обязательные поля, в этом порядке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Даты заезда и выезда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Взрослые и дети, с возрастом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Количество номеров и тип номера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Бюджет за ночь, диапазоном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Особые пожелания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Имя и email или телефон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1.1 Даты и ночи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Зачем: </w:t>
      </w:r>
      <w:r>
        <w:rPr>
          <w:rFonts w:ascii="Calibri" w:hAnsi="Calibri" w:cs="Calibri" w:eastAsia="Calibri"/>
          <w:b w:val="0"/>
          <w:color w:val="5D5A70"/>
          <w:sz w:val="21"/>
        </w:rPr>
        <w:t>Цены и наличие мест меняются от ночи к ночи.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Если говорят «как-нибудь в мае»: </w:t>
      </w:r>
      <w:r>
        <w:rPr>
          <w:rFonts w:ascii="Calibri" w:hAnsi="Calibri" w:cs="Calibri" w:eastAsia="Calibri"/>
          <w:b w:val="0"/>
          <w:color w:val="5D5A70"/>
          <w:sz w:val="21"/>
        </w:rPr>
        <w:t>Предложите два варианта, например [с пятницы, 7 мая, по воскресенье, 9 мая] или [с пятницы, 14 мая, по воскресенье, 16 мая].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Спросите: </w:t>
      </w:r>
      <w:r>
        <w:rPr>
          <w:rFonts w:ascii="Calibri" w:hAnsi="Calibri" w:cs="Calibri" w:eastAsia="Calibri"/>
          <w:b w:val="0"/>
          <w:color w:val="15131F"/>
          <w:sz w:val="21"/>
        </w:rPr>
        <w:t>На какие даты вы планируете заезд и выезд?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1.2 Взрослые, дети и возраст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Зачем: </w:t>
      </w:r>
      <w:r>
        <w:rPr>
          <w:rFonts w:ascii="Calibri" w:hAnsi="Calibri" w:cs="Calibri" w:eastAsia="Calibri"/>
          <w:b w:val="0"/>
          <w:color w:val="5D5A70"/>
          <w:sz w:val="21"/>
        </w:rPr>
        <w:t>От возраста зависят кровати, а часто и цена.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Если говорят «мы семьёй»: </w:t>
      </w:r>
      <w:r>
        <w:rPr>
          <w:rFonts w:ascii="Calibri" w:hAnsi="Calibri" w:cs="Calibri" w:eastAsia="Calibri"/>
          <w:b w:val="0"/>
          <w:color w:val="5D5A70"/>
          <w:sz w:val="21"/>
        </w:rPr>
        <w:t>Попросите цифры, а не описание.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Спросите: </w:t>
      </w:r>
      <w:r>
        <w:rPr>
          <w:rFonts w:ascii="Calibri" w:hAnsi="Calibri" w:cs="Calibri" w:eastAsia="Calibri"/>
          <w:b w:val="0"/>
          <w:color w:val="15131F"/>
          <w:sz w:val="21"/>
        </w:rPr>
        <w:t>Сколько будет взрослых и сколько детей? Сколько лет детям?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1.3 Номера и тип номера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Зачем: </w:t>
      </w:r>
      <w:r>
        <w:rPr>
          <w:rFonts w:ascii="Calibri" w:hAnsi="Calibri" w:cs="Calibri" w:eastAsia="Calibri"/>
          <w:b w:val="0"/>
          <w:color w:val="5D5A70"/>
          <w:sz w:val="21"/>
        </w:rPr>
        <w:t>Вариант выбирает гость. Подтверждает его человек.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Если спрашивают, что у вас есть: </w:t>
      </w:r>
      <w:r>
        <w:rPr>
          <w:rFonts w:ascii="Calibri" w:hAnsi="Calibri" w:cs="Calibri" w:eastAsia="Calibri"/>
          <w:b w:val="0"/>
          <w:color w:val="5D5A70"/>
          <w:sz w:val="21"/>
        </w:rPr>
        <w:t>Назовите [2] или [3] типа номеров с ценами «от». Никогда не называйте итоговую сумму.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Спросите: </w:t>
      </w:r>
      <w:r>
        <w:rPr>
          <w:rFonts w:ascii="Calibri" w:hAnsi="Calibri" w:cs="Calibri" w:eastAsia="Calibri"/>
          <w:b w:val="0"/>
          <w:color w:val="15131F"/>
          <w:sz w:val="21"/>
        </w:rPr>
        <w:t>Вам больше подходит [тип номера А] или [тип номера Б]? Цены — от [цены] за ночь.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1.4 Бюджет за ночь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Зачем: </w:t>
      </w:r>
      <w:r>
        <w:rPr>
          <w:rFonts w:ascii="Calibri" w:hAnsi="Calibri" w:cs="Calibri" w:eastAsia="Calibri"/>
          <w:b w:val="0"/>
          <w:color w:val="5D5A70"/>
          <w:sz w:val="21"/>
        </w:rPr>
        <w:t>На открытый вопрос о бюджете отвечают немногие, а диапазон выбирает большинство.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Если не хотят говорить: </w:t>
      </w:r>
      <w:r>
        <w:rPr>
          <w:rFonts w:ascii="Calibri" w:hAnsi="Calibri" w:cs="Calibri" w:eastAsia="Calibri"/>
          <w:b w:val="0"/>
          <w:color w:val="5D5A70"/>
          <w:sz w:val="21"/>
        </w:rPr>
        <w:t>Запишите «не указан» и продолжайте.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Спросите: </w:t>
      </w:r>
      <w:r>
        <w:rPr>
          <w:rFonts w:ascii="Calibri" w:hAnsi="Calibri" w:cs="Calibri" w:eastAsia="Calibri"/>
          <w:b w:val="0"/>
          <w:color w:val="15131F"/>
          <w:sz w:val="21"/>
        </w:rPr>
        <w:t>Ваш бюджет за ночь ближе к [до 150 $], [150–250 $] или [больше 250 $]?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1.5 Особые пожелания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Зачем: </w:t>
      </w:r>
      <w:r>
        <w:rPr>
          <w:rFonts w:ascii="Calibri" w:hAnsi="Calibri" w:cs="Calibri" w:eastAsia="Calibri"/>
          <w:b w:val="0"/>
          <w:color w:val="5D5A70"/>
          <w:sz w:val="21"/>
        </w:rPr>
        <w:t>Один открытый вопрос выявляет всё важное.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Если просят ранний заезд: </w:t>
      </w:r>
      <w:r>
        <w:rPr>
          <w:rFonts w:ascii="Calibri" w:hAnsi="Calibri" w:cs="Calibri" w:eastAsia="Calibri"/>
          <w:b w:val="0"/>
          <w:color w:val="5D5A70"/>
          <w:sz w:val="21"/>
        </w:rPr>
        <w:t>Запишите это как пожелание. Ответит человек.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Спросите: </w:t>
      </w:r>
      <w:r>
        <w:rPr>
          <w:rFonts w:ascii="Calibri" w:hAnsi="Calibri" w:cs="Calibri" w:eastAsia="Calibri"/>
          <w:b w:val="0"/>
          <w:color w:val="15131F"/>
          <w:sz w:val="21"/>
        </w:rPr>
        <w:t>Есть ли что-то, что нам стоит знать: доступная среда, детская кроватка, парковка или поздний заезд?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1.6 Контактные данные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Зачем: </w:t>
      </w:r>
      <w:r>
        <w:rPr>
          <w:rFonts w:ascii="Calibri" w:hAnsi="Calibri" w:cs="Calibri" w:eastAsia="Calibri"/>
          <w:b w:val="0"/>
          <w:color w:val="5D5A70"/>
          <w:sz w:val="21"/>
        </w:rPr>
        <w:t>Нет контакта — нет предложения.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Если сомневаются: </w:t>
      </w:r>
      <w:r>
        <w:rPr>
          <w:rFonts w:ascii="Calibri" w:hAnsi="Calibri" w:cs="Calibri" w:eastAsia="Calibri"/>
          <w:b w:val="0"/>
          <w:color w:val="5D5A70"/>
          <w:sz w:val="21"/>
        </w:rPr>
        <w:t>Объясните, что предложение придёт по email или по телефону, и дайте выбрать.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Спросите: </w:t>
      </w:r>
      <w:r>
        <w:rPr>
          <w:rFonts w:ascii="Calibri" w:hAnsi="Calibri" w:cs="Calibri" w:eastAsia="Calibri"/>
          <w:b w:val="0"/>
          <w:color w:val="15131F"/>
          <w:sz w:val="21"/>
        </w:rPr>
        <w:t>На какой email или номер телефона [сотруднику] лучше отправить вам предложение?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Завершите так: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Спасибо, [имя]. Ваша заявка: с [даты заезда] по [дату выезда], взрослых: [число], детей: [число], [тип номера], около [бюджета] за ночь. Это заявка, а не бронирование. [Сотрудник] проверит наличие мест и отправит предложение до [время].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Сводка для передачи: </w:t>
      </w:r>
      <w:r>
        <w:rPr>
          <w:rFonts w:ascii="Calibri" w:hAnsi="Calibri" w:cs="Calibri" w:eastAsia="Calibri"/>
          <w:b w:val="0"/>
          <w:color w:val="15131F"/>
          <w:sz w:val="21"/>
        </w:rPr>
        <w:t>Заявка на проживание для [менеджера]. Статус: заявка, не подтверждена. Даты: с [даты заезда] по [дату выезда], ночей: [число]. Гости: взрослых [число], детей [число] (возраст: [возраст]). Номера: [количество] × [тип номера]. Бюджет: [диапазон] за ночь. Пожелания: [пожелания]. Не хватает: [поля или ничего]. Язык: [язык]. Контакт: [email или телефон].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Совет: </w:t>
      </w:r>
      <w:r>
        <w:rPr>
          <w:rFonts w:ascii="Calibri" w:hAnsi="Calibri" w:cs="Calibri" w:eastAsia="Calibri"/>
          <w:b w:val="0"/>
          <w:color w:val="5D5A70"/>
          <w:sz w:val="21"/>
        </w:rPr>
        <w:t>Никогда не пишите, что номер свободен или забронирован. Компания отвечает за то, что её чат-бот говорит клиентам.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2. Группа или мероприятие: свадьбы, деловые встречи и блоки номеров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Вопросы: 6 · Кому передать: Менеджер по мероприятиям · Срок ответа: В тот же рабочий день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Для свадеб, праздников, деловых встреч, корпоративных выездов и проживания от [10] номеров.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Обязательные поля, в этом порядке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Тип мероприятия, дата и запасная дата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Гости и номера на ночь, если гости остаются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Время и формат рассадки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Еда, напитки и дополнительные услуги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Бюджет в целом или на человека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Кто принимает решение и к какому сроку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Имя, компания и email или телефон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2.1 Мероприятие и дата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Зачем: </w:t>
      </w:r>
      <w:r>
        <w:rPr>
          <w:rFonts w:ascii="Calibri" w:hAnsi="Calibri" w:cs="Calibri" w:eastAsia="Calibri"/>
          <w:b w:val="0"/>
          <w:color w:val="5D5A70"/>
          <w:sz w:val="21"/>
        </w:rPr>
        <w:t>Площадки продают даты. Запасная дата — второй шанс.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Если дата не определена: </w:t>
      </w:r>
      <w:r>
        <w:rPr>
          <w:rFonts w:ascii="Calibri" w:hAnsi="Calibri" w:cs="Calibri" w:eastAsia="Calibri"/>
          <w:b w:val="0"/>
          <w:color w:val="5D5A70"/>
          <w:sz w:val="21"/>
        </w:rPr>
        <w:t>Спросите месяц и удобный день недели.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Спросите: </w:t>
      </w:r>
      <w:r>
        <w:rPr>
          <w:rFonts w:ascii="Calibri" w:hAnsi="Calibri" w:cs="Calibri" w:eastAsia="Calibri"/>
          <w:b w:val="0"/>
          <w:color w:val="15131F"/>
          <w:sz w:val="21"/>
        </w:rPr>
        <w:t>Что вы планируете и на какую дату? Есть ли запасная дата?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2.2 Гости и номера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Зачем: </w:t>
      </w:r>
      <w:r>
        <w:rPr>
          <w:rFonts w:ascii="Calibri" w:hAnsi="Calibri" w:cs="Calibri" w:eastAsia="Calibri"/>
          <w:b w:val="0"/>
          <w:color w:val="5D5A70"/>
          <w:sz w:val="21"/>
        </w:rPr>
        <w:t>От числа гостей зависит зал. Гости с ночёвкой добавляют блок номеров.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Если говорят «60–80 человек»: </w:t>
      </w:r>
      <w:r>
        <w:rPr>
          <w:rFonts w:ascii="Calibri" w:hAnsi="Calibri" w:cs="Calibri" w:eastAsia="Calibri"/>
          <w:b w:val="0"/>
          <w:color w:val="5D5A70"/>
          <w:sz w:val="21"/>
        </w:rPr>
        <w:t>Запишите оба числа. Команда планирует на большее.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Спросите: </w:t>
      </w:r>
      <w:r>
        <w:rPr>
          <w:rFonts w:ascii="Calibri" w:hAnsi="Calibri" w:cs="Calibri" w:eastAsia="Calibri"/>
          <w:b w:val="0"/>
          <w:color w:val="15131F"/>
          <w:sz w:val="21"/>
        </w:rPr>
        <w:t>Сколько гостей вы ожидаете и останется ли кто-то на ночь? Примерно сколько номеров понадобится на ночь?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2.3 Время и рассадка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Зачем: </w:t>
      </w:r>
      <w:r>
        <w:rPr>
          <w:rFonts w:ascii="Calibri" w:hAnsi="Calibri" w:cs="Calibri" w:eastAsia="Calibri"/>
          <w:b w:val="0"/>
          <w:color w:val="5D5A70"/>
          <w:sz w:val="21"/>
        </w:rPr>
        <w:t>Для ужина за столами на 80 человек нужен другой зал, чем для фуршета на 80.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Если не уверены: </w:t>
      </w:r>
      <w:r>
        <w:rPr>
          <w:rFonts w:ascii="Calibri" w:hAnsi="Calibri" w:cs="Calibri" w:eastAsia="Calibri"/>
          <w:b w:val="0"/>
          <w:color w:val="5D5A70"/>
          <w:sz w:val="21"/>
        </w:rPr>
        <w:t>Предложите [2] формата, которые у вас выбирают чаще всего.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Спросите: </w:t>
      </w:r>
      <w:r>
        <w:rPr>
          <w:rFonts w:ascii="Calibri" w:hAnsi="Calibri" w:cs="Calibri" w:eastAsia="Calibri"/>
          <w:b w:val="0"/>
          <w:color w:val="15131F"/>
          <w:sz w:val="21"/>
        </w:rPr>
        <w:t>Во сколько начало и окончание? Вы представляете банкет за столами, фуршет или ряды стульев?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2.4 Еда, напитки и дополнительные услуги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Зачем: </w:t>
      </w:r>
      <w:r>
        <w:rPr>
          <w:rFonts w:ascii="Calibri" w:hAnsi="Calibri" w:cs="Calibri" w:eastAsia="Calibri"/>
          <w:b w:val="0"/>
          <w:color w:val="5D5A70"/>
          <w:sz w:val="21"/>
        </w:rPr>
        <w:t>Кейтеринг сильно меняет цену.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Если хотят свой кейтеринг: </w:t>
      </w:r>
      <w:r>
        <w:rPr>
          <w:rFonts w:ascii="Calibri" w:hAnsi="Calibri" w:cs="Calibri" w:eastAsia="Calibri"/>
          <w:b w:val="0"/>
          <w:color w:val="5D5A70"/>
          <w:sz w:val="21"/>
        </w:rPr>
        <w:t>Запишите это. Решает команда по мероприятиям.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Спросите: </w:t>
      </w:r>
      <w:r>
        <w:rPr>
          <w:rFonts w:ascii="Calibri" w:hAnsi="Calibri" w:cs="Calibri" w:eastAsia="Calibri"/>
          <w:b w:val="0"/>
          <w:color w:val="15131F"/>
          <w:sz w:val="21"/>
        </w:rPr>
        <w:t>Нужны ли от нас еда и напитки? Понадобится ли что-то ещё, например экран или микрофоны?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2.5 Бюджет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Зачем: </w:t>
      </w:r>
      <w:r>
        <w:rPr>
          <w:rFonts w:ascii="Calibri" w:hAnsi="Calibri" w:cs="Calibri" w:eastAsia="Calibri"/>
          <w:b w:val="0"/>
          <w:color w:val="5D5A70"/>
          <w:sz w:val="21"/>
        </w:rPr>
        <w:t>Один диапазон — одно предложение вместо трёх.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Если не хотят называть: </w:t>
      </w:r>
      <w:r>
        <w:rPr>
          <w:rFonts w:ascii="Calibri" w:hAnsi="Calibri" w:cs="Calibri" w:eastAsia="Calibri"/>
          <w:b w:val="0"/>
          <w:color w:val="5D5A70"/>
          <w:sz w:val="21"/>
        </w:rPr>
        <w:t>Назовите свой диапазон первыми: «Такие мероприятия обычно стоят [диапазон]. Это близко к вашим ожиданиям?»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Спросите: </w:t>
      </w:r>
      <w:r>
        <w:rPr>
          <w:rFonts w:ascii="Calibri" w:hAnsi="Calibri" w:cs="Calibri" w:eastAsia="Calibri"/>
          <w:b w:val="0"/>
          <w:color w:val="15131F"/>
          <w:sz w:val="21"/>
        </w:rPr>
        <w:t>У вас есть общий бюджет или бюджет на человека? Достаточно примерного диапазона.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2.6 Решение и сроки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Зачем: </w:t>
      </w:r>
      <w:r>
        <w:rPr>
          <w:rFonts w:ascii="Calibri" w:hAnsi="Calibri" w:cs="Calibri" w:eastAsia="Calibri"/>
          <w:b w:val="0"/>
          <w:color w:val="5D5A70"/>
          <w:sz w:val="21"/>
        </w:rPr>
        <w:t>Тот, кто пишет, часто не тот, кто подписывает.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Если решает кто-то другой: </w:t>
      </w:r>
      <w:r>
        <w:rPr>
          <w:rFonts w:ascii="Calibri" w:hAnsi="Calibri" w:cs="Calibri" w:eastAsia="Calibri"/>
          <w:b w:val="0"/>
          <w:color w:val="5D5A70"/>
          <w:sz w:val="21"/>
        </w:rPr>
        <w:t>Спросите, отправить ли предложение и ему.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Спросите: </w:t>
      </w:r>
      <w:r>
        <w:rPr>
          <w:rFonts w:ascii="Calibri" w:hAnsi="Calibri" w:cs="Calibri" w:eastAsia="Calibri"/>
          <w:b w:val="0"/>
          <w:color w:val="15131F"/>
          <w:sz w:val="21"/>
        </w:rPr>
        <w:t>Кто ещё участвует в решении и до какого числа вам нужно выбрать площадку?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Завершите так: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Спасибо, [имя]. Ваша заявка: [мероприятие], [дата], запасная дата [дата], гостей: [число], [формат], бюджет [диапазон]. Это заявка, и дата за вами пока не закреплена. [Сотрудник], наш менеджер по мероприятиям, пришлёт свободные даты и первое предложение до [время]. На какой email или номер телефона вам лучше написать?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Предложите осмотр: </w:t>
      </w:r>
      <w:r>
        <w:rPr>
          <w:rFonts w:ascii="Calibri" w:hAnsi="Calibri" w:cs="Calibri" w:eastAsia="Calibri"/>
          <w:b w:val="0"/>
          <w:color w:val="15131F"/>
          <w:sz w:val="21"/>
        </w:rPr>
        <w:t>Хотите сначала посмотреть площадку? Выберите удобное время с [сотрудником] здесь: [ссылка на запись].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Сводка для передачи: </w:t>
      </w:r>
      <w:r>
        <w:rPr>
          <w:rFonts w:ascii="Calibri" w:hAnsi="Calibri" w:cs="Calibri" w:eastAsia="Calibri"/>
          <w:b w:val="0"/>
          <w:color w:val="15131F"/>
          <w:sz w:val="21"/>
        </w:rPr>
        <w:t>Заявка на мероприятие для [менеджера]. Статус: заявка, не подтверждена. Мероприятие: [тип], [дата], запасная дата [дата]. Гости: [число]. Номера: [количество] на ночь, ночей: [число]. Время и рассадка: [время], [формат]. Еда и доп. услуги: [подробности]. Бюджет: [диапазон]. Решает: [кто], до [даты]. Не хватает: [поля или ничего]. Язык: [язык]. Контакт: [данные].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3. Тур или экскурсия: однодневные туры, морские прогулки и мастер-классы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Вопросы: 6 · Кому передать: Отдел экскурсий · Срок ответа: 2 часа, 15 мин, если сегодня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Для туров, морских прогулок и мастер-классов с фиксированным временем начала. Здесь важны возраст, трансфер и безопасность, а не номера.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Обязательные поля, в этом порядке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Тур, дата и время начала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Количество людей и возраст детей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Трансфер или место встречи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Групповой или индивидуальный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Заметки о безопасности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Имя и мобильный номер на день тура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3.1 Тур, дата и время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Зачем: </w:t>
      </w:r>
      <w:r>
        <w:rPr>
          <w:rFonts w:ascii="Calibri" w:hAnsi="Calibri" w:cs="Calibri" w:eastAsia="Calibri"/>
          <w:b w:val="0"/>
          <w:color w:val="5D5A70"/>
          <w:sz w:val="21"/>
        </w:rPr>
        <w:t>Туры идут по расписанию, и число мест ограничено.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Если говорят «в эти выходные»: </w:t>
      </w:r>
      <w:r>
        <w:rPr>
          <w:rFonts w:ascii="Calibri" w:hAnsi="Calibri" w:cs="Calibri" w:eastAsia="Calibri"/>
          <w:b w:val="0"/>
          <w:color w:val="5D5A70"/>
          <w:sz w:val="21"/>
        </w:rPr>
        <w:t>Повторите полной датой: «Суббота, 10 октября, в [10:00] или в [16:00]?»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Спросите: </w:t>
      </w:r>
      <w:r>
        <w:rPr>
          <w:rFonts w:ascii="Calibri" w:hAnsi="Calibri" w:cs="Calibri" w:eastAsia="Calibri"/>
          <w:b w:val="0"/>
          <w:color w:val="15131F"/>
          <w:sz w:val="21"/>
        </w:rPr>
        <w:t>Какой тур вас интересует и на какую дату? Мы стартуем в [время].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3.2 Люди и возраст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Зачем: </w:t>
      </w:r>
      <w:r>
        <w:rPr>
          <w:rFonts w:ascii="Calibri" w:hAnsi="Calibri" w:cs="Calibri" w:eastAsia="Calibri"/>
          <w:b w:val="0"/>
          <w:color w:val="5D5A70"/>
          <w:sz w:val="21"/>
        </w:rPr>
        <w:t>У многих экскурсий есть минимальный возраст или детская цена.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Если ребёнок младше вашего лимита: </w:t>
      </w:r>
      <w:r>
        <w:rPr>
          <w:rFonts w:ascii="Calibri" w:hAnsi="Calibri" w:cs="Calibri" w:eastAsia="Calibri"/>
          <w:b w:val="0"/>
          <w:color w:val="5D5A70"/>
          <w:sz w:val="21"/>
        </w:rPr>
        <w:t>Скажите об этом и предложите тур для всех возрастов: [другой тур].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Спросите: </w:t>
      </w:r>
      <w:r>
        <w:rPr>
          <w:rFonts w:ascii="Calibri" w:hAnsi="Calibri" w:cs="Calibri" w:eastAsia="Calibri"/>
          <w:b w:val="0"/>
          <w:color w:val="15131F"/>
          <w:sz w:val="21"/>
        </w:rPr>
        <w:t>Сколько человек поедет и сколько лет детям, если они есть?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3.3 Трансфер или место встречи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Зачем: </w:t>
      </w:r>
      <w:r>
        <w:rPr>
          <w:rFonts w:ascii="Calibri" w:hAnsi="Calibri" w:cs="Calibri" w:eastAsia="Calibri"/>
          <w:b w:val="0"/>
          <w:color w:val="5D5A70"/>
          <w:sz w:val="21"/>
        </w:rPr>
        <w:t>Без этого гид звонит утром в день тура, и старт задерживается.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Если гость ещё не знает свой отель: </w:t>
      </w:r>
      <w:r>
        <w:rPr>
          <w:rFonts w:ascii="Calibri" w:hAnsi="Calibri" w:cs="Calibri" w:eastAsia="Calibri"/>
          <w:b w:val="0"/>
          <w:color w:val="5D5A70"/>
          <w:sz w:val="21"/>
        </w:rPr>
        <w:t>Назовите место встречи и попросите прислать название отеля позже.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Спросите: </w:t>
      </w:r>
      <w:r>
        <w:rPr>
          <w:rFonts w:ascii="Calibri" w:hAnsi="Calibri" w:cs="Calibri" w:eastAsia="Calibri"/>
          <w:b w:val="0"/>
          <w:color w:val="15131F"/>
          <w:sz w:val="21"/>
        </w:rPr>
        <w:t>Откуда вас забрать? Можно также встретиться с нами у [место встречи].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3.4 Групповой или индивидуальный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Зачем: </w:t>
      </w:r>
      <w:r>
        <w:rPr>
          <w:rFonts w:ascii="Calibri" w:hAnsi="Calibri" w:cs="Calibri" w:eastAsia="Calibri"/>
          <w:b w:val="0"/>
          <w:color w:val="5D5A70"/>
          <w:sz w:val="21"/>
        </w:rPr>
        <w:t>Для туров это и есть вопрос о бюджете.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Если спрашивают цену: </w:t>
      </w:r>
      <w:r>
        <w:rPr>
          <w:rFonts w:ascii="Calibri" w:hAnsi="Calibri" w:cs="Calibri" w:eastAsia="Calibri"/>
          <w:b w:val="0"/>
          <w:color w:val="5D5A70"/>
          <w:sz w:val="21"/>
        </w:rPr>
        <w:t>Назовите цену группового тура на человека. Индивидуальные туры рассчитывает команда.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Спросите: </w:t>
      </w:r>
      <w:r>
        <w:rPr>
          <w:rFonts w:ascii="Calibri" w:hAnsi="Calibri" w:cs="Calibri" w:eastAsia="Calibri"/>
          <w:b w:val="0"/>
          <w:color w:val="15131F"/>
          <w:sz w:val="21"/>
        </w:rPr>
        <w:t>Хотите присоединиться к группе или нужен индивидуальный тур только для вашей компании?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3.5 Заметки о безопасности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Зачем: </w:t>
      </w:r>
      <w:r>
        <w:rPr>
          <w:rFonts w:ascii="Calibri" w:hAnsi="Calibri" w:cs="Calibri" w:eastAsia="Calibri"/>
          <w:b w:val="0"/>
          <w:color w:val="5D5A70"/>
          <w:sz w:val="21"/>
        </w:rPr>
        <w:t>Ограничения подвижности, аллергии или неумение плавать меняют то, какой тур безопасен.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Если упоминают проблему со здоровьем: </w:t>
      </w:r>
      <w:r>
        <w:rPr>
          <w:rFonts w:ascii="Calibri" w:hAnsi="Calibri" w:cs="Calibri" w:eastAsia="Calibri"/>
          <w:b w:val="0"/>
          <w:color w:val="5D5A70"/>
          <w:sz w:val="21"/>
        </w:rPr>
        <w:t>Не давайте советов. Запишите, а решение примет менеджер.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Спросите: </w:t>
      </w:r>
      <w:r>
        <w:rPr>
          <w:rFonts w:ascii="Calibri" w:hAnsi="Calibri" w:cs="Calibri" w:eastAsia="Calibri"/>
          <w:b w:val="0"/>
          <w:color w:val="15131F"/>
          <w:sz w:val="21"/>
        </w:rPr>
        <w:t>Что нужно знать гиду: ограничения подвижности, аллергии или то, что кто-то не умеет плавать?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3.6 Мобильный номер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Зачем: </w:t>
      </w:r>
      <w:r>
        <w:rPr>
          <w:rFonts w:ascii="Calibri" w:hAnsi="Calibri" w:cs="Calibri" w:eastAsia="Calibri"/>
          <w:b w:val="0"/>
          <w:color w:val="5D5A70"/>
          <w:sz w:val="21"/>
        </w:rPr>
        <w:t>В день тура планы меняются быстро.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Если дают только email: </w:t>
      </w:r>
      <w:r>
        <w:rPr>
          <w:rFonts w:ascii="Calibri" w:hAnsi="Calibri" w:cs="Calibri" w:eastAsia="Calibri"/>
          <w:b w:val="0"/>
          <w:color w:val="5D5A70"/>
          <w:sz w:val="21"/>
        </w:rPr>
        <w:t>Попросите ещё раз, затем примите email.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Спросите: </w:t>
      </w:r>
      <w:r>
        <w:rPr>
          <w:rFonts w:ascii="Calibri" w:hAnsi="Calibri" w:cs="Calibri" w:eastAsia="Calibri"/>
          <w:b w:val="0"/>
          <w:color w:val="15131F"/>
          <w:sz w:val="21"/>
        </w:rPr>
        <w:t>По какому мобильному номеру гид сможет связаться с вами во время тура? Можно WhatsApp.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Завершите так: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Спасибо, [имя]. Ваша заявка: [тур], [дата], [время], взрослых: [число], детей: [число] (возраст: [возраст]), трансфер от [места]. Это заявка, а не подтверждённое место. [Сотрудник] подтвердит места и цену до [время].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Тур сегодня или завтра: </w:t>
      </w:r>
      <w:r>
        <w:rPr>
          <w:rFonts w:ascii="Calibri" w:hAnsi="Calibri" w:cs="Calibri" w:eastAsia="Calibri"/>
          <w:b w:val="0"/>
          <w:color w:val="15131F"/>
          <w:sz w:val="21"/>
        </w:rPr>
        <w:t>Если тур уже так скоро, позвоните, пожалуйста, по номеру [телефон]. Вашу заявку я тоже передаю [сотруднику].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Сводка для передачи: </w:t>
      </w:r>
      <w:r>
        <w:rPr>
          <w:rFonts w:ascii="Calibri" w:hAnsi="Calibri" w:cs="Calibri" w:eastAsia="Calibri"/>
          <w:b w:val="0"/>
          <w:color w:val="15131F"/>
          <w:sz w:val="21"/>
        </w:rPr>
        <w:t>Заявка на тур для [менеджера]. Статус: заявка, не подтверждена. Срочно: [да или нет]. Тур: [тур], [групповой или индивидуальный], [дата], [время]. Люди: взрослых [число], детей [число] (возраст: [возраст]). Трансфер: [место]. Безопасность: [заметки или нет]. Не хватает: [поля или ничего]. Язык: [язык]. Мобильный: [номер].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4. Чартер яхты: на день или неделю, с экипажем или без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Вопросы: 6 · Кому передать: Менеджер по чартерам · Срок ответа: 24 часа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Для чартеров на день или неделю, с экипажем или без. Для чартера нужны порт, число гостей на борту и то, кто управляет яхтой.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Обязательные поля, в этом порядке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Даты, на день или с ночёвкой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Порт отправления и порт прибытия, если в одну сторону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Гости на борту: взрослые и дети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С экипажем или без, и сертификат шкипера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Яхта или тип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Бюджет на стоимость чартера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Имя и email или телефон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4.1 Даты и тип чартера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Зачем: </w:t>
      </w:r>
      <w:r>
        <w:rPr>
          <w:rFonts w:ascii="Calibri" w:hAnsi="Calibri" w:cs="Calibri" w:eastAsia="Calibri"/>
          <w:b w:val="0"/>
          <w:color w:val="5D5A70"/>
          <w:sz w:val="21"/>
        </w:rPr>
        <w:t>Недельные чартеры часто идут с [субботы] по [субботу]. Дневные чартеры стоят по-другому.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Если хотят неделю покороче: </w:t>
      </w:r>
      <w:r>
        <w:rPr>
          <w:rFonts w:ascii="Calibri" w:hAnsi="Calibri" w:cs="Calibri" w:eastAsia="Calibri"/>
          <w:b w:val="0"/>
          <w:color w:val="5D5A70"/>
          <w:sz w:val="21"/>
        </w:rPr>
        <w:t>Запишите это. Решает менеджер по чартерам.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Спросите: </w:t>
      </w:r>
      <w:r>
        <w:rPr>
          <w:rFonts w:ascii="Calibri" w:hAnsi="Calibri" w:cs="Calibri" w:eastAsia="Calibri"/>
          <w:b w:val="0"/>
          <w:color w:val="15131F"/>
          <w:sz w:val="21"/>
        </w:rPr>
        <w:t>Какие даты вы рассматриваете? Это прогулка на день или вы будете ночевать на борту?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4.2 Порты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Зачем: </w:t>
      </w:r>
      <w:r>
        <w:rPr>
          <w:rFonts w:ascii="Calibri" w:hAnsi="Calibri" w:cs="Calibri" w:eastAsia="Calibri"/>
          <w:b w:val="0"/>
          <w:color w:val="5D5A70"/>
          <w:sz w:val="21"/>
        </w:rPr>
        <w:t>При маршруте в одну сторону яхте нужно вернуться, и это может изменить цену.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Если называют порт, где вы не работаете: </w:t>
      </w:r>
      <w:r>
        <w:rPr>
          <w:rFonts w:ascii="Calibri" w:hAnsi="Calibri" w:cs="Calibri" w:eastAsia="Calibri"/>
          <w:b w:val="0"/>
          <w:color w:val="5D5A70"/>
          <w:sz w:val="21"/>
        </w:rPr>
        <w:t>Предложите свой ближайший порт: [порт].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Спросите: </w:t>
      </w:r>
      <w:r>
        <w:rPr>
          <w:rFonts w:ascii="Calibri" w:hAnsi="Calibri" w:cs="Calibri" w:eastAsia="Calibri"/>
          <w:b w:val="0"/>
          <w:color w:val="15131F"/>
          <w:sz w:val="21"/>
        </w:rPr>
        <w:t>Хотите начать и закончить в [домашнем порту] или завершить маршрут в другом месте?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4.3 Гости на борту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Зачем: </w:t>
      </w:r>
      <w:r>
        <w:rPr>
          <w:rFonts w:ascii="Calibri" w:hAnsi="Calibri" w:cs="Calibri" w:eastAsia="Calibri"/>
          <w:b w:val="0"/>
          <w:color w:val="5D5A70"/>
          <w:sz w:val="21"/>
        </w:rPr>
        <w:t>У каждой яхты есть сертифицированный лимит гостей, и с ночёвкой он часто ниже.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Если группа больше лимита: </w:t>
      </w:r>
      <w:r>
        <w:rPr>
          <w:rFonts w:ascii="Calibri" w:hAnsi="Calibri" w:cs="Calibri" w:eastAsia="Calibri"/>
          <w:b w:val="0"/>
          <w:color w:val="5D5A70"/>
          <w:sz w:val="21"/>
        </w:rPr>
        <w:t>Ничего не обещайте. Предложите [две яхты] или [дневной чартер], и пусть проверит человек.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Спросите: </w:t>
      </w:r>
      <w:r>
        <w:rPr>
          <w:rFonts w:ascii="Calibri" w:hAnsi="Calibri" w:cs="Calibri" w:eastAsia="Calibri"/>
          <w:b w:val="0"/>
          <w:color w:val="15131F"/>
          <w:sz w:val="21"/>
        </w:rPr>
        <w:t>Сколько гостей будет на борту и сколько из них детей?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4.4 С экипажем или без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Зачем: </w:t>
      </w:r>
      <w:r>
        <w:rPr>
          <w:rFonts w:ascii="Calibri" w:hAnsi="Calibri" w:cs="Calibri" w:eastAsia="Calibri"/>
          <w:b w:val="0"/>
          <w:color w:val="5D5A70"/>
          <w:sz w:val="21"/>
        </w:rPr>
        <w:t>Без экипажа гости управляют яхтой сами, поэтому сначала проверяют шкипера.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Если выбирают без экипажа: </w:t>
      </w:r>
      <w:r>
        <w:rPr>
          <w:rFonts w:ascii="Calibri" w:hAnsi="Calibri" w:cs="Calibri" w:eastAsia="Calibri"/>
          <w:b w:val="0"/>
          <w:color w:val="5D5A70"/>
          <w:sz w:val="21"/>
        </w:rPr>
        <w:t>Попросите сертификат и опыт шкипера. Решает менеджер по чартерам.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Спросите: </w:t>
      </w:r>
      <w:r>
        <w:rPr>
          <w:rFonts w:ascii="Calibri" w:hAnsi="Calibri" w:cs="Calibri" w:eastAsia="Calibri"/>
          <w:b w:val="0"/>
          <w:color w:val="15131F"/>
          <w:sz w:val="21"/>
        </w:rPr>
        <w:t>Вам нужен чартер с экипажем, со шкипером и командой, или без экипажа, когда яхтой управляет ваша группа?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4.5 Яхта или тип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Зачем: </w:t>
      </w:r>
      <w:r>
        <w:rPr>
          <w:rFonts w:ascii="Calibri" w:hAnsi="Calibri" w:cs="Calibri" w:eastAsia="Calibri"/>
          <w:b w:val="0"/>
          <w:color w:val="5D5A70"/>
          <w:sz w:val="21"/>
        </w:rPr>
        <w:t>Для первого предложения достаточно названия яхты или типа.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Если называют конкретную яхту: </w:t>
      </w:r>
      <w:r>
        <w:rPr>
          <w:rFonts w:ascii="Calibri" w:hAnsi="Calibri" w:cs="Calibri" w:eastAsia="Calibri"/>
          <w:b w:val="0"/>
          <w:color w:val="5D5A70"/>
          <w:sz w:val="21"/>
        </w:rPr>
        <w:t>Запишите её с пометкой «или аналог» на случай, если она занята.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Спросите: </w:t>
      </w:r>
      <w:r>
        <w:rPr>
          <w:rFonts w:ascii="Calibri" w:hAnsi="Calibri" w:cs="Calibri" w:eastAsia="Calibri"/>
          <w:b w:val="0"/>
          <w:color w:val="15131F"/>
          <w:sz w:val="21"/>
        </w:rPr>
        <w:t>Есть ли у вас на примете конкретная яхта или предпочтительный тип: парусная яхта, катамаран или моторная яхта?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4.6 Стоимость чартера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Зачем: </w:t>
      </w:r>
      <w:r>
        <w:rPr>
          <w:rFonts w:ascii="Calibri" w:hAnsi="Calibri" w:cs="Calibri" w:eastAsia="Calibri"/>
          <w:b w:val="0"/>
          <w:color w:val="5D5A70"/>
          <w:sz w:val="21"/>
        </w:rPr>
        <w:t>Стоимость зависит от яхты и сезона, а дополнительные расходы указываются в предложении.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Если бюджет ниже вашей минимальной цены: </w:t>
      </w:r>
      <w:r>
        <w:rPr>
          <w:rFonts w:ascii="Calibri" w:hAnsi="Calibri" w:cs="Calibri" w:eastAsia="Calibri"/>
          <w:b w:val="0"/>
          <w:color w:val="5D5A70"/>
          <w:sz w:val="21"/>
        </w:rPr>
        <w:t>Предложите яхту поменьше, меньше дней или прогулку на день.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Спросите: </w:t>
      </w:r>
      <w:r>
        <w:rPr>
          <w:rFonts w:ascii="Calibri" w:hAnsi="Calibri" w:cs="Calibri" w:eastAsia="Calibri"/>
          <w:b w:val="0"/>
          <w:color w:val="15131F"/>
          <w:sz w:val="21"/>
        </w:rPr>
        <w:t>На какой бюджет за чартер вы рассчитываете? Дополнительные расходы, например питание, топливо и портовые сборы, указываются в предложении отдельно.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Завершите так: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Спасибо, [имя]. Ваша заявка: [яхта или тип], [с экипажем или без], с [даты начала] по [дату окончания], из [порта], взрослых: [число], детей: [число], стоимость чартера около [бюджета]. Это заявка, а не бронирование. [Сотрудник] проверит, свободна ли яхта, и отправит предложение с ценой и условиями до [время].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Сводка для передачи: </w:t>
      </w:r>
      <w:r>
        <w:rPr>
          <w:rFonts w:ascii="Calibri" w:hAnsi="Calibri" w:cs="Calibri" w:eastAsia="Calibri"/>
          <w:b w:val="0"/>
          <w:color w:val="15131F"/>
          <w:sz w:val="21"/>
        </w:rPr>
        <w:t>Заявка на чартер для [менеджера]. Статус: заявка, не подтверждена. Яхта: [яхта или тип], [с экипажем или без]. Даты: с [начало] по [окончание], ночей: [число]. Порты: [порт отправления] — [порт прибытия]. Гости: взрослых [число], детей [число] (возраст: [возраст]). Сертификат шкипера: [сертификат или не нужен]. Стоимость чартера: [диапазон]. Не хватает: [поля или ничего]. Язык: [язык]. Контакт: [email или телефон].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Совет: </w:t>
      </w:r>
      <w:r>
        <w:rPr>
          <w:rFonts w:ascii="Calibri" w:hAnsi="Calibri" w:cs="Calibri" w:eastAsia="Calibri"/>
          <w:b w:val="0"/>
          <w:color w:val="5D5A70"/>
          <w:sz w:val="21"/>
        </w:rPr>
        <w:t>Коммерческие яхты длиной 24 метра и более, на которые распространяется Red Ensign Group Yacht Code, берут на борт не более 12 пассажиров, а тем, кто арендует яхту за рубежом, как правило, нужно подтвердить свою квалификацию. Укажите лимит каждой яхты в базе знаний.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5. Когда даты, номер, тур или яхта недоступны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Альтернативы: Макс. 2 · Лист ожидания: Всегда с датой · Если гость отказывается: Статус «Потеряна» с указанием причины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Ваш AI не видит наличие мест в реальном времени. Он знает только то, что есть в базе знаний: закрытые сезоны, лимиты гостей и даты, которые вы отметили как занятые. Остальное проверяет человек. Никогда не пишите «скорее всего, свободно».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Что предложить, в этом порядке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1. Другие даты: Ближайшие свободные даты или на неделю раньше либо позже.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2. Другой вариант: Другой номер, зал, время тура или яхту примерно за ту же цену.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3. Лист ожидания: Только с датой, до которой вы ответите, и никогда как бронирование.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4. Рекомендация: Партнёр, которому вы доверяете, если сами помочь не можете.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AI: дата закрыта или занята: </w:t>
      </w:r>
      <w:r>
        <w:rPr>
          <w:rFonts w:ascii="Calibri" w:hAnsi="Calibri" w:cs="Calibri" w:eastAsia="Calibri"/>
          <w:b w:val="0"/>
          <w:color w:val="15131F"/>
          <w:sz w:val="21"/>
        </w:rPr>
        <w:t>На [даты] в [компании] [закрыто или всё забронировано]. Ближайшие свободные даты: [даты]. Отправить заявку на эти даты [сотруднику]?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AI: гостей больше лимита: </w:t>
      </w:r>
      <w:r>
        <w:rPr>
          <w:rFonts w:ascii="Calibri" w:hAnsi="Calibri" w:cs="Calibri" w:eastAsia="Calibri"/>
          <w:b w:val="0"/>
          <w:color w:val="15131F"/>
          <w:sz w:val="21"/>
        </w:rPr>
        <w:t>[Вариант] рассчитан максимум на [12] гостей. Для [14] гостей [сотрудник] может проверить [альтернативу]. Добавить это в вашу заявку?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AI: спрашивают, свободно ли: </w:t>
      </w:r>
      <w:r>
        <w:rPr>
          <w:rFonts w:ascii="Calibri" w:hAnsi="Calibri" w:cs="Calibri" w:eastAsia="Calibri"/>
          <w:b w:val="0"/>
          <w:color w:val="15131F"/>
          <w:sz w:val="21"/>
        </w:rPr>
        <w:t>Я не вижу наличие мест в реальном времени, но могу прямо сейчас отправить вашу заявку [сотруднику]. [Сотрудник] ответит до [время].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Менеджер: две альтернативы: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Спасибо, что подождали, [имя]. [Вариант] на [даты] недоступен. Могу предложить [альтернатива 1] или [альтернатива 2]. Подготовить предложение по одному из них?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Менеджер: лист ожидания: </w:t>
      </w:r>
      <w:r>
        <w:rPr>
          <w:rFonts w:ascii="Calibri" w:hAnsi="Calibri" w:cs="Calibri" w:eastAsia="Calibri"/>
          <w:b w:val="0"/>
          <w:color w:val="15131F"/>
          <w:sz w:val="21"/>
        </w:rPr>
        <w:t>Мы внесли вас в лист ожидания на [вариант], [даты]. Это не бронирование. Если место освободится, я сразу напишу. Если нет, сообщу вам до [даты].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Если гость отказывается от всего: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Спасибо, что рассматривали нас. Если планы изменятся, напишите нам здесь. Возможно, у [партнёра] есть места на ваши даты: [ссылка].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6. Недостающие данные и смена языка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Вопросов на одно поле: 1 · Попыток на поле: 2 · Никогда не пропускайте: Контактные данные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Гости часто присылают сразу только половину данных. Сохраняйте то, что есть, и спрашивайте только первое недостающее поле.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Когда не хватает данных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1. Сохраните то, что есть: Никогда не спрашивайте повторно то, что гость уже сообщил.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2. Одно поле за раз: Одно недостающее поле на вопрос. Взрослых и детей можно спросить вместе.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3. Уточняйте размытые ответы: Превратите «в следующие выходные» в «с пятницы, 16 октября, по воскресенье, 18 октября» и попросите гостя подтвердить.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4. Остановитесь после двух попыток: Затем передайте заявку с пометкой «Не хватает: [поле]» и статусом «Не хватает данных». Пропустить нельзя только контактные данные.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AI: данные есть частично: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Спасибо, [имя]. Записываю: [даты], гостей: [число]. Ещё один вопрос, и [сотрудник] сможет подготовить ваше предложение: [вопрос о недостающем поле]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AI: бюджет не назван: </w:t>
      </w:r>
      <w:r>
        <w:rPr>
          <w:rFonts w:ascii="Calibri" w:hAnsi="Calibri" w:cs="Calibri" w:eastAsia="Calibri"/>
          <w:b w:val="0"/>
          <w:color w:val="15131F"/>
          <w:sz w:val="21"/>
        </w:rPr>
        <w:t>Без проблем. Он ближе к [диапазон А], [диапазон Б] или [диапазон В]? Если не хотите говорить, оставлю это поле открытым.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AI: всё ещё нет контакта: </w:t>
      </w:r>
      <w:r>
        <w:rPr>
          <w:rFonts w:ascii="Calibri" w:hAnsi="Calibri" w:cs="Calibri" w:eastAsia="Calibri"/>
          <w:b w:val="0"/>
          <w:color w:val="15131F"/>
          <w:sz w:val="21"/>
        </w:rPr>
        <w:t>Чтобы передать вашу заявку [сотруднику], мне нужен email или номер телефона. Что вам удобнее?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Когда гость меняет язык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Отвечайте на языке последнего сообщения гостя. Если он переходит на другой язык, переходите тоже, не спрашивая.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Пишите даты с названием месяца: 07/10 в США означает 10 июля, а в большей части Европы — 7 октября.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Пишите цены с кодом валюты, например 180 USD.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Сохраняйте имена и адреса точно так, как их написал гость.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Пишите сводку на языке вашей команды, с пометкой «Язык: [язык]».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Совет: </w:t>
      </w:r>
      <w:r>
        <w:rPr>
          <w:rFonts w:ascii="Calibri" w:hAnsi="Calibri" w:cs="Calibri" w:eastAsia="Calibri"/>
          <w:b w:val="0"/>
          <w:color w:val="5D5A70"/>
          <w:sz w:val="21"/>
        </w:rPr>
        <w:t>В опросе 8709 потребителей 76% предпочли покупать, когда информация дана на их родном языке. С тарифа Growth входящие CRMsoftware.pro автоматически переводят сообщения для менеджера.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7. Заявка или подтверждение: что AI может и не может говорить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AI пишет «забронировано»: Никогда · Кто подтверждает: Человек · Статус до этого: Заявка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Подтвердить бронирование может только человек, после проверки наличия мест, цены и условий. До этого AI собирает заявку. Трибунал признал Air Canada ответственной за то, что её чат-бот на сайте сказал клиенту.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Никогда не говорите и что сказать вместо этого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Никогда не говорите</w:t>
            </w:r>
          </w:p>
        </w:tc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Скажите вместо этого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Ваш номер забронирован.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Ваша заявка принята. [Сотрудник] подтвердит наличие мест до [время].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Да, места есть.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Я не вижу наличие мест в реальном времени. [Сотрудник] это проверит.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Итого 2400 $.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Цены — от [цены] за ночь. Точная цена будет в предложении.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Я закреплю его за вами.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[Сотрудник] скажет, можно ли закрепить его за вами.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Бесплатная отмена, без проблем.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Условия отмены указаны в предложении и на [странице условий].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Вставьте в инструкции AI: </w:t>
      </w:r>
      <w:r>
        <w:rPr>
          <w:rFonts w:ascii="Calibri" w:hAnsi="Calibri" w:cs="Calibri" w:eastAsia="Calibri"/>
          <w:b w:val="0"/>
          <w:color w:val="15131F"/>
          <w:sz w:val="21"/>
        </w:rPr>
        <w:t>Ты собираешь заявки на бронирование для [компании]. Ты не видишь наличие мест и не можешь подтверждать бронирования, цены, закрепление за гостем, скидки или возвраты. Никогда не говори, что что-то забронировано, подтверждено, зарезервировано, гарантировано или закреплено за гостем. Называй это заявкой, говори, кто её подтвердит и до какого времени. Называй только цены «от» из базы знаний.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Кто подтверждает и когда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1. Менеджер проверяет: Наличие мест, цену и условия в вашей системе или календаре.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2. Менеджер отправляет предложение: Цена, условия и способ оплаты. Статус: «Предложение отправлено».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3. Гость соглашается: Предоплата, оплата или подписанный договор, как сказано в ваших условиях.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4. Менеджер подтверждает: Только теперь: «Ваше бронирование подтверждено». Статус: «Подтверждена менеджером».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8. Сводка для передачи: каждая заявка — нужному менеджеру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Статус: Заявка · Первая строка: Тип и менеджер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Сводку менеджер читает первой. По ней он должен проверить наличие мест и отправить предложение, не переспрашивая гостя.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Кто получает какую заявку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Заявка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Менеджер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Срок ответа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Проживание в отеле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[Отдел бронирования]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[2 рабочих часа]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Группа или мероприятие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[Менеджер по мероприятиям]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[В тот же рабочий день]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Тур или экскурсия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[Отдел экскурсий]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[2 часа, 15 минут, если сегодня]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Чартер яхты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[Менеджер по чартерам]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[24 часа]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Непонятно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[Ресепшен или владелец]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[2 рабочих часа]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Формат сводки: </w:t>
      </w:r>
      <w:r>
        <w:rPr>
          <w:rFonts w:ascii="Calibri" w:hAnsi="Calibri" w:cs="Calibri" w:eastAsia="Calibri"/>
          <w:b w:val="0"/>
          <w:color w:val="15131F"/>
          <w:sz w:val="21"/>
        </w:rPr>
        <w:t>Заявка на [тип] для [менеджера]. Статус: заявка, не подтверждена. Даты: [даты], ночей: [число]. Гости: взрослых [число], детей [число] (возраст: [возраст]). Вариант: [номер, зал, тур или яхта]. Место: [трансфер или порт]. Бюджет: [диапазон]. Пожелания: [заметки]. Не хватает: [поля или ничего]. Язык: [язык]. Контакт: [email или телефон]. Обещанный ответ: до [время].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 говорит гостю: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Спасибо. Ваша заявка передана [сотруднику], который отвечает за [проживание, мероприятия, туры или чартеры], ответ придёт до [время]. До этого момента это заявка, а не бронирование.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Если никого нет онлайн: </w:t>
      </w:r>
      <w:r>
        <w:rPr>
          <w:rFonts w:ascii="Calibri" w:hAnsi="Calibri" w:cs="Calibri" w:eastAsia="Calibri"/>
          <w:b w:val="0"/>
          <w:color w:val="15131F"/>
          <w:sz w:val="21"/>
        </w:rPr>
        <w:t>Наша команда сейчас не в сети. Ваша заявка сохранена, и [сотрудник] ответит завтра до [время]. Если вопрос срочный, позвоните по номеру [телефон].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Совет: </w:t>
      </w:r>
      <w:r>
        <w:rPr>
          <w:rFonts w:ascii="Calibri" w:hAnsi="Calibri" w:cs="Calibri" w:eastAsia="Calibri"/>
          <w:b w:val="0"/>
          <w:color w:val="5D5A70"/>
          <w:sz w:val="21"/>
        </w:rPr>
        <w:t>Назначьте заместителя каждому менеджеру. Заявка, которая ждёт в пустых входящих, — потерянное бронирование.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Уведомления в CRMsoftware.pro: </w:t>
      </w:r>
      <w:r>
        <w:rPr>
          <w:rFonts w:ascii="Calibri" w:hAnsi="Calibri" w:cs="Calibri" w:eastAsia="Calibri"/>
          <w:b w:val="0"/>
          <w:color w:val="5D5A70"/>
          <w:sz w:val="21"/>
        </w:rPr>
        <w:t>Email, Push, Онлайн-поддержка</w:t>
      </w:r>
    </w:p>
    <w:p>
      <w:pPr>
        <w:spacing w:after="16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Заполненный пример: Заявка на чартер передана нужному менеджеру за 4 минуты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Скрипт обработки заявок на бронирование в Tidewell Harbor, вымышленном отеле в гавани с террасой для мероприятий, морскими экскурсиями и тремя чартерными яхтами. Гостья присылает половину данных в 21:14, AI спрашивает только недостающее и передаёт полную заявку Марте, менеджеру по чартерам.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Гость: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Здравствуйте! Aurora свободна с 10 по 17 июля следующего года? Нас 10 человек.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спасибо, что написали в Tidewell Harbor. Я не вижу в реальном времени, свободна ли яхта, но передам вашу заявку Марте, нашему менеджеру по чартерам, и она это проверит. Записываю: с 10 по 17 июля 2027, 10 гостей. Сколько из них детей?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Гость: </w:t>
      </w:r>
      <w:r>
        <w:rPr>
          <w:rFonts w:ascii="Calibri" w:hAnsi="Calibri" w:cs="Calibri" w:eastAsia="Calibri"/>
          <w:b w:val="0"/>
          <w:color w:val="15131F"/>
          <w:sz w:val="21"/>
        </w:rPr>
        <w:t>Двое детей, 9 и 12 лет. Остальные взрослые.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Спасибо. Вам нужен чартер с экипажем, со шкипером и командой, или без экипажа, когда яхтой управляет ваша группа?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Гость: </w:t>
      </w:r>
      <w:r>
        <w:rPr>
          <w:rFonts w:ascii="Calibri" w:hAnsi="Calibri" w:cs="Calibri" w:eastAsia="Calibri"/>
          <w:b w:val="0"/>
          <w:color w:val="15131F"/>
          <w:sz w:val="21"/>
        </w:rPr>
        <w:t>С экипажем, пожалуйста. Никто из нас не умеет управлять яхтой.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Хорошо, с экипажем. Хотите начать и закончить здесь, в Tidewell Harbor?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Гость: </w:t>
      </w:r>
      <w:r>
        <w:rPr>
          <w:rFonts w:ascii="Calibri" w:hAnsi="Calibri" w:cs="Calibri" w:eastAsia="Calibri"/>
          <w:b w:val="0"/>
          <w:color w:val="15131F"/>
          <w:sz w:val="21"/>
        </w:rPr>
        <w:t>Да, туда и обратно.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На какой бюджет за чартер вы рассчитываете? Дополнительные расходы, например питание, топливо и портовые сборы, указываются в предложении отдельно.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Гость: </w:t>
      </w:r>
      <w:r>
        <w:rPr>
          <w:rFonts w:ascii="Calibri" w:hAnsi="Calibri" w:cs="Calibri" w:eastAsia="Calibri"/>
          <w:b w:val="0"/>
          <w:color w:val="15131F"/>
          <w:sz w:val="21"/>
        </w:rPr>
        <w:t>Где-то 20–25 тысяч долларов.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Спасибо. На какой email Марте лучше отправить вам предложение?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Гость: </w:t>
      </w:r>
      <w:r>
        <w:rPr>
          <w:rFonts w:ascii="Calibri" w:hAnsi="Calibri" w:cs="Calibri" w:eastAsia="Calibri"/>
          <w:b w:val="0"/>
          <w:color w:val="15131F"/>
          <w:sz w:val="21"/>
        </w:rPr>
        <w:t>anna.w@example.com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Спасибо, Анна. Ваша заявка: Aurora, с экипажем, с 10 по 17 июля 2027, из Tidewell Harbor, 8 взрослых и 2 ребёнка, стоимость чартера около 20 000–25 000 $. Это заявка, а не бронирование. Марта проверит, свободна ли яхта, и отправит вам предложение на email завтра до полудня.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Гость: </w:t>
      </w:r>
      <w:r>
        <w:rPr>
          <w:rFonts w:ascii="Calibri" w:hAnsi="Calibri" w:cs="Calibri" w:eastAsia="Calibri"/>
          <w:b w:val="0"/>
          <w:color w:val="15131F"/>
          <w:sz w:val="21"/>
        </w:rPr>
        <w:t>Отлично, спасибо!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Марта (чартеры): </w:t>
      </w:r>
      <w:r>
        <w:rPr>
          <w:rFonts w:ascii="Calibri" w:hAnsi="Calibri" w:cs="Calibri" w:eastAsia="Calibri"/>
          <w:b w:val="0"/>
          <w:color w:val="15131F"/>
          <w:sz w:val="21"/>
        </w:rPr>
        <w:t>Доброе утро, Анна. Это Марта. Aurora свободна с 10 по 17 июля 2027, предложение с ценой и условиями уже у вас на почте. Я закрепляю яхту за вами до пятницы, 16 октября. Бронирование будет подтверждено, когда мы получим подписанный договор и предоплату.</w:t>
      </w:r>
    </w:p>
    <w:p>
      <w:pPr>
        <w:spacing w:after="8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Сводка, переданная Марте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Заявка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Чартер яхты, для Марты (чартеры)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Статус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Заявка, не подтверждена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Яхта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Aurora, с экипажем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Даты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Сб, 10 июля — сб, 17 июля 2027, 7 ночей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Порты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Tidewell Harbor, туда и обратно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Гости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8 взрослых, 2 ребёнка (9 и 12 лет)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Бюджет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20 000–25 000 $ за чартер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Не хватает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Ничего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Язык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Русский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Контакт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Анна В., anna.w@example.com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Обещанный ответ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До полудня, среда, 7 октября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От заявки до бронирования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Когда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Шаг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Статус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Вт, 21:14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Первое сообщение в чате на сайте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Новая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Вт, 21:18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Сводка передана Марте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Передана менеджеру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Ср, 9:05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Наличие проверено, предложение отправлено на email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Предложение отправлено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До пт, 16 окт.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Подписанный договор и предоплата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Подтверждена менеджером</w:t>
            </w:r>
          </w:p>
        </w:tc>
      </w:tr>
    </w:tbl>
    <w:p/>
    <w:p>
      <w:pPr>
        <w:spacing w:after="240"/>
      </w:pPr>
      <w:r>
        <w:rPr>
          <w:rFonts w:ascii="Calibri" w:hAnsi="Calibri" w:cs="Calibri" w:eastAsia="Calibri"/>
          <w:b w:val="0"/>
          <w:color w:val="5D5A70"/>
          <w:sz w:val="18"/>
        </w:rPr>
        <w:t>Вымышленный пример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Обязательные поля для заявок в отель, на площадку, на тур и на чартер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994"/>
        <w:gridCol w:w="1994"/>
        <w:gridCol w:w="1994"/>
        <w:gridCol w:w="1994"/>
        <w:gridCol w:w="1994"/>
      </w:tblGrid>
      <w:tr>
        <w:tc>
          <w:tcPr>
            <w:tcW w:type="dxa" w:w="199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Поле</w:t>
            </w:r>
          </w:p>
        </w:tc>
        <w:tc>
          <w:tcPr>
            <w:tcW w:type="dxa" w:w="199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Проживание в отеле</w:t>
            </w:r>
          </w:p>
        </w:tc>
        <w:tc>
          <w:tcPr>
            <w:tcW w:type="dxa" w:w="199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Группа или мероприятие</w:t>
            </w:r>
          </w:p>
        </w:tc>
        <w:tc>
          <w:tcPr>
            <w:tcW w:type="dxa" w:w="199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Тур или экскурсия</w:t>
            </w:r>
          </w:p>
        </w:tc>
        <w:tc>
          <w:tcPr>
            <w:tcW w:type="dxa" w:w="199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Чартер яхты</w:t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Даты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Заезд и выезд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Дата мероприятия и запасная дата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Дата и время начала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Даты начала и окончания, на день или с ночёвкой</w:t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Люди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Взрослые, дети и возраст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Гости и номера на ночь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Люди и возраст детей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Гости на борту в пределах лимита яхты</w:t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Вариант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Номера и тип номера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Рассадка, кейтеринг и доп. услуги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Групповой или индивидуальный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Яхта или тип, с экипажем или без</w:t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Место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 нужно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 нужно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Трансфер или место встречи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Порт отправления и прибытия</w:t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Бюджет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 ночь, диапазоном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Всего или на человека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 прайсу, индивидуальные туры по расчёту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Стоимость чартера, доп. расходы отдельно</w:t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Доп. проверка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Особые пожелания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Кто решает и к какому сроку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Заметки о безопасности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Сертификат шкипера для чартера без экипажа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Заявки на бронирование, которым нужен другой ответ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Ситуации, в которых простой скрипт ломается, и что в них говорит AI.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Гость сначала хочет узнать цену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Не отказывайте и не угадывайте итоговую сумму. Назовите цену «от» и скажите, от чего она зависит.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 говорит: </w:t>
      </w:r>
      <w:r>
        <w:rPr>
          <w:rFonts w:ascii="Calibri" w:hAnsi="Calibri" w:cs="Calibri" w:eastAsia="Calibri"/>
          <w:b w:val="0"/>
          <w:color w:val="15131F"/>
          <w:sz w:val="21"/>
        </w:rPr>
        <w:t>Номера — от [цены] за ночь. Точная цена зависит от ваших дат, поэтому уточню две детали, и [сотрудник] пришлёт расчёт.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Гость хочет оплатить сразу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Оплата — только после подтверждения человеком. С тарифа Launch менеджер может отправить из CRMsoftware.pro коммерческое предложение, договор на электронную подпись или ссылку для оплаты.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 говорит: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Спасибо. Как только даты подтвердятся, [сотрудник] пришлёт предложение с безопасным способом оплаты.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Пишет организатор или агент от имени клиента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Тот, кто пишет, может не быть тем, кто едет или платит.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 говорит: </w:t>
      </w:r>
      <w:r>
        <w:rPr>
          <w:rFonts w:ascii="Calibri" w:hAnsi="Calibri" w:cs="Calibri" w:eastAsia="Calibri"/>
          <w:b w:val="0"/>
          <w:color w:val="15131F"/>
          <w:sz w:val="21"/>
        </w:rPr>
        <w:t>Бронирование будет на ваше имя или на имя клиента? И кому отправить предложение?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Заявка приходит ночью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Соберите всё сейчас и пообещайте время ответа. Гостю не придётся писать снова.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 говорит: </w:t>
      </w:r>
      <w:r>
        <w:rPr>
          <w:rFonts w:ascii="Calibri" w:hAnsi="Calibri" w:cs="Calibri" w:eastAsia="Calibri"/>
          <w:b w:val="0"/>
          <w:color w:val="15131F"/>
          <w:sz w:val="21"/>
        </w:rPr>
        <w:t>Наша команда вернётся в [9:00]. Ваша заявка сохранена, и [сотрудник] ответит до [11:00].</w:t>
      </w:r>
    </w:p>
    <w:p>
      <w:pPr>
        <w:spacing w:after="80"/>
      </w:pPr>
    </w:p>
    <w:p>
      <w:pPr>
        <w:spacing w:after="200"/>
      </w:pPr>
      <w:r>
        <w:rPr>
          <w:rFonts w:ascii="Calibri" w:hAnsi="Calibri" w:cs="Calibri" w:eastAsia="Calibri"/>
          <w:b w:val="0"/>
          <w:color w:val="15131F"/>
          <w:sz w:val="21"/>
        </w:rPr>
        <w:t>С тарифа Launch бронирования с синхронизацией календаря позволяют гостям выбрать время для звонка или осмотра площадки. Номера, места и яхты всё равно подтверждает ваша команда.</w:t>
      </w:r>
    </w:p>
    <w:p>
      <w:pPr>
        <w:spacing w:after="120"/>
      </w:pPr>
      <w:r>
        <w:rPr>
          <w:rFonts w:ascii="Calibri" w:hAnsi="Calibri" w:cs="Calibri" w:eastAsia="Calibri"/>
          <w:b/>
          <w:color w:val="15131F"/>
          <w:sz w:val="28"/>
        </w:rPr>
        <w:t>Настройте скрипт обработки заявок на бронирование за 4 шага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 Выберите типы бронирования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Оставьте вкладки для того, что вы продаёте, плюс вкладки 5–8.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 Заполните скобки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Номера и цены, залы, время туров и возрастные ограничения, яхты, порты и имя каждого менеджера. Закрытые даты и лимиты гостей внесите в базу знаний.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 Добавьте правило заявки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Вставьте формулировку из вкладки 7 в инструкции AI.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 Протестируйте и проверяйте каждую неделю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Отправьте пять тестовых заявок, включая одну с пропусками и одну на другом языке. Проверяйте журнал каждую неделю.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Настройка в CRMsoftware.pro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1. Откройте «Мои боты», выберите бота и на вкладке «Основы» вставьте в поле «Инструкции» свои вопросы, правило заявки и список менеджеров. Цены, закрытые даты и лимиты гостей добавьте в поле «База знаний».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2. На вкладке «Поведение» включите «Сбор данных пользователя», чтобы до начала чата спрашивать имя и контакт.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3. На вкладке «Подключение» включите «Отправлять уведомления по почте» и добавьте менеджеров в поле «Назначенные пользователи». Включите также push-уведомления.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4. Нажмите «Сохранить изменения» и отправьте тестовую заявку в «Попробуйте бота». Возьмите её в разделе «Онлайн-поддержка», где статус меняется с «Ожидает агента» на «Завершен».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5. В разделе «Лиды» превратите заявку на мероприятие или чартер в контакт, компанию и сделку одним нажатием кнопки «Конвертировать».</w:t>
      </w:r>
    </w:p>
    <w:p>
      <w:pPr>
        <w:spacing w:after="200"/>
      </w:pPr>
      <w:r>
        <w:rPr>
          <w:rFonts w:ascii="Calibri" w:hAnsi="Calibri" w:cs="Calibri" w:eastAsia="Calibri"/>
          <w:b w:val="0"/>
          <w:color w:val="5D5A70"/>
          <w:sz w:val="21"/>
        </w:rPr>
        <w:t>Тариф Free включает AI-чат, базовую версию базы знаний, входящие лиды с ограничениями и 1 воронку. Передача человеку с уведомлениями по email и push доступна с тарифа Launch: 19 $ в месяц при оплате за год, 8 пользователей. CRMsoftware.pro не подключается к системам бронирования отелей и не проверяет наличие мест: каждое бронирование подтверждает ваша команда.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Еженедельный разбор заявок, 15 минут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Не хватает данных: какой вопрос гости пропускают?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Не тот менеджер: указывает ли сводка нужного человека?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Любой чат, где AI написал «забронировано» или «подтверждено»: исправьте инструкции в тот же день.</w:t>
      </w:r>
    </w:p>
    <w:p>
      <w:pPr>
        <w:spacing w:after="160"/>
      </w:pP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18"/>
        </w:rPr>
        <w:t>Бесплатный шаблон от CRMsoftware.pro. Данные в примере вымышлены.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6B3CF0"/>
          <w:sz w:val="18"/>
        </w:rPr>
        <w:t>https://crmsoftware.pro/ru/templates/hospitality-lead-qualification-script</w:t>
      </w:r>
    </w:p>
    <w:sectPr w:rsidR="00FC693F" w:rsidRPr="0006063C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Скрипт обработки заявок на бронирование</dc:title>
  <dc:subject/>
  <dc:creator>CRMsoftware.pro</dc:creator>
  <cp:keywords/>
  <dc:description/>
  <cp:lastModifiedBy>CRMsoftware.pro</cp:lastModifiedBy>
  <cp:revision>1</cp:revision>
  <dcterms:created xsi:type="dcterms:W3CDTF">2013-12-23T23:15:00Z</dcterms:created>
  <dcterms:modified xsi:type="dcterms:W3CDTF">2013-12-23T23:15:00Z</dcterms:modified>
  <cp:category/>
</cp:coreProperties>
</file>