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Инструкция передачи чата от AI к человеку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Семь триггеров передачи чата от AI к человеку с готовыми сообщениями, заметкой о передаче, целевым временем ответа и планом на нерабочее время.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Замените каждое слово в [скобках] своими данными, удалите лишние триггеры, а остальные вставьте в инструкции AI.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Триггеры передачи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Просит человека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Приоритет: Высокий · Ответить в течение: 10 мин · Кому передать: Тот, кто дежурит в чате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Клиент просит человека, оператора, менеджера или звонок.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Пишет «человек», «живой оператор» или «хватит бота».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Повторяет тот же вопрос после ответа AI.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Конечно. Прямо сейчас передаю этот чат [коллеге] вместе со всем, что вы рассказали, так что повторять не придётся. Ожидайте ответа в течение [10 минут].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никого нет онлайн: </w:t>
      </w:r>
      <w:r>
        <w:rPr>
          <w:rFonts w:ascii="Calibri" w:hAnsi="Calibri" w:cs="Calibri" w:eastAsia="Calibri"/>
          <w:b w:val="0"/>
          <w:color w:val="15131F"/>
          <w:sz w:val="21"/>
        </w:rPr>
        <w:t>Сейчас наша команда не в сети. Ваше сообщение сохранено, и [коллега] ответит здесь до [времени]. Если вопрос срочный, позвоните по номеру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Никогда не спорьте с этой просьбой и не спрашивайте «зачем». Передавайте сразу, и пусть AI молчит, пока не ответит человек.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AI не может ответить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Приоритет: Обычный · Ответить в течение: 15 мин · Кому передать: Эксперт по продукту или услуге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Ответа нет в базе знаний.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AI ответил дважды, а клиент спрашивает то же самое.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Вопрос требует решения, исключения или индивидуального расчёта.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Хочу ответить точно, поэтому передаю ваш вопрос [коллеге] вместе с нашей перепиской. Ответ придёт сюда в течение [15 минут].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никого нет онлайн: </w:t>
      </w:r>
      <w:r>
        <w:rPr>
          <w:rFonts w:ascii="Calibri" w:hAnsi="Calibri" w:cs="Calibri" w:eastAsia="Calibri"/>
          <w:b w:val="0"/>
          <w:color w:val="15131F"/>
          <w:sz w:val="21"/>
        </w:rPr>
        <w:t>У меня нет проверенного ответа, а команда сейчас не в сети. [Коллега] ответит здесь до [времени] и всё подробно расскажет.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Записывайте каждый вопрос, на который AI не смог ответить. Добавьте ответ в базу знаний, и этот триггер будет срабатывать реже.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Недовольный клиент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Приоритет: Высокий · Ответить в течение: 5 мин · Кому передать: Руководитель команды или ответственный за клиента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Резкие слова, заглавные буквы или много сообщений подряд.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Жалоба на невыполненное обещание, задержку или плохой сервис.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Клиент грозит оставить плохой отзыв или отменить заказ.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Мне очень жаль, что так вышло. Подключаю [коллегу], чтобы всё исправить. Подробности уже переданы, так что объяснять заново не придётся. Ожидайте ответа в течение [5 минут].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никого нет онлайн: </w:t>
      </w:r>
      <w:r>
        <w:rPr>
          <w:rFonts w:ascii="Calibri" w:hAnsi="Calibri" w:cs="Calibri" w:eastAsia="Calibri"/>
          <w:b w:val="0"/>
          <w:color w:val="15131F"/>
          <w:sz w:val="21"/>
        </w:rPr>
        <w:t>Мне очень жаль, что так вышло. Команда сейчас не в сети, но ваше сообщение отмечено как срочное. [Коллега] свяжется с вами до [времени].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Тот, кто подхватывает чат, должен начать с извинения и одного конкретного шага, а не с вопросов, которые AI уже задал.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Оплата, возврат или отмена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Приоритет: Высокий · Ответить в течение: 15 мин · Кому передать: Владелец или ответственный за счета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Возврат денег, чарджбэк, двойное списание или ошибка в счёте.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Отмена, переход на тариф ниже или пауза подписки либо заказа.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Просьбы о скидке или об изменении условий оплаты.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Платежи должен проверить человек, поэтому передаю ваш вопрос [коллеге]. Ответ придёт сюда в течение [15 минут]. Пожалуйста, не отправляйте номер карты в этот чат.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никого нет онлайн: </w:t>
      </w:r>
      <w:r>
        <w:rPr>
          <w:rFonts w:ascii="Calibri" w:hAnsi="Calibri" w:cs="Calibri" w:eastAsia="Calibri"/>
          <w:b w:val="0"/>
          <w:color w:val="15131F"/>
          <w:sz w:val="21"/>
        </w:rPr>
        <w:t>Вопросы оплаты решает человек, а команда сейчас не в сети. [Коллега] ответит до [времени]. До этого ничего не будет списано или отменено.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AI никогда не обещает возврат, скидку или дату отмены. Он собирает факты и передаёт разговор.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Готов купить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Приоритет: Высокий · Ответить в течение: 5 мин · Кому передать: Ответственный за продажи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Лид просит смету, договор, демо или звонок.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Бюджет, сроки и лицо, принимающее решение, подтверждены.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Крупный или нестандартный заказ, который AI не может оценить.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Отлично! Этим занимается [коллега], подключаю прямо сейчас. Ваши данные уже переданы, ответ придёт сюда в течение [5 минут].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никого нет онлайн: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всё сохранено. [Коллега] свяжется с вами до [времени]. Можно также сразу записаться на звонок: [ссылка на запись].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Здесь решает скорость: лидов, с которыми связались в течение часа, гораздо чаще удаётся квалифицировать. Отправьте ссылку на запись, если никто не успевает ответить вовремя.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Деликатная или рискованная тема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Приоритет: Высокий · Ответить в течение: 30 мин · Кому передать: Владелец или руководитель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Юридические угрозы, травмы, вопросы безопасности или здоровья.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Просьбы удалить, выгрузить или изменить персональные данные.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Всё, что AI не должен обещать или решать.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Здесь нужен человек из нашей команды, поэтому передаю разговор [коллеге] вместе со всей перепиской. Ответ придёт сюда в течение [30 минут].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никого нет онлайн: </w:t>
      </w:r>
      <w:r>
        <w:rPr>
          <w:rFonts w:ascii="Calibri" w:hAnsi="Calibri" w:cs="Calibri" w:eastAsia="Calibri"/>
          <w:b w:val="0"/>
          <w:color w:val="15131F"/>
          <w:sz w:val="21"/>
        </w:rPr>
        <w:t>Здесь нужен человек, а команда сейчас не в сети. [Коллега] ответит до [времени]. Если кому-то угрожает опасность, звоните в местную экстренную службу.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Внесите эти темы в инструкции AI с пометкой «никогда не отвечать, всегда передавать», чтобы AI не пытался помочь сам.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Сбой или доступ к аккаунту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Приоритет: Обычный · Ответить в течение: 30 мин · Кому передать: Поддержка или технический ответственный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Передавайте,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Клиент не может войти, оплатить или воспользоваться функцией.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Сообщение об ошибке, скриншот бага или сломанная страница.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Проблема появилась после изменений на вашей стороне.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подробности. Передаю вопрос [коллеге], чтобы проверить ваш аккаунт. Ответ придёт сюда в течение [30 минут].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никого нет онлайн: </w:t>
      </w:r>
      <w:r>
        <w:rPr>
          <w:rFonts w:ascii="Calibri" w:hAnsi="Calibri" w:cs="Calibri" w:eastAsia="Calibri"/>
          <w:b w:val="0"/>
          <w:color w:val="15131F"/>
          <w:sz w:val="21"/>
        </w:rPr>
        <w:t>Подробности и скриншот сохранены. Команда сейчас не в сети, [коллега] ответит до [времени] и расскажет, что удалось выяснить.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Попросите AI собрать текст ошибки, страницу, устройство и скриншот до передачи. Это экономит целый круг вопросов.</w:t>
      </w:r>
    </w:p>
    <w:p>
      <w:pPr>
        <w:spacing w:after="120"/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Триггер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Приоритет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Ответить в течение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Кому передать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1. Просит человека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 мин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Тот, кто дежурит в чате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2. AI не может ответить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Обычный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 мин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Эксперт по продукту или услуге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3. Недовольный клиент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мин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Руководитель команды или ответственный за клиента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4. Оплата, возврат или отмена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 мин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Владелец или ответственный за счета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5. Готов купить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мин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 за продажи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6. Деликатная или рискованная тема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мин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Владелец или руководитель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7. Сбой или доступ к аккаунту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Обычный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мин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Поддержка или технический ответственный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Заметка о передаче: что передать коллеге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Имя клиента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Email или телефон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Канал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Причина передачи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Чего хочет, одной строкой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Что AI уже ответил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Обещанное время ответа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Язык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Ссылка на разговор</w:t>
      </w:r>
    </w:p>
    <w:p>
      <w:pPr>
        <w:spacing w:after="12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Когда никого нет онлайн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Передача, на которую никто не отвечает, хуже, чем никакой передачи. Выберите правило для каждого случая и добавьте сообщения в инструкции AI.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Нерабочее время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Скажите, когда команда вернётся, и пообещайте время ответа. Сохраните подробности, чтобы никому не пришлось спрашивать дважды.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Наша команда вернётся в [9:00]. [Коллега] ответит здесь до [10:00].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Все заняты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Назовите реальное время ожидания. Если оно дольше целевого, предложите обратный звонок или ссылку на запись.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Мы сейчас помогаем другим клиентам. [Коллега] ответит в течение [20 минут], или запишитесь на звонок здесь: [ссылка].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Ответственного нет на месте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Назначьте заместителя для каждого триггера. Передача уходит заместителю, а не в пустые входящие.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Сегодня вместо [коллеги] на связи [заместитель]. Ответ придёт в течение [15 минут].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Заполненный пример: Передача за 6 минут, которая сохранила клиента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Клиент вымышленной ремонтной компании просит позвать человека. AI передаёт чат с заметкой, а коллега отвечает в том же чате.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Я записался на замер на завтра, но никто так и не подтвердил. Можно поговорить с живым человеком?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Конечно. Прямо сейчас передаю этот чат Ким вместе со всем, что вы рассказали, так что повторять не придётся. Ожидайте ответа в течение 10 минут.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Пока ждёте: номер 555-0142 всё ещё лучший способ с вами связаться?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Да, это мой мобильный.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Ким, команда: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Оуэн, это Ким. Извините за накладку. Замер подтверждён на завтра в 9:00, приедет Дэн, а подтверждение я только что отправила вам на почту. Могу ещё чем-то помочь?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Отлично, спасибо!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Заметка о передаче для Ким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Клиент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Оуэн П., обновление ванной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Контакт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owen@example.com, 555-0142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Канал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на сайте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Просит человека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Хочет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Подтверждение завтрашнего замера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AI уже сказал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Замер есть в календаре, подтверждение не отправлено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Обещанный ответ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10 минут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Приоритет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Высокий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Время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Передача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14:02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Первый ответ человека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14:08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Время до ответа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мин, цель 10 мин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Ожидает агента, затем завершен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клиенты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Настройте передачу за 5 шагов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Составьте список триггеров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Начните с 7 триггеров на этой странице и удалите лишние. Добавьте темы, на которые AI никогда не должен отвечать.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Напишите сообщения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Одно сообщение о передаче и одно для нерабочего времени на каждый триггер. Всегда говорите, кто ответит и к какому времени.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Назначьте ответственных и целевое время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Ответственный и заместитель для каждого триггера и целевое время ответа, которое команда может выдерживать каждый день.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Определите заметку о передаче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Поля, которые нужны коллеге, чтобы ответить без повторных вопросов: кто, чего хочет, что сказал AI, обещанное время.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Проверяйте каждую неделю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Смотрите опоздавшие ответы и самые частые триггеры. Добавляйте недостающие ответы в базу знаний, чтобы человек требовался реже.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«Мои боты», выберите бота и вставьте триггеры и сообщения в поле «Инструкции» на вкладке «Основы».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вкладке «Поведение» включите «Сбор данных пользователя», чтобы до передачи у AI были имя и контакт клиента.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 вкладке «Подключение» включите «Отправлять уведомления по почте», чтобы получать письмо, когда чату нужна помощь человека, и добавьте коллег в поле «Назначенные пользователи».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Включите web push или уведомления в мобильном приложении, чтобы запросы на передачу приходили сразу.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Откройте чат в разделе «Онлайн-поддержка», возьмите его на себя и ответьте. Статус сменится с «Ожидает агента» на «Завершен».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Передача человеку и единые входящие доступны с тарифа Launch. Growth добавляет сохранённые ответы и автоперевод во входящих.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Еженедельный разбор передач, 15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Опоздавшие ответы: ответственного не было на месте или целевое время слишком короткое?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Частые триггеры: какие вопросы стоит добавить в базу знаний?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Чаты, которые ждали: все ли клиенты получили обещанный ответ?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Сообщения AI: приходилось ли клиентам повторяться после передачи?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Недовольные клиенты: проблема решена и с клиентом связались повторно?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Копируйте, меняйте и используйте в своём бизнесе.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https://crmsoftware.pro/ru/templates/human-handover-playbook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передачи чата от AI к человеку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