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Скрипты квалификации лидов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Пять скриптов для чата, звонков, бронирований и пробного периода SaaS, таблица оценки и заполненный пример. От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Перед использованием замените каждое слово в [скобках] своими данными.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Скрипт 1. Запрос на услугу: чат на сайте или WhatsApp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Цель: </w:t>
      </w:r>
      <w:r>
        <w:rPr>
          <w:rFonts w:ascii="Calibri" w:hAnsi="Calibri" w:cs="Calibri" w:eastAsia="Calibri"/>
          <w:b w:val="0"/>
          <w:color w:val="15131F"/>
          <w:sz w:val="21"/>
        </w:rPr>
        <w:t>За 4–6 коротких сообщений выяснить, подходит ли вам лид, а затем назначить звонок или передать разговор человеку.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Начало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«Здравствуйте, спасибо, что обратились в [Компания]. Чем можем помочь?»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Совет: </w:t>
      </w:r>
      <w:r>
        <w:rPr>
          <w:rFonts w:ascii="Calibri" w:hAnsi="Calibri" w:cs="Calibri" w:eastAsia="Calibri"/>
          <w:b w:val="0"/>
          <w:color w:val="5D5A70"/>
          <w:sz w:val="21"/>
        </w:rPr>
        <w:t>Задавайте один вопрос в одном сообщении и ждите ответа.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Потребность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«Понятно. Что именно вы хотите изменить или исправить в первую очередь?»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Соответствие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«Где находится объект? Мы работаем в [зона обслуживания].»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Объект вне вашей зоны или услуга, которую вы не оказываете: перейдите к вежливому отказу.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Сроки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«Когда вы хотели бы начать?»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Лид только присматривается или старт через [6 месяцев] и больше: отправьте полезное руководство и запланируйте дату напоминания.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Бюджет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«Такие проекты обычно стоят [диапазон цен]. Это соответствует вашим ожиданиям?»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Бюджет ниже [минимальный бюджет]: перейдите к вежливому отказу и предложите альтернативу.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Решение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«Будет ли кто-то ещё принимать решение? Приглашаем их присоединиться к звонку.»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Следующий шаг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«Отлично. Следующий шаг — бесплатный [20]-минутный звонок с [имя менеджера]. Вот ссылка для записи: [ссылка для записи]. На какой email отправить подтверждение?»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Соберите до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Имя, Нужная услуга, Город или зона обслуживания, Дата начала, Бюджет, Кто принимает решение, Email или телефон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Остановитесь, когда: </w:t>
      </w:r>
      <w:r>
        <w:rPr>
          <w:rFonts w:ascii="Calibri" w:hAnsi="Calibri" w:cs="Calibri" w:eastAsia="Calibri"/>
          <w:b w:val="0"/>
          <w:color w:val="15131F"/>
          <w:sz w:val="21"/>
        </w:rPr>
        <w:t>Вы знаете потребность, соответствие, дату начала и как связаться с человеком. Не задавайте в чате больше 6 вопросов и сразу передавайте разговор человеку, если лид об этом просит или спрашивает цену, которую вы не можете назвать.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Передайте в продажи: </w:t>
      </w:r>
      <w:r>
        <w:rPr>
          <w:rFonts w:ascii="Calibri" w:hAnsi="Calibri" w:cs="Calibri" w:eastAsia="Calibri"/>
          <w:b w:val="0"/>
          <w:color w:val="15131F"/>
          <w:sz w:val="21"/>
        </w:rPr>
        <w:t>[Имя] хочет [услуга] в [город]. Цель: [цель]. Старт: [дата]. Бюджет: [диапазон]. Решение: [кто]. Оценка: [x]/10, [Горячий или Тёплый]. Следующий шаг: звонок на [дата и время]. Источник: чат на сайте.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Скрипт 2. Входящий телефонный звонок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Цель: </w:t>
      </w:r>
      <w:r>
        <w:rPr>
          <w:rFonts w:ascii="Calibri" w:hAnsi="Calibri" w:cs="Calibri" w:eastAsia="Calibri"/>
          <w:b w:val="0"/>
          <w:color w:val="15131F"/>
          <w:sz w:val="21"/>
        </w:rPr>
        <w:t>Квалифицировать звонящего меньше чем за 8 минут и договориться о следующем шаге до конца разговора.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Начало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 за звонок в [Компания], меня зовут [ваше имя]. Чем могу помочь?»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Совет: </w:t>
      </w:r>
      <w:r>
        <w:rPr>
          <w:rFonts w:ascii="Calibri" w:hAnsi="Calibri" w:cs="Calibri" w:eastAsia="Calibri"/>
          <w:b w:val="0"/>
          <w:color w:val="5D5A70"/>
          <w:sz w:val="21"/>
        </w:rPr>
        <w:t>Сначала дайте собеседнику высказаться и запишите его точные слова.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Разрешение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«Можно задать несколько коротких вопросов, чтобы соединить вас с нужным человеком?»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Сейчас неудобно: договоритесь о времени обратного звонка и отправьте приглашение в календарь.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Потребность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«Что побудило вас позвонить сегодня и что вы уже пробовали?»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Последствия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«Что будет, если этот вопрос не решить до [месяц]?»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Соответствие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«Насколько большой проект: сколько [людей, помещений, точек или единиц]?»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Проект слишком мал или слишком велик для вас: перейдите к вежливому отказу.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Бюджет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«Большинство клиентов тратит [диапазон цен]. Это соответствует вашему бюджету?»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Бюджета пока нет: предложите прислать прайс на email и назначьте повторный звонок.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Решение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«Кто ещё будет участвовать в выборе и что им важно увидеть?»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Следующий шаг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«Если всё подходит, когда вы хотели бы начать? Давайте запланируем [30] минут с [имя менеджера] на [день]. Вам удобно в [время]?»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Соберите до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Имя и компания, Причина звонка, Что уже пробовали, Размер или объём, Бюджет, Кто принимает решение, Дата начала, Как узнали о вас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Остановитесь, когда: </w:t>
      </w:r>
      <w:r>
        <w:rPr>
          <w:rFonts w:ascii="Calibri" w:hAnsi="Calibri" w:cs="Calibri" w:eastAsia="Calibri"/>
          <w:b w:val="0"/>
          <w:color w:val="15131F"/>
          <w:sz w:val="21"/>
        </w:rPr>
        <w:t>Прошло 8 минут или вы уже знаете потребность, соответствие, бюджет, процесс принятия решения и дату начала. Назначайте следующий шаг во время звонка и никогда не заканчивайте разговор размытым обещанием «прислать информацию».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Передайте в продажи: </w:t>
      </w:r>
      <w:r>
        <w:rPr>
          <w:rFonts w:ascii="Calibri" w:hAnsi="Calibri" w:cs="Calibri" w:eastAsia="Calibri"/>
          <w:b w:val="0"/>
          <w:color w:val="15131F"/>
          <w:sz w:val="21"/>
        </w:rPr>
        <w:t>[Имя] из [компания] звонил(а) по поводу [потребность]. Пробовали: [что]. Объём: [объём]. Бюджет: [диапазон]. Решение: [кто]. Старт: [дата]. Узнали через [источник]. Оценка: [x]/10. Следующий шаг: [дата и время встречи].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Скрипт 3. Запрос на бронирование: отель, тур, чартер или площадка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Цель: </w:t>
      </w:r>
      <w:r>
        <w:rPr>
          <w:rFonts w:ascii="Calibri" w:hAnsi="Calibri" w:cs="Calibri" w:eastAsia="Calibri"/>
          <w:b w:val="0"/>
          <w:color w:val="15131F"/>
          <w:sz w:val="21"/>
        </w:rPr>
        <w:t>Собрать полные данные бронирования и чётко объяснить, что это только запрос, пока сотрудник не подтвердит наличие мест и оплату.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Даты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 за интерес к [заведение]. Какие даты вас интересуют?»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Даты нечёткие: предложите два варианта, например эти или следующие выходные.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Гости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«Сколько будет гостей и есть ли среди них дети?»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Вариант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«Вас интересует [вариант А] или [вариант Б]? Сейчас цены начинаются от [цена].»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Совет: </w:t>
      </w:r>
      <w:r>
        <w:rPr>
          <w:rFonts w:ascii="Calibri" w:hAnsi="Calibri" w:cs="Calibri" w:eastAsia="Calibri"/>
          <w:b w:val="0"/>
          <w:color w:val="5D5A70"/>
          <w:sz w:val="21"/>
        </w:rPr>
        <w:t>Называйте только цены из актуального прайса.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Бюджет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«На какой бюджет за [ночь или человека] вы рассчитываете?»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Бюджет ниже вашего минимального тарифа: предложите другие даты или более доступный вариант.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Пожелания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«Есть ли особые пожелания: доступная среда, питание или трансфер?»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Нет мест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Даты заняты: скажите, что на [даты] всё забронировано, предложите [альтернатива 1] или [альтернатива 2] и спросите, записать ли один из вариантов как запрос.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Язык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Гость пишет на другом языке: отвечайте на его языке, а внутреннюю заметку оставляйте на языке вашей команды.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Завершение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«Спасибо. Ваш запрос записан: [даты], [гости], [вариант]. Это ещё не подтверждённое бронирование: [сотрудник] подтвердит наличие мест и оплату до [время]. Как с вами лучше связаться: email или телефон?»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Соберите до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Даты и время, Количество гостей, Номер, тур или услуга, Бюджет за ночь или человека, Особые пожелания, Язык общения, Email или телефон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Остановитесь, когда: </w:t>
      </w:r>
      <w:r>
        <w:rPr>
          <w:rFonts w:ascii="Calibri" w:hAnsi="Calibri" w:cs="Calibri" w:eastAsia="Calibri"/>
          <w:b w:val="0"/>
          <w:color w:val="15131F"/>
          <w:sz w:val="21"/>
        </w:rPr>
        <w:t>У вас есть даты, количество гостей, вариант и контакты. Никогда не подтверждайте наличие мест, цены или возвраты, которые не проверил человек.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Передайте в продажи: </w:t>
      </w:r>
      <w:r>
        <w:rPr>
          <w:rFonts w:ascii="Calibri" w:hAnsi="Calibri" w:cs="Calibri" w:eastAsia="Calibri"/>
          <w:b w:val="0"/>
          <w:color w:val="15131F"/>
          <w:sz w:val="21"/>
        </w:rPr>
        <w:t>Запрос: [даты], гостей: [гости] (детей: [дети]), [вариант]. Бюджет: [сумма] за [ночь или человека]. Пожелания: [заметки]. Язык: [язык]. Контакт: [email или телефон]. Статус: запрос, не подтверждён. Подтвердить до: [время].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Скрипт 4. Запрос демо SaaS или бесплатный тест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Цель: </w:t>
      </w:r>
      <w:r>
        <w:rPr>
          <w:rFonts w:ascii="Calibri" w:hAnsi="Calibri" w:cs="Calibri" w:eastAsia="Calibri"/>
          <w:b w:val="0"/>
          <w:color w:val="15131F"/>
          <w:sz w:val="21"/>
        </w:rPr>
        <w:t>Узнать сценарий использования, размер команды и дедлайн, а затем направить лида на самостоятельную настройку, демо или дальнейший прогрев.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Сценарий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«Спасибо, что попробовали [продукт]. Что вы хотите сделать с его помощью в первую очередь?»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Текущий инструмент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«Чем вы пользуетесь сейчас и что вас не устраивает?»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Размер команды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«Сколько человек будет им пользоваться?»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[1–3] пользователя: отправьте инструкцию по настройке и ссылку на бесплатный тариф, пусть настроят сами.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Интеграции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 какими инструментами он должен работать?»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Обязательной интеграции нет: честно скажите об этом и запишите как запрос на функцию.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Дедлайн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«Когда вам нужно, чтобы всё заработало?»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Решение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«Кто ещё согласует выбор: руководитель, IT или финансовый отдел?»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Бюджет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«Есть ли у вас бюджет на это, в месяц или в год?»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Маршрут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«[20]-минутное демо с [имя менеджера] в [день] покажет [сценарий]. Вам удобно в [время]?»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Если: </w:t>
      </w:r>
      <w:r>
        <w:rPr>
          <w:rFonts w:ascii="Calibri" w:hAnsi="Calibri" w:cs="Calibri" w:eastAsia="Calibri"/>
          <w:b w:val="0"/>
          <w:color w:val="15131F"/>
          <w:sz w:val="21"/>
        </w:rPr>
        <w:t>Нет ни дедлайна, ни бюджета: отправьте короткий кейс и напомните о себе через [30 дней].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Соберите до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Компания и должность, Основной сценарий, Текущий инструмент, Количество пользователей, Обязательные интеграции, Дедлайн, Кто согласует, Бюджет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Остановитесь, когда: </w:t>
      </w:r>
      <w:r>
        <w:rPr>
          <w:rFonts w:ascii="Calibri" w:hAnsi="Calibri" w:cs="Calibri" w:eastAsia="Calibri"/>
          <w:b w:val="0"/>
          <w:color w:val="15131F"/>
          <w:sz w:val="21"/>
        </w:rPr>
        <w:t>Вы можете выбрать маршрут: самостоятельная настройка, демо или прогрев. Не проводите всё демо в чате.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Передайте в продажи: </w:t>
      </w:r>
      <w:r>
        <w:rPr>
          <w:rFonts w:ascii="Calibri" w:hAnsi="Calibri" w:cs="Calibri" w:eastAsia="Calibri"/>
          <w:b w:val="0"/>
          <w:color w:val="15131F"/>
          <w:sz w:val="21"/>
        </w:rPr>
        <w:t>[Компания], [должность]. Сценарий: [сценарий]. Сейчас: [текущий инструмент]. Пользователей: [количество]. Нужно: [интеграции]. Дедлайн: [дата]. Согласует: [кто]. Бюджет: [сумма]. Маршрут: [самостоятельно, демо или прогрев].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Скрипт 5. Лид не подходит: вежливый отказ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Цель: </w:t>
      </w:r>
      <w:r>
        <w:rPr>
          <w:rFonts w:ascii="Calibri" w:hAnsi="Calibri" w:cs="Calibri" w:eastAsia="Calibri"/>
          <w:b w:val="0"/>
          <w:color w:val="15131F"/>
          <w:sz w:val="21"/>
        </w:rPr>
        <w:t>Быстро и доброжелательно отказать, предложить одну полезную альтернативу и сберечь время команды.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Маленький бюджет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 за подробности. Наши проекты начинаются от [минимум], поэтому сейчас мы, скорее всего, вам не подходим. Вам может больше подойти [альтернатива]: [ссылка].»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Услуги нет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«Мы не оказываем [услуга], но этим занимается [партнёр или ресурс]. Прислать их контакты?»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Вне зоны обслуживания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«Сейчас мы работаем только в [зона обслуживания]. Сохранить ваши контакты на случай, если это изменится?»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Сроки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«Мы не сможем начать раньше [дата]. Если вам это подходит, я напомню о себе [дата].»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Не покупатель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«Спасибо за обращение. По вопросам [вакансий или партнёрства] пишите, пожалуйста, сюда: [ссылка или email].»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Завершение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Скажите: </w:t>
      </w:r>
      <w:r>
        <w:rPr>
          <w:rFonts w:ascii="Calibri" w:hAnsi="Calibri" w:cs="Calibri" w:eastAsia="Calibri"/>
          <w:b w:val="0"/>
          <w:color w:val="15131F"/>
          <w:sz w:val="21"/>
        </w:rPr>
        <w:t>«Ещё раз спасибо, что обратились к нам, и удачи с [проект].»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Соберите до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Причина, почему лид не подходит, Может подойти позже: да или нет, Дата напоминания, если да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Остановитесь, когда: </w:t>
      </w:r>
      <w:r>
        <w:rPr>
          <w:rFonts w:ascii="Calibri" w:hAnsi="Calibri" w:cs="Calibri" w:eastAsia="Calibri"/>
          <w:b w:val="0"/>
          <w:color w:val="15131F"/>
          <w:sz w:val="21"/>
        </w:rPr>
        <w:t>Вы отправили одно вежливое сообщение с одной полезной альтернативой. Не спорьте и не давайте скидку только ради того, чтобы удержать лида, который вам не подходит.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Передайте в продажи: </w:t>
      </w:r>
      <w:r>
        <w:rPr>
          <w:rFonts w:ascii="Calibri" w:hAnsi="Calibri" w:cs="Calibri" w:eastAsia="Calibri"/>
          <w:b w:val="0"/>
          <w:color w:val="15131F"/>
          <w:sz w:val="21"/>
        </w:rPr>
        <w:t>Статус: дисквалифицирован. Причина: [бюджет, зона, услуга, сроки или не покупатель]. Может подойти позже: [да или нет]. Напомнить: [дата или нет].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0"/>
        </w:rPr>
        <w:t>Оценка лидов: от 0 до 10 баллов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Критерий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баллов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балл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балла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Потребность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Нет чёткой проблемы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Размытый интерес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Чёткая проблема, которую вы решаете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Соответствие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Вне вашей зоны или профиля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Подходит частично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Соответствует вашей зоне и профилю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Бюджет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Ниже вашего минимума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Ещё не обсуждали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Соответствует вашему диапазону цен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Полномочия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Неизвестно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Влияет на решение или собирает информацию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Принимает решение или присоединится к звонку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Сроки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Без даты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Через 3–6 месяцев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течение 90 дней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6"/>
        </w:rPr>
        <w:t>Что делать с каждым статусом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Статус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Когда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Что делать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Горячий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8–10 баллов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Назначьте звонок сейчас или передайте менеджеру в течение часа.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Тёплый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5–7 баллов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Отправьте что-то полезное и создайте задачу с датой повторного контакта.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Холодный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0–4 балла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Добавьте в рассылку или долгий прогрев. Без времени менеджеров.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Не подходит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баллов за соответствие или бюджет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Используйте скрипт вежливого отказа и запишите причину.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Заполненный пример: Чат на сайте, который заканчивается назначенным звонком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Скрипт 1 в работе вымышленной ремонтной компании, с заметкой для передачи и оценкой, которую он даёт.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вы делаете ремонт кухни?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Здравствуйте, спасибо, что обратились в Northstar Renovations. Да, кухни — основная часть нашей работы. Что вы хотели бы изменить в своей?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Новые шкафы и столешницы, и, возможно, перенести мойку.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Звучит как отличный проект. Где находится дом? Мы работаем в Остине и ближайших городах.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Раунд-Рок.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Это наша зона. Когда вы хотели бы начать?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Желательно в марте.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Такие проекты кухни обычно стоят от 25 000 до 45 000 $. Это соответствует вашим ожиданиям?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Да, мы отложили около 35 000 $.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Будет ли кто-то ещё принимать решение?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Мой муж. Он хочет быть на звонке.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Агент: </w:t>
      </w:r>
      <w:r>
        <w:rPr>
          <w:rFonts w:ascii="Calibri" w:hAnsi="Calibri" w:cs="Calibri" w:eastAsia="Calibri"/>
          <w:b w:val="0"/>
          <w:color w:val="15131F"/>
          <w:sz w:val="21"/>
        </w:rPr>
        <w:t>Отлично. Следующий шаг — бесплатный 30-минутный звонок с Дэном, нашим руководителем проектов. Вот ссылка для записи. На какой email отправить подтверждение?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Посетитель: </w:t>
      </w:r>
      <w:r>
        <w:rPr>
          <w:rFonts w:ascii="Calibri" w:hAnsi="Calibri" w:cs="Calibri" w:eastAsia="Calibri"/>
          <w:b w:val="0"/>
          <w:color w:val="15131F"/>
          <w:sz w:val="21"/>
        </w:rPr>
        <w:t>Записалась на вторник, 17:30. Указала рабочий email.</w:t>
      </w:r>
    </w:p>
    <w:p>
      <w:pPr>
        <w:spacing w:after="80"/>
      </w:pP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Заметка для передачи: </w:t>
      </w:r>
      <w:r>
        <w:rPr>
          <w:rFonts w:ascii="Calibri" w:hAnsi="Calibri" w:cs="Calibri" w:eastAsia="Calibri"/>
          <w:b w:val="0"/>
          <w:color w:val="15131F"/>
          <w:sz w:val="21"/>
        </w:rPr>
        <w:t>Мария Л., владелица дома в Раунд-Роке. Хочет ремонт кухни: новые шкафы и столешницы, возможно, перенести мойку. Старт: март. Бюджет: около 35 000 $ (наш диапазон 25 000–45 000 $). Решение: Мария и её муж, оба на звонке. Оценка: 9/10, горячий. Следующий шаг: звонок с Дэном, вторник, 17:30. Источник: чат на сайте.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Критерий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Оценка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Потребность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Чёткая проблема, которую мы решаем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Соответствие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В нашей зоне и по нашему профилю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Бюджет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Соответствует нашему диапазону цен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Полномочия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Оба лица, принимающих решение, на звонке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Сроки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Старт примерно через 5 месяцев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Итого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Горячий: назначьте звонок сейчас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Бесплатный шаблон от CRMsoftware.pro. Копируйте, редактируйте и используйте в своём бизнесе.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https://crmsoftware.pro/ru/templates/lead-qualification-script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Скрипты квалификации лидов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