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Скрипты для онлайн-чата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Что сотрудник пишет в онлайн-чате, от принятия чата до следующего шага: 6 шагов, скрипты по типам чатов, таймер для посетителей, которые замолчали, скрипты для 18 отраслей с тем, чего никогда не говорить, и что вносить в журнал. С заполненным примером.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Начните с вкладки 1 и вкладки для вашей отрасли. Замените каждое слово в [скобках] своими именами, вопросами, ценами и временем, затем прочитайте каждую фразу вслух. Договоритесь с командой о правилах 2 и 5 минут и вносите каждый чат в журнал чатов Excel.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Скрипты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Шаблон скрипта для онлайн-чата: 6 шагов до договорённости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Шагов: 6 · Первая фраза: 30 секунд после принятия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Этот шаблон скрипта для онлайн-чата — то, что пишет сотрудник, когда принял чат: 6 шагов, по одной фразе на каждый. Вкладки 2–7 адаптируют его под тип чата и отрасль, вкладка 8 — что внести в журнал.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1. Примите чат: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Меня зовут [ваше имя], компания [название компании]. Спасибо, что подождали. Чем могу помочь?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1. Когда AI передал чат: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На связи [ваше имя], живой человек из команды [название компании]. Я вижу вашу переписку: вам нужно [запрос]. Повторять ничего не нужно.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2. Повторите запрос одной фразой: </w:t>
      </w:r>
      <w:r>
        <w:rPr>
          <w:rFonts w:ascii="Calibri" w:hAnsi="Calibri" w:cs="Calibri" w:eastAsia="Calibri"/>
          <w:b w:val="0"/>
          <w:color w:val="15131F"/>
          <w:sz w:val="21"/>
        </w:rPr>
        <w:t>Итак, вам нужно [запрос], [когда или для кого]. Всё верно?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3. Задайте 2–3 вопроса, по одному: </w:t>
      </w:r>
      <w:r>
        <w:rPr>
          <w:rFonts w:ascii="Calibri" w:hAnsi="Calibri" w:cs="Calibri" w:eastAsia="Calibri"/>
          <w:b w:val="0"/>
          <w:color w:val="15131F"/>
          <w:sz w:val="21"/>
        </w:rPr>
        <w:t>Два коротких вопроса, чтобы ответить точно. [Вопрос 1]?</w:t>
        <w:br/>
        <w:t>(после ответа) И [вопрос 2]?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4. Ответьте: </w:t>
      </w:r>
      <w:r>
        <w:rPr>
          <w:rFonts w:ascii="Calibri" w:hAnsi="Calibri" w:cs="Calibri" w:eastAsia="Calibri"/>
          <w:b w:val="0"/>
          <w:color w:val="15131F"/>
          <w:sz w:val="21"/>
        </w:rPr>
        <w:t>Ответ такой: [ответ, цена или ссылка]. Важно знать: [что входит или от чего зависит].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5. Предложите один следующий шаг: </w:t>
      </w:r>
      <w:r>
        <w:rPr>
          <w:rFonts w:ascii="Calibri" w:hAnsi="Calibri" w:cs="Calibri" w:eastAsia="Calibri"/>
          <w:b w:val="0"/>
          <w:color w:val="15131F"/>
          <w:sz w:val="21"/>
        </w:rPr>
        <w:t>Следующий шаг — [звонок, визит, расчёт или пробный период]. Могу предложить [день и время 1] или [день и время 2]. Как вам удобнее?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6. Завершите чат: </w:t>
      </w:r>
      <w:r>
        <w:rPr>
          <w:rFonts w:ascii="Calibri" w:hAnsi="Calibri" w:cs="Calibri" w:eastAsia="Calibri"/>
          <w:b w:val="0"/>
          <w:color w:val="15131F"/>
          <w:sz w:val="21"/>
        </w:rPr>
        <w:t>Готово: вы записаны на [день, дата, время]. С вами будет [имя]. Подтверждение придёт с адреса [email]. Могу ещё чем-то помочь?</w:t>
        <w:br/>
        <w:t>Спасибо, [имя]! Если что-то понадобится, пишите сюда.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 для каждого чата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Принять чат — в течение 2 минут, первая фраза — в течение 30 секунд: это цели этого шаблона. В тесте 1000 сайтов первого ответа ждали в среднем 2 минуты 40 секунд.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Сначала ответ. Контакты просите, только когда они нужны для следующего шага.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Каждый чат заканчивается следующим шагом, ответственным и датой — или фразой «больше ничего не нужно».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просите в чате номера карт, пароли или номера документов.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Сначала заполните: </w:t>
      </w:r>
      <w:r>
        <w:rPr>
          <w:rFonts w:ascii="Calibri" w:hAnsi="Calibri" w:cs="Calibri" w:eastAsia="Calibri"/>
          <w:b w:val="0"/>
          <w:color w:val="5D5A70"/>
          <w:sz w:val="21"/>
        </w:rPr>
        <w:t>Ваше имя, Компания, 2 вопроса, Следующий шаг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Скрипты продаж в чате, для расчётов и действующих клиентов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Вопросов: 2 или 3 · Следующий шаг: С днём и временем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Те же 6 шагов, другая цель. Выберите карточку под чат, который перед вами.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Продажа: запись на звонок, визит или демо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Цель: </w:t>
      </w:r>
      <w:r>
        <w:rPr>
          <w:rFonts w:ascii="Calibri" w:hAnsi="Calibri" w:cs="Calibri" w:eastAsia="Calibri"/>
          <w:b w:val="0"/>
          <w:color w:val="5D5A70"/>
          <w:sz w:val="21"/>
        </w:rPr>
        <w:t>Запись на звонок, визит или демо.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Чего вы хотите добиться? К какому сроку? Кто ещё принимает решение?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говорите: </w:t>
      </w:r>
      <w:r>
        <w:rPr>
          <w:rFonts w:ascii="Calibri" w:hAnsi="Calibri" w:cs="Calibri" w:eastAsia="Calibri"/>
          <w:b w:val="0"/>
          <w:color w:val="5D5A70"/>
          <w:sz w:val="21"/>
        </w:rPr>
        <w:t>«Только сегодня» или о скидке, которую вы не можете дать.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Фраза: </w:t>
      </w:r>
      <w:r>
        <w:rPr>
          <w:rFonts w:ascii="Calibri" w:hAnsi="Calibri" w:cs="Calibri" w:eastAsia="Calibri"/>
          <w:b w:val="0"/>
          <w:color w:val="15131F"/>
          <w:sz w:val="21"/>
        </w:rPr>
        <w:t>[Звонок, визит или демо] — самый быстрый способ ответить на ваш вопрос. Это займёт [число] минут. [День и время 1] или [день и время 2]?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Запрос расчёта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Цель: </w:t>
      </w:r>
      <w:r>
        <w:rPr>
          <w:rFonts w:ascii="Calibri" w:hAnsi="Calibri" w:cs="Calibri" w:eastAsia="Calibri"/>
          <w:b w:val="0"/>
          <w:color w:val="5D5A70"/>
          <w:sz w:val="21"/>
        </w:rPr>
        <w:t>Данные для расчёта и срок, когда он придёт.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Что именно: размер, количество или объём работ? Где? К какому сроку?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говорите: </w:t>
      </w:r>
      <w:r>
        <w:rPr>
          <w:rFonts w:ascii="Calibri" w:hAnsi="Calibri" w:cs="Calibri" w:eastAsia="Calibri"/>
          <w:b w:val="0"/>
          <w:color w:val="5D5A70"/>
          <w:sz w:val="21"/>
        </w:rPr>
        <w:t>Цену, пока у вас нет всех данных.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Фраза: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этого достаточно. [Имя] пришлёт письменный расчёт на [email] до [день и время]. Что ещё в нём учесть?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Вопрос перед покупкой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Цель: </w:t>
      </w:r>
      <w:r>
        <w:rPr>
          <w:rFonts w:ascii="Calibri" w:hAnsi="Calibri" w:cs="Calibri" w:eastAsia="Calibri"/>
          <w:b w:val="0"/>
          <w:color w:val="5D5A70"/>
          <w:sz w:val="21"/>
        </w:rPr>
        <w:t>Прямой ответ, затем ссылка, чтобы купить или записаться.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Какой [товар или тариф] вы рассматриваете? Для чего он вам?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говорите: </w:t>
      </w:r>
      <w:r>
        <w:rPr>
          <w:rFonts w:ascii="Calibri" w:hAnsi="Calibri" w:cs="Calibri" w:eastAsia="Calibri"/>
          <w:b w:val="0"/>
          <w:color w:val="5D5A70"/>
          <w:sz w:val="21"/>
        </w:rPr>
        <w:t>«Есть в наличии» или дату доставки, которой вы не видите.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Фраза: </w:t>
      </w:r>
      <w:r>
        <w:rPr>
          <w:rFonts w:ascii="Calibri" w:hAnsi="Calibri" w:cs="Calibri" w:eastAsia="Calibri"/>
          <w:b w:val="0"/>
          <w:color w:val="15131F"/>
          <w:sz w:val="21"/>
        </w:rPr>
        <w:t>Да, [товар] это умеет. Важно знать: [ограничение или условие]. [Купить или записаться] можно здесь: [ссылка]. Побыть на связи, пока вы смотрите?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2.4 Действующий клиент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Цель: </w:t>
      </w:r>
      <w:r>
        <w:rPr>
          <w:rFonts w:ascii="Calibri" w:hAnsi="Calibri" w:cs="Calibri" w:eastAsia="Calibri"/>
          <w:b w:val="0"/>
          <w:color w:val="5D5A70"/>
          <w:sz w:val="21"/>
        </w:rPr>
        <w:t>Ответ или нужный ответственный, без конфиденциальных данных.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На какое имя или email оформлен ваш аккаунт? Что случилось и когда?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говорите: </w:t>
      </w:r>
      <w:r>
        <w:rPr>
          <w:rFonts w:ascii="Calibri" w:hAnsi="Calibri" w:cs="Calibri" w:eastAsia="Calibri"/>
          <w:b w:val="0"/>
          <w:color w:val="5D5A70"/>
          <w:sz w:val="21"/>
        </w:rPr>
        <w:t>О возврате денег, компенсации или сроке, пока ответственный не согласовал.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Фраза: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[имя], вижу ваш [заказ, запись или аккаунт]. [Ответ]. Если понадобится что-то ещё, [имя сотрудника] напишет вам на почту до [время].</w:t>
      </w:r>
    </w:p>
    <w:p>
      <w:pPr>
        <w:spacing w:after="40"/>
      </w:pP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Ответы про цены и возвраты — в наших «Готовых ответах для чата», полный сценарий поддержки — в «Скриптах для службы поддержки».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Типы чатов в журнале: </w:t>
      </w:r>
      <w:r>
        <w:rPr>
          <w:rFonts w:ascii="Calibri" w:hAnsi="Calibri" w:cs="Calibri" w:eastAsia="Calibri"/>
          <w:b w:val="0"/>
          <w:color w:val="5D5A70"/>
          <w:sz w:val="21"/>
        </w:rPr>
        <w:t>Продажа, Запрос расчёта, Вопрос перед покупкой, Действующий клиент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Посетитель перестал отвечать: напомнить, закрыть, связаться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Напоминание: 2 минуты · Последнее сообщение: 5 минут · Повторные контакты: 1, потом стоп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Посетители уходят молча. Эти фразы привязаны к таймеру, поэтому вы не ждёте бесконечно и не давите слишком сильно.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Нет ответа 2 минуты: одно напоминание: </w:t>
      </w:r>
      <w:r>
        <w:rPr>
          <w:rFonts w:ascii="Calibri" w:hAnsi="Calibri" w:cs="Calibri" w:eastAsia="Calibri"/>
          <w:b w:val="0"/>
          <w:color w:val="15131F"/>
          <w:sz w:val="21"/>
        </w:rPr>
        <w:t>Вы ещё здесь, [имя]? Не торопитесь. [Тот же вопрос с 2 вариантами]?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Нет ответа 5 минут: последнее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Пока закрою этот чат. Что мы обсудили: [итог одной фразой]. Чтобы продолжить, ответьте здесь или напишите на [email].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 тот же день и только если человек оставил email для этого запроса: </w:t>
      </w:r>
      <w:r>
        <w:rPr>
          <w:rFonts w:ascii="Calibri" w:hAnsi="Calibri" w:cs="Calibri" w:eastAsia="Calibri"/>
          <w:b w:val="0"/>
          <w:color w:val="15131F"/>
          <w:sz w:val="21"/>
        </w:rPr>
        <w:t>Тема: Ваш вопрос о [теме]</w:t>
        <w:br/>
        <w:br/>
        <w:t>Здравствуйте, [имя]!</w:t>
        <w:br/>
        <w:br/>
        <w:t>Спасибо, что написали в [название компании] сегодня. Вы спрашивали о [теме]. [Ответ в 1–2 предложениях].</w:t>
        <w:br/>
        <w:br/>
        <w:t>Следующий шаг: [ссылка на запись или «просто ответьте на это письмо»].</w:t>
        <w:br/>
        <w:br/>
        <w:t>[Ваше имя], [название компании]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 таймер: </w:t>
      </w:r>
      <w:r>
        <w:rPr>
          <w:rFonts w:ascii="Calibri" w:hAnsi="Calibri" w:cs="Calibri" w:eastAsia="Calibri"/>
          <w:b w:val="0"/>
          <w:color w:val="5D5A70"/>
          <w:sz w:val="21"/>
        </w:rPr>
        <w:t>В исследовании контакт-центров, работающих через чат и мессенджеры, от 30% до 67% клиентов, покинувших очередь, ушли молча. Вы не видите, кто ещё читает, поэтому решает правило.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 повторного контакта (этого шаблона)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Следующий рабочий день: один звонок или письмо, только если вы обещали расчёт или запись. Потом стоп.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отправляйте молчащему посетителю больше 2 сообщений.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пишите ему в другом канале, если он не оставил этот номер для этого запроса.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 журнал как: </w:t>
      </w:r>
      <w:r>
        <w:rPr>
          <w:rFonts w:ascii="Calibri" w:hAnsi="Calibri" w:cs="Calibri" w:eastAsia="Calibri"/>
          <w:b w:val="0"/>
          <w:color w:val="5D5A70"/>
          <w:sz w:val="21"/>
        </w:rPr>
        <w:t>Посетитель ушёл, Итог отправлен, Дата повторного контакта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Скрипты чата: стоматология, юристы, финансы, страхование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Консультации: Только специалист с лицензией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Здесь чат записывает к специалисту с лицензией и никогда не консультирует сам. Правовая основа — в таблице под примером.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4.1 Стоматология или медицинская клиника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Новые пациенты, страховка, цены, боль прямо сегодня.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Вы у нас впервые или уже лечитесь? Осмотр, чистка или проблема? Какие дни подходят?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Запись на приём или звонок администратора в тот же день.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говорите: </w:t>
      </w:r>
      <w:r>
        <w:rPr>
          <w:rFonts w:ascii="Calibri" w:hAnsi="Calibri" w:cs="Calibri" w:eastAsia="Calibri"/>
          <w:b w:val="0"/>
          <w:color w:val="5D5A70"/>
          <w:sz w:val="21"/>
        </w:rPr>
        <w:t>Диагноз, «скорее всего, ничего серьёзного» или цену до осмотра. Никаких симптомов в чате без соглашения с деловым партнёром по HIPAA.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фраза: </w:t>
      </w:r>
      <w:r>
        <w:rPr>
          <w:rFonts w:ascii="Calibri" w:hAnsi="Calibri" w:cs="Calibri" w:eastAsia="Calibri"/>
          <w:b w:val="0"/>
          <w:color w:val="15131F"/>
          <w:sz w:val="21"/>
        </w:rPr>
        <w:t>По переписке я не могу оценить боль, но для таких случаев у нас есть окна на сегодня. Позвоните, пожалуйста, сейчас по номеру [телефон], или администратор перезвонит вам в [время].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4.2 Юридическая фирма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Возьмётесь ли за моё дело, сколько это стоит, как скоро.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Какого рода дело? Кто другая сторона — это нужно для проверки на конфликт интересов? Есть ли срок или дата заседания?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Консультация с юристом после проверки на конфликт интересов.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говорите: </w:t>
      </w:r>
      <w:r>
        <w:rPr>
          <w:rFonts w:ascii="Calibri" w:hAnsi="Calibri" w:cs="Calibri" w:eastAsia="Calibri"/>
          <w:b w:val="0"/>
          <w:color w:val="5D5A70"/>
          <w:sz w:val="21"/>
        </w:rPr>
        <w:t>Сколько можно получить по делу, подписывать ли документы или «у вас хорошие шансы». Только основные сведения, а не вся история.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фраза: </w:t>
      </w:r>
      <w:r>
        <w:rPr>
          <w:rFonts w:ascii="Calibri" w:hAnsi="Calibri" w:cs="Calibri" w:eastAsia="Calibri"/>
          <w:b w:val="0"/>
          <w:color w:val="15131F"/>
          <w:sz w:val="21"/>
        </w:rPr>
        <w:t>Я не юрист, поэтому не могу консультировать по вашему делу. Для записи на консультацию мне нужны только тип дела, имя другой стороны и срок, если он есть. Пожалуйста, не присылайте сюда документы.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4.3 Финансовый консультант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Комиссии, минимальная сумма, пенсия, конкретная инвестиция.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Пенсия, инвестиции или полный финансовый план? Постоянно или разово? Когда хотите начать?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Вводный звонок с консультантом.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говорите: </w:t>
      </w:r>
      <w:r>
        <w:rPr>
          <w:rFonts w:ascii="Calibri" w:hAnsi="Calibri" w:cs="Calibri" w:eastAsia="Calibri"/>
          <w:b w:val="0"/>
          <w:color w:val="5D5A70"/>
          <w:sz w:val="21"/>
        </w:rPr>
        <w:t>О доходности, «надёжно» или «гарантированно», а также что покупать или продавать.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фраза: </w:t>
      </w:r>
      <w:r>
        <w:rPr>
          <w:rFonts w:ascii="Calibri" w:hAnsi="Calibri" w:cs="Calibri" w:eastAsia="Calibri"/>
          <w:b w:val="0"/>
          <w:color w:val="15131F"/>
          <w:sz w:val="21"/>
        </w:rPr>
        <w:t>В чате я не могу давать инвестиционные рекомендации, но [имя консультанта] разберёт вашу ситуацию на звонке длительностью [время]. [День и время 1] или [день и время 2]?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4.4 Ипотечный брокер или кредитор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Ставки на сегодня, сколько мне могут дать, предварительное одобрение.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Покупка или рефинансирование? Жильё уже выбрали? Когда хотите закрыть сделку?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Звонок лицензированного кредитного специалиста.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говорите: </w:t>
      </w:r>
      <w:r>
        <w:rPr>
          <w:rFonts w:ascii="Calibri" w:hAnsi="Calibri" w:cs="Calibri" w:eastAsia="Calibri"/>
          <w:b w:val="0"/>
          <w:color w:val="5D5A70"/>
          <w:sz w:val="21"/>
        </w:rPr>
        <w:t>Ставку, платёж или «вам одобрят».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фраза: </w:t>
      </w:r>
      <w:r>
        <w:rPr>
          <w:rFonts w:ascii="Calibri" w:hAnsi="Calibri" w:cs="Calibri" w:eastAsia="Calibri"/>
          <w:b w:val="0"/>
          <w:color w:val="15131F"/>
          <w:sz w:val="21"/>
        </w:rPr>
        <w:t>Ставка зависит от вашей кредитной истории, кредита и самого жилья, поэтому её называет лицензированный кредитный специалист. Сейчас я могу объяснить шаги предварительного одобрения, а [имя специалиста] позвонит вам в [время].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4.5 Страховое агентство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Расчёт стоимости полиса, покрывается ли мой случай, как заявить о страховом случае.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Новый полис, изменение или страховой случай? Что хотите застраховать? С какой даты?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Расчёт или звонок лицензированного агента; страховые случаи — на линию урегулирования.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говорите: </w:t>
      </w:r>
      <w:r>
        <w:rPr>
          <w:rFonts w:ascii="Calibri" w:hAnsi="Calibri" w:cs="Calibri" w:eastAsia="Calibri"/>
          <w:b w:val="0"/>
          <w:color w:val="5D5A70"/>
          <w:sz w:val="21"/>
        </w:rPr>
        <w:t>«Это покрывается», цену до проверки агентом или какой полис купить.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фраза: </w:t>
      </w:r>
      <w:r>
        <w:rPr>
          <w:rFonts w:ascii="Calibri" w:hAnsi="Calibri" w:cs="Calibri" w:eastAsia="Calibri"/>
          <w:b w:val="0"/>
          <w:color w:val="15131F"/>
          <w:sz w:val="21"/>
        </w:rPr>
        <w:t>Покрывается ли это, зависит от вашего полиса, поэтому это проверяет лицензированный агент. [Имя агента] позвонит вам до [время]. Чтобы заявить о страховом случае прямо сейчас, звоните по номеру [номер линии урегулирования].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собирайте в чате: </w:t>
      </w:r>
      <w:r>
        <w:rPr>
          <w:rFonts w:ascii="Calibri" w:hAnsi="Calibri" w:cs="Calibri" w:eastAsia="Calibri"/>
          <w:b w:val="0"/>
          <w:color w:val="5D5A70"/>
          <w:sz w:val="21"/>
        </w:rPr>
        <w:t>Симптомы, Документы по делу, Номера счетов, Номера полисов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Скрипты чата для недвижимости, автосалонов и магазинов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 наличии?: Сначала проверьте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Посетители хотят знать, есть ли это в наличии и сколько стоит. Проверьте, прежде чем сказать «да».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5.1 Агентство недвижимости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Ещё продаётся? Можно посмотреть? Сколько стоит моё жильё?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Покупаете, продаёте или снимаете? Какой объект или район? Уже общались с банком?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Показ или выезд для оценки жилья.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говорите: </w:t>
      </w:r>
      <w:r>
        <w:rPr>
          <w:rFonts w:ascii="Calibri" w:hAnsi="Calibri" w:cs="Calibri" w:eastAsia="Calibri"/>
          <w:b w:val="0"/>
          <w:color w:val="5D5A70"/>
          <w:sz w:val="21"/>
        </w:rPr>
        <w:t>Кто живёт в районе или что район подходит «людям вроде вас».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фраза: </w:t>
      </w:r>
      <w:r>
        <w:rPr>
          <w:rFonts w:ascii="Calibri" w:hAnsi="Calibri" w:cs="Calibri" w:eastAsia="Calibri"/>
          <w:b w:val="0"/>
          <w:color w:val="15131F"/>
          <w:sz w:val="21"/>
        </w:rPr>
        <w:t>Да, объект по адресу [адрес] ещё продаётся. Могу показать его [день и время 1] или [день и время 2]. Данные о школах и районе пришлю из официальных источников.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5.2 Автосалон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Машина ещё есть? Лучшая цена, трейд-ин, кредит.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Какая машина (складской номер)? Сдаёте свою в трейд-ин? Наличные, кредит или лизинг?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Тест-драйв, машина забронирована на это время.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говорите: </w:t>
      </w:r>
      <w:r>
        <w:rPr>
          <w:rFonts w:ascii="Calibri" w:hAnsi="Calibri" w:cs="Calibri" w:eastAsia="Calibri"/>
          <w:b w:val="0"/>
          <w:color w:val="5D5A70"/>
          <w:sz w:val="21"/>
        </w:rPr>
        <w:t>Ежемесячный платёж без цены, срока и первоначального взноса или «вам одобрено».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фраза: </w:t>
      </w:r>
      <w:r>
        <w:rPr>
          <w:rFonts w:ascii="Calibri" w:hAnsi="Calibri" w:cs="Calibri" w:eastAsia="Calibri"/>
          <w:b w:val="0"/>
          <w:color w:val="15131F"/>
          <w:sz w:val="21"/>
        </w:rPr>
        <w:t>Сегодня она есть на площадке за [цена] плюс [сборы и налоги]. Могу забронировать её для тест-драйва на [время 1] или [время 2]. Платежи кредитный отдел рассчитает после подачи заявки.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5.3 Интернет-магазин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Размер и посадка, доставка, возврат, мой заказ.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Какой товар? Куда доставить? Нужно к определённой дате?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Ссылка на товар или решённый вопрос с заказом.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говорите: </w:t>
      </w:r>
      <w:r>
        <w:rPr>
          <w:rFonts w:ascii="Calibri" w:hAnsi="Calibri" w:cs="Calibri" w:eastAsia="Calibri"/>
          <w:b w:val="0"/>
          <w:color w:val="5D5A70"/>
          <w:sz w:val="21"/>
        </w:rPr>
        <w:t>Дату доставки, которую не назвала служба доставки, или «есть в наличии» без проверки.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фраза: </w:t>
      </w:r>
      <w:r>
        <w:rPr>
          <w:rFonts w:ascii="Calibri" w:hAnsi="Calibri" w:cs="Calibri" w:eastAsia="Calibri"/>
          <w:b w:val="0"/>
          <w:color w:val="15131F"/>
          <w:sz w:val="21"/>
        </w:rPr>
        <w:t>[Товар] [в размер, маломерит или большемерит]. Доставка в [регион] занимает [число] дней, возврат бесплатный в течение [число] дней. Таблица размеров: [ссылка].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5.4 Розничный магазин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Часы работы, есть ли товар, можно ли его отложить.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Какой товар, размер и цвет? Какой магазин? Когда сможете зайти?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Товар отложен на имя покупателя до назначенного времени.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говорите: </w:t>
      </w:r>
      <w:r>
        <w:rPr>
          <w:rFonts w:ascii="Calibri" w:hAnsi="Calibri" w:cs="Calibri" w:eastAsia="Calibri"/>
          <w:b w:val="0"/>
          <w:color w:val="5D5A70"/>
          <w:sz w:val="21"/>
        </w:rPr>
        <w:t>«У нас есть», пока кто-то не проверил полку.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фраза: </w:t>
      </w:r>
      <w:r>
        <w:rPr>
          <w:rFonts w:ascii="Calibri" w:hAnsi="Calibri" w:cs="Calibri" w:eastAsia="Calibri"/>
          <w:b w:val="0"/>
          <w:color w:val="15131F"/>
          <w:sz w:val="21"/>
        </w:rPr>
        <w:t>Сейчас проверю на полке, это займёт [число] минут. Если товар есть, отложу его на ваше имя до [время], [день].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Следующие шаги: </w:t>
      </w:r>
      <w:r>
        <w:rPr>
          <w:rFonts w:ascii="Calibri" w:hAnsi="Calibri" w:cs="Calibri" w:eastAsia="Calibri"/>
          <w:b w:val="0"/>
          <w:color w:val="5D5A70"/>
          <w:sz w:val="21"/>
        </w:rPr>
        <w:t>Показ, Тест-драйв, Товар отложен, Ссылка на товар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Скрипты чата для SaaS, B2B, производства и агентств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Следующий шаг: С датой, письменно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Бизнес-покупатели хотят прямого ответа, а затем следующего шага с датой.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6.1 SaaS и стартапы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Умеет ли продукт это, цена для моей команды, интеграции.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Чем пользуетесь сейчас? Сколько пользователей? Когда хотите перейти?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Пробный период или демо.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говорите: </w:t>
      </w:r>
      <w:r>
        <w:rPr>
          <w:rFonts w:ascii="Calibri" w:hAnsi="Calibri" w:cs="Calibri" w:eastAsia="Calibri"/>
          <w:b w:val="0"/>
          <w:color w:val="5D5A70"/>
          <w:sz w:val="21"/>
        </w:rPr>
        <w:t>О функции из планов так, будто она уже есть, или о скидке, чтобы закрыть сделку.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фраза: </w:t>
      </w:r>
      <w:r>
        <w:rPr>
          <w:rFonts w:ascii="Calibri" w:hAnsi="Calibri" w:cs="Calibri" w:eastAsia="Calibri"/>
          <w:b w:val="0"/>
          <w:color w:val="15131F"/>
          <w:sz w:val="21"/>
        </w:rPr>
        <w:t>Да, [продукт] умеет [функция]. Вот видео на 2 минуты: [ссылка]. Для [число] человек подойдёт [тариф]. Начнёте пробный период сейчас или посмотрите демо в [день]?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6.2 B2B и производство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Характеристики, минимальный заказ, срок поставки, цена за единицу.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Какая деталь или спецификация? Какой объём и как часто? Куда и к какому сроку доставить?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Письменный расчёт к назначенной дате.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говорите: </w:t>
      </w:r>
      <w:r>
        <w:rPr>
          <w:rFonts w:ascii="Calibri" w:hAnsi="Calibri" w:cs="Calibri" w:eastAsia="Calibri"/>
          <w:b w:val="0"/>
          <w:color w:val="5D5A70"/>
          <w:sz w:val="21"/>
        </w:rPr>
        <w:t>Цену или срок поставки индивидуального заказа до проверки отделом продаж.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фраза: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этого достаточно для расчёта. [Имя] из отдела продаж пришлёт письменный расчёт на [количество] до [день], со сроком поставки и доставкой в [место].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6.3 Маркетинговое агентство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Ваши цены, больше заявок, примеры работ.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Заявки, продажи или бренд? Что уже пробовали? Какой примерно бюджет в месяц?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Стратегический звонок, к которому у клиента готовы текущие цифры.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говорите: </w:t>
      </w:r>
      <w:r>
        <w:rPr>
          <w:rFonts w:ascii="Calibri" w:hAnsi="Calibri" w:cs="Calibri" w:eastAsia="Calibri"/>
          <w:b w:val="0"/>
          <w:color w:val="5D5A70"/>
          <w:sz w:val="21"/>
        </w:rPr>
        <w:t>«Первая страница Google», «удвоим ваши заявки» или любой результат, который вы не можете доказать.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фраза: </w:t>
      </w:r>
      <w:r>
        <w:rPr>
          <w:rFonts w:ascii="Calibri" w:hAnsi="Calibri" w:cs="Calibri" w:eastAsia="Calibri"/>
          <w:b w:val="0"/>
          <w:color w:val="15131F"/>
          <w:sz w:val="21"/>
        </w:rPr>
        <w:t>Мы не можем обещать цифры, пока не увидим ваши данные, но можем показать, что сделали для похожего клиента из сферы [отрасль]. Созвонимся на 30 минут в [день]?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6.4 Консалтинговая компания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Работали ли с компаниями вроде нашей, как формируется цена, когда начнёте.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Какое решение нужно принять или какую проблему решить? Кто ещё участвует? К какому сроку?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Звонок для определения объёма работ, затем предложение.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говорите: </w:t>
      </w:r>
      <w:r>
        <w:rPr>
          <w:rFonts w:ascii="Calibri" w:hAnsi="Calibri" w:cs="Calibri" w:eastAsia="Calibri"/>
          <w:b w:val="0"/>
          <w:color w:val="5D5A70"/>
          <w:sz w:val="21"/>
        </w:rPr>
        <w:t>Фиксированную цену до определения объёма работ или результат как обещание.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фраза: </w:t>
      </w:r>
      <w:r>
        <w:rPr>
          <w:rFonts w:ascii="Calibri" w:hAnsi="Calibri" w:cs="Calibri" w:eastAsia="Calibri"/>
          <w:b w:val="0"/>
          <w:color w:val="15131F"/>
          <w:sz w:val="21"/>
        </w:rPr>
        <w:t>Для этого хорошо подойдёт короткий звонок по объёму работ. После него [имя] в течение [число] дней пришлёт предложение с объёмом, сроками и ценой.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Передайте в отдел продаж: </w:t>
      </w:r>
      <w:r>
        <w:rPr>
          <w:rFonts w:ascii="Calibri" w:hAnsi="Calibri" w:cs="Calibri" w:eastAsia="Calibri"/>
          <w:b w:val="0"/>
          <w:color w:val="5D5A70"/>
          <w:sz w:val="21"/>
        </w:rPr>
        <w:t>Договоры, Проверки безопасности, Индивидуальные расчёты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Скрипты чата для фитнес-клубов, отелей, школ и НКО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Следующий шаг: Запись на время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Местным посетителям нужны время и цена. Отправьте ссылку на запись.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7.1 Фитнес-клуб или студия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Цены, расписание занятий, персональные тренировки, пробное занятие.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Какая у вас цель? Групповые или индивидуальные занятия? Какие дни и время?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Бесплатное пробное или вводное занятие.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говорите: </w:t>
      </w:r>
      <w:r>
        <w:rPr>
          <w:rFonts w:ascii="Calibri" w:hAnsi="Calibri" w:cs="Calibri" w:eastAsia="Calibri"/>
          <w:b w:val="0"/>
          <w:color w:val="5D5A70"/>
          <w:sz w:val="21"/>
        </w:rPr>
        <w:t>Советы по травмам и здоровью или результаты вроде «минус 10 кг за месяц».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фраза: </w:t>
      </w:r>
      <w:r>
        <w:rPr>
          <w:rFonts w:ascii="Calibri" w:hAnsi="Calibri" w:cs="Calibri" w:eastAsia="Calibri"/>
          <w:b w:val="0"/>
          <w:color w:val="15131F"/>
          <w:sz w:val="21"/>
        </w:rPr>
        <w:t>Что безопасно для вашего [колена, спины или состояния], подскажет ваш врач или реабилитолог. Тренер учтёт их советы на бесплатном вводном занятии: [день и время 1] или [день и время 2]?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7.2 Отель или ресторан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Свободно ли на мои даты, цена, парковка, аллергии, группы.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Какие даты или время? Сколько человек? Что-то подготовить заранее?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Бронирование на странице бронирования или звонок для групп.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говорите: </w:t>
      </w:r>
      <w:r>
        <w:rPr>
          <w:rFonts w:ascii="Calibri" w:hAnsi="Calibri" w:cs="Calibri" w:eastAsia="Calibri"/>
          <w:b w:val="0"/>
          <w:color w:val="5D5A70"/>
          <w:sz w:val="21"/>
        </w:rPr>
        <w:t>Что номер или столик свободен, пока этого не показывает система бронирования, или что блюдо безопасно при аллергии.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фраза: </w:t>
      </w:r>
      <w:r>
        <w:rPr>
          <w:rFonts w:ascii="Calibri" w:hAnsi="Calibri" w:cs="Calibri" w:eastAsia="Calibri"/>
          <w:b w:val="0"/>
          <w:color w:val="15131F"/>
          <w:sz w:val="21"/>
        </w:rPr>
        <w:t>Номера на [даты] с актуальной ценой — здесь: [ссылка]. Для группы из [число] гостей [имя] может забронировать блок номеров. Попросить, чтобы вам позвонили?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7.3 Школа или учебный центр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Даты начала, стоимость, требования к поступающим, финансирование.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Какой курс или уровень? Для вас или для кого-то другого? Когда хотите начать?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Информационная встреча, звонок приёмной комиссии или ссылка на заявку.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говорите: </w:t>
      </w:r>
      <w:r>
        <w:rPr>
          <w:rFonts w:ascii="Calibri" w:hAnsi="Calibri" w:cs="Calibri" w:eastAsia="Calibri"/>
          <w:b w:val="0"/>
          <w:color w:val="5D5A70"/>
          <w:sz w:val="21"/>
        </w:rPr>
        <w:t>Что человека точно примут, он сдаст экзамен или найдёт работу.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фраза: </w:t>
      </w:r>
      <w:r>
        <w:rPr>
          <w:rFonts w:ascii="Calibri" w:hAnsi="Calibri" w:cs="Calibri" w:eastAsia="Calibri"/>
          <w:b w:val="0"/>
          <w:color w:val="15131F"/>
          <w:sz w:val="21"/>
        </w:rPr>
        <w:t>Ближайший курс [название курса] начинается [дата] и стоит [стоимость]. На остальные вопросы ответит приёмная комиссия по телефону: [день и время 1] или [день и время 2]?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7.4 Некоммерческая организация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Как пожертвовать, стать волонтёром или получить помощь.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Хотите пожертвовать, стать волонтёром или получить поддержку? Кому-то сейчас угрожает опасность?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Страница пожертвований, форма для волонтёров или звонок.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говорите: </w:t>
      </w:r>
      <w:r>
        <w:rPr>
          <w:rFonts w:ascii="Calibri" w:hAnsi="Calibri" w:cs="Calibri" w:eastAsia="Calibri"/>
          <w:b w:val="0"/>
          <w:color w:val="5D5A70"/>
          <w:sz w:val="21"/>
        </w:rPr>
        <w:t>Налоговые советы о пожертвовании или какую помощь получит человек.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фраза: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хотите помочь. Пожертвовать можно здесь: [ссылка]. Насчёт волонтёрства [имя] может позвонить вам и рассказать о ближайшем [мероприятии или смене].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7.5 Кадровое агентство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Открытые вакансии, зарплата, как откликнуться, поиск сотрудников.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Ищете работу или сотрудников? Какая должность и где? Когда начать?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Звонок рекрутера или ссылка на отклик.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говорите: </w:t>
      </w:r>
      <w:r>
        <w:rPr>
          <w:rFonts w:ascii="Calibri" w:hAnsi="Calibri" w:cs="Calibri" w:eastAsia="Calibri"/>
          <w:b w:val="0"/>
          <w:color w:val="5D5A70"/>
          <w:sz w:val="21"/>
        </w:rPr>
        <w:t>Вопросы о возрасте, планах на семью, религии, здоровье или инвалидности.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фраза: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Спасибо. По вакансии [должность], [город], следующий шаг — 15-минутный звонок: с вами поговорит [имя рекрутера]. [День и время 1] или [день и время 2]?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Передайте человеку: </w:t>
      </w:r>
      <w:r>
        <w:rPr>
          <w:rFonts w:ascii="Calibri" w:hAnsi="Calibri" w:cs="Calibri" w:eastAsia="Calibri"/>
          <w:b w:val="0"/>
          <w:color w:val="5D5A70"/>
          <w:sz w:val="21"/>
        </w:rPr>
        <w:t>Травмы, Аллергии, Поступление, Кто-то в опасности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Что фиксировать после каждого онлайн-чата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Время на журнал: 2 минуты · Поля: 6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Две минуты после каждого чата, чтобы следующий сотрудник видел всю историю. В журнале чатов Excel те же поля.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6 полей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Поле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писать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Тип чата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«Продажа», «Запрос расчёта», «Вопрос перед покупкой» или «Действующий клиент»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Посетитель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Имя и контакт, который он оставил для этого запроса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Вопрос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Одной фразой, его словами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Ответы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Его ответы на ваши 2–3 вопроса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Следующий шаг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«Записан», «Отправить расчёт», «Обратный звонок», «Ответ дан», «Посетитель ушёл» или «Передан ответственному»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Ответственный и дата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Кто что делает и к какому сроку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Итоговая заметка (вставьте в контакт или сделку): </w:t>
      </w:r>
      <w:r>
        <w:rPr>
          <w:rFonts w:ascii="Calibri" w:hAnsi="Calibri" w:cs="Calibri" w:eastAsia="Calibri"/>
          <w:b w:val="0"/>
          <w:color w:val="15131F"/>
          <w:sz w:val="21"/>
        </w:rPr>
        <w:t>Чат [дата], [тип чата]. Вопрос: [вопрос]. Ответы: [ответ 1]; [ответ 2]. Сообщили: [что вы сказали или пообещали]. Дальше: [шаг], [ответственный], до [дата].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 не вносите в журнал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Номера карт, пароли и полные номера документов.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Медицинские, юридические или финансовые подробности, которые не нужны для следующего шага.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Варианты следующего шага: </w:t>
      </w:r>
      <w:r>
        <w:rPr>
          <w:rFonts w:ascii="Calibri" w:hAnsi="Calibri" w:cs="Calibri" w:eastAsia="Calibri"/>
          <w:b w:val="0"/>
          <w:color w:val="5D5A70"/>
          <w:sz w:val="21"/>
        </w:rPr>
        <w:t>Записан, Отправить расчёт, Обратный звонок, Ответ дан, Посетитель ушёл, Передан ответственному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Скрипт онлайн-чата для фитнес-клуба в деле: от передачи AI до записи на занятие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Silverpine Fitness, вымышленный фитнес-клуб с групповыми занятиями и персональными тренировками в Спокане (штат Вашингтон), использует вкладки 1, 3 и 7. В понедельник, 12 октября 2026, в 18:40 Дэниел Осеи спросил AI-ассистента о персональных тренировках и о своём колене. AI передал чат Рут Кэллоуэй, консультанту по абонементам.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Посетитель: </w:t>
      </w:r>
      <w:r>
        <w:rPr>
          <w:rFonts w:ascii="Calibri" w:hAnsi="Calibri" w:cs="Calibri" w:eastAsia="Calibri"/>
          <w:b w:val="0"/>
          <w:color w:val="15131F"/>
          <w:sz w:val="21"/>
        </w:rPr>
        <w:t>Сколько стоят персональные тренировки?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Персональные тренировки стоят 240 $ за 4 занятия в месяц или 440 $ за 8. Вы рассматриваете индивидуальные занятия или тренировки в мини-группе?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Посетитель: </w:t>
      </w:r>
      <w:r>
        <w:rPr>
          <w:rFonts w:ascii="Calibri" w:hAnsi="Calibri" w:cs="Calibri" w:eastAsia="Calibri"/>
          <w:b w:val="0"/>
          <w:color w:val="15131F"/>
          <w:sz w:val="21"/>
        </w:rPr>
        <w:t>Скорее индивидуальные. В мае мне оперировали колено. Мне уже можно начинать?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На вопросы о здоровье я ответить не могу, но Рут из нашей команды поможет спланировать первое занятие. Передаю ей чат.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Рут (абонементы):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Дэниел! На связи Рут, живой человек из команды Silverpine. Я вижу вашу переписку: индивидуальные тренировки после операции на колене в мае. Что безопасно для вашего колена, я сказать не могу: это подскажут ваш хирург или реабилитолог. Два коротких вопроса, чтобы подобрать подходящего тренера. Какая у вас главная цель?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Посетитель: </w:t>
      </w:r>
      <w:r>
        <w:rPr>
          <w:rFonts w:ascii="Calibri" w:hAnsi="Calibri" w:cs="Calibri" w:eastAsia="Calibri"/>
          <w:b w:val="0"/>
          <w:color w:val="15131F"/>
          <w:sz w:val="21"/>
        </w:rPr>
        <w:t>Снова стать сильным и вернуться к походам.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Рут (абонементы): </w:t>
      </w:r>
      <w:r>
        <w:rPr>
          <w:rFonts w:ascii="Calibri" w:hAnsi="Calibri" w:cs="Calibri" w:eastAsia="Calibri"/>
          <w:b w:val="0"/>
          <w:color w:val="15131F"/>
          <w:sz w:val="21"/>
        </w:rPr>
        <w:t>Отличная цель. Какие дни и время вам обычно удобны?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Посетитель: </w:t>
      </w:r>
      <w:r>
        <w:rPr>
          <w:rFonts w:ascii="Calibri" w:hAnsi="Calibri" w:cs="Calibri" w:eastAsia="Calibri"/>
          <w:b w:val="0"/>
          <w:color w:val="15131F"/>
          <w:sz w:val="21"/>
        </w:rPr>
        <w:t>По будням вечером, после 6.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Рут (абонементы): </w:t>
      </w:r>
      <w:r>
        <w:rPr>
          <w:rFonts w:ascii="Calibri" w:hAnsi="Calibri" w:cs="Calibri" w:eastAsia="Calibri"/>
          <w:b w:val="0"/>
          <w:color w:val="15131F"/>
          <w:sz w:val="21"/>
        </w:rPr>
        <w:t>Тогда следующий шаг — бесплатное вводное занятие на 45 минут. Тренер построит его с учётом рекомендаций вашего реабилитолога. Четверг, 15 октября, в 18:30 или вторник, 20 октября, в 19:00?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Рут (абонементы): </w:t>
      </w:r>
      <w:r>
        <w:rPr>
          <w:rFonts w:ascii="Calibri" w:hAnsi="Calibri" w:cs="Calibri" w:eastAsia="Calibri"/>
          <w:b w:val="0"/>
          <w:color w:val="15131F"/>
          <w:sz w:val="21"/>
        </w:rPr>
        <w:t>Вы ещё здесь, Дэниел? Не торопитесь. Четверг в 18:30 или вторник в 19:00?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Посетитель: </w:t>
      </w:r>
      <w:r>
        <w:rPr>
          <w:rFonts w:ascii="Calibri" w:hAnsi="Calibri" w:cs="Calibri" w:eastAsia="Calibri"/>
          <w:b w:val="0"/>
          <w:color w:val="15131F"/>
          <w:sz w:val="21"/>
        </w:rPr>
        <w:t>Извините, смотрел календарь. Четверг подходит.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Рут (абонементы): </w:t>
      </w:r>
      <w:r>
        <w:rPr>
          <w:rFonts w:ascii="Calibri" w:hAnsi="Calibri" w:cs="Calibri" w:eastAsia="Calibri"/>
          <w:b w:val="0"/>
          <w:color w:val="15131F"/>
          <w:sz w:val="21"/>
        </w:rPr>
        <w:t>Вот ссылка на запись: silverpine.example/intro. Выберите четверг, 18:30, и вам придёт письмо с подтверждением. Возьмите удобную обувь и рекомендации реабилитолога, если они есть.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Посетитель: </w:t>
      </w:r>
      <w:r>
        <w:rPr>
          <w:rFonts w:ascii="Calibri" w:hAnsi="Calibri" w:cs="Calibri" w:eastAsia="Calibri"/>
          <w:b w:val="0"/>
          <w:color w:val="15131F"/>
          <w:sz w:val="21"/>
        </w:rPr>
        <w:t>Записался. Письмо пришло.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Рут (абонементы): </w:t>
      </w:r>
      <w:r>
        <w:rPr>
          <w:rFonts w:ascii="Calibri" w:hAnsi="Calibri" w:cs="Calibri" w:eastAsia="Calibri"/>
          <w:b w:val="0"/>
          <w:color w:val="15131F"/>
          <w:sz w:val="21"/>
        </w:rPr>
        <w:t>Вижу запись: четверг, 15 октября, 18:30. В пятницу я позвоню вам насчёт плана тренировок. Могу ещё чем-то помочь?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Посетитель: </w:t>
      </w:r>
      <w:r>
        <w:rPr>
          <w:rFonts w:ascii="Calibri" w:hAnsi="Calibri" w:cs="Calibri" w:eastAsia="Calibri"/>
          <w:b w:val="0"/>
          <w:color w:val="15131F"/>
          <w:sz w:val="21"/>
        </w:rPr>
        <w:t>Нет, это всё. Спасибо, Рут!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Скрипт по шагам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Время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Шаг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Какая фраза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18:43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Принять чат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«Когда AI передал чат» (вкладка 1)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18:44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Задать 2 вопроса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Цель; дни и время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18:45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Следующий шаг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Два варианта времени для бесплатного вводного занятия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18:47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Напомнить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Нет ответа 2 минуты (вкладка 3)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18:53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Завершить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Запись, ответственный и дата, «Могу ещё чем-то помочь?»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Что попадает в приложение и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Онлайн-поддержка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«Ожидает агента» 18:42, Рут приняла чат 18:43, решено 18:53, «Завершен»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Запись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Вводное занятие, четверг, 15 октября 2026, 18:30, Дэниел записался сам по ссылке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Лид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Добавила Рут: Дэниел Осеи, персональные тренировки; «Источник»: «Онлайн-чат»; «Статус»: «В работе»; «Исполнитель»: Рут Кэллоуэй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Заметки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Цель: сила, вернуться к походам. По будням вечером, после 18:00. Индивидуально. Операция на колене: тренер спросит на занятии.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Задача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Позвонить Дэниелу насчёт плана тренировок; «Исполнитель»: Рут; «Дедлайн»: пятница, 16 октября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Теги разговоров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Продажа, Персональные тренировки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Строка журнала чатов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Первый ответ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Следующий шаг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 минута (цель 2)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Записан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Запланировано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Вымышленная компания и посетитель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Чего никогда не говорить в чате: одно правило на каждую регулируемую отрасль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Отрасль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Правило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 чате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Стоматология и медицина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 HIPAA подрядчику, который хранит медицинские данные пациентов клиники, нужно письменное соглашение с деловым партнёром.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Только запись, если поставщик чата не подписал такое соглашение.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Юридические фирмы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Сайт, который предлагает рассказать подробности без чётких предупреждений, может сделать посетителя потенциальным клиентом; собирайте только то, что нужно, чтобы решить, браться ли за дело.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Тип дела, другая сторона, срок.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Финансовые консультанты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Компании — члены FINRA не вправе делать ложные, преувеличенные, необоснованные, содержащие обещания или вводящие в заблуждение заявления ни в каких сообщениях.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Никакой доходности и «гарантированно».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Ипотека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Предлагать конкретные условия кредита — это работа ипотечного кредитного специалиста, для которой нужна лицензия или регистрация; общие объяснения и шаги подачи заявки к ней не относятся.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Шаги — да, ставки — нет.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Страхование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Для продажи страхования, привлечения клиентов или переговоров о нём нужна лицензия; привлечение включает уговоры оформить определённый вид страхования в определённой компании.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Запись к агенту, никаких «это покрывается».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Недвижимость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Отговаривать покупателя или арендатора из-за расы, цвета кожи, религии, пола, инвалидности, семейного положения или национального происхождения жителей района — незаконное «направление» покупателей.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Дома, а не соседи.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Подбор персонала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Вопросы до приёма на работу должны касаться только того, что показывает, подходит ли человек по квалификации; вопросы об инвалидности до предложения о работе запрещены.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Навыки, когда может выйти, город.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Как использовать эти шаблоны скриптов для онлайн-чата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Выберите вкладки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Вкладка 1 для каждого чата, вкладка 2 для типа чата, вкладки 4–7 для вашей отрасли.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Заполните скобки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Ваши имена, вопросы, цены и время. Прочитайте каждую фразу вслух: она должна звучать как вы.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Составьте список запретных фраз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Начните с карточки вашей отрасли и таблицы правил. Каждый сотрудник читает его один раз.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Договоритесь о таймере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Принять чат в течение 2 минут, напомнить через 2, закрыть через 5.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Вносите каждый чат в журнал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6 полей за 2 минуты. Каждый понедельник проверяйте медленные чаты и строки без следующего шага.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Переданные чаты ждут в разделе «Онлайн-поддержка» со статусом «Ожидает агента». В «Настройках уведомлений» включите «Звуковые оповещения», «Оповещения в браузере» или «Мобильные уведомления».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Нажмите «Принять», прочитайте переписку и отправьте первую фразу. Когда закончите, нажмите «Решить» или «Передать ИИ», если остались только общие вопросы.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На тарифе Growth сохраните каждую фразу: «Настройки» &gt; «Сохраненные ответы» &gt; «Новый ответ», в поле «Ярлык» укажите короткую команду через косую черту, например /takeover или /nudge, затем вводите эту команду в поле ответа.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В «CRM» &gt; «Лиды» &gt; «Добавить лид» укажите «Источник»: «Онлайн-чат», «Статус»: «В работе» и «Исполнитель», а итоговую заметку из вкладки 8 вставьте в «Заметки». Позже нажмите «Конвертировать в сделку».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Добавьте повторный контакт в «Задачи» &gt; «Новая задача» с полями «Исполнитель» и «Дедлайн». Создайте по одному тегу на каждый тип чата в «Настройки» &gt; «Теги разговоров» &gt; «Новый тег».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Для записи откройте «Расписание» &gt; «Типы событий», нажмите «Скопировать ссылку» и вставьте ссылку в чат.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Передача человеку и онлайн-запись с синхронизацией календаря входят в тариф Launch, 19 $ в месяц при оплате за год, 8 пользователей. Сохранённые ответы и автоперевод во входящих — в тарифе Growth, 49 $ в месяц при оплате за год. Таймер на 2 и 5 минут — правило вашей команды.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Данные в примере вымышлены.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https://crmsoftware.pro/ru/templates/live-chat-script-templates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Скрипты для онлайн-чата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