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SMS-напоминания пациентам о приёме у врача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SMS для клиники с правилами HIPAA и согласия: чего не писать, согласие пациента, подтверждение со ссылкой на анкеты, напоминания за 2 дня и в день визита, SMS о видеоконсультации, о плановом визите и «позвоните нам», SMS после неявки и версия на испанском. С заполненным примером.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Замените каждое слово в [скобках], затем проверьте каждый текст: не больше 160 символов (кириллицей это 2–3 части) и ничего о причине визита, результатах, лекарствах или деньгах. Отправляйте только на номера с согласием, не больше одного SMS в день и трёх в неделю на пациента, и сразу прекращайте после STOP. Записывайте каждый ответ и итог в журнал напоминаний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Тексты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Правила HIPAA для SMS-напоминания пациенту о приёме у врача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 каждом SMS: Имя, время, телефон · Имя пациента: Имя, первая буква фамилии · Подготовка: Личный кабинет или звонок · Ответственный и действие: [Имя] сверяет каждое новое SMS с таблицей, прежде чем добавить его в SMS-сервис, и поддерживает актуальным список слов в проверке текста Excel.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SMS-напоминания разрешены. HHS (Министерство здравоохранения и социальных служб США) разъясняет, что Правило о конфиденциальности HIPAA (HIPAA Privacy Rule; HIPAA — американский закон о защите медицинских данных) позволяет медицинским учреждениям общаться с пациентами по поводу их лечения, в том числе присылать напоминания, если они ограничивают содержание сообщения: в телефонном сообщении должно быть немногим больше, чем название и номер телефона клиники и то, что нужно для подтверждения записи. Превью SMS может прочитать любой, кто возьмёт телефон в руки, поэтому каждое SMS-напоминание пациенту о приёме у врача на этой странице проходит ту же проверку. График отправки, обработка STOP и ответы пациентам описаны на странице «Шаблоны SMS-напоминаний о записи»; эта страница добавляет медицинский слой.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Что есть в SMS, чего никогда нет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 SMS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Никогда в SMS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Название клиники и номер телефона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Диагноз, заболевание или симптом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Имя и первая буква фамилии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Результаты анализов или то, что они готовы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День, дата, время, адрес или «видеоконсультация»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Названия лекарств, дозы, рецепты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Прийти раньше, взять паспорт и полис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Специализация или название клиники, выдающие заболевание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Одно действие: ответить C или R либо позвонить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Задолженность, доплата или строка об оплате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Отказ от SMS: STOP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Подготовка, в которой названа процедура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Три привычки HIPAA для регистратуры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Минимально необходимое: прилагайте разумные усилия, чтобы использовать и раскрывать только тот минимум защищённой медицинской информации, который нужен для цели. Для напоминания это время и место.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Предпочтение пациента: пациент может попросить связываться с ним другим способом или по другому номеру, и учреждение обязано выполнить разумную просьбу. Запишите выбранный канал и используйте только его.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Незашифрованные каналы: HHS разъясняет, что Правило о конфиденциальности не запрещает незашифрованную электронную почту для общения по поводу лечения, если учреждение принимает разумные меры защиты, ограничивает объём информации и даёт пациенту решить, узнав о рисках. К SMS относитесь как минимум так же осторожно.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в SMS: </w:t>
      </w:r>
      <w:r>
        <w:rPr>
          <w:rFonts w:ascii="Calibri" w:hAnsi="Calibri" w:cs="Calibri" w:eastAsia="Calibri"/>
          <w:b w:val="0"/>
          <w:color w:val="5D5A70"/>
          <w:sz w:val="21"/>
        </w:rPr>
        <w:t>Диагноз, Результаты анализов, Названия лекарств, Выдающая специализация, Долг или доплата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Согласие на SMS-напоминания пациентам: правило FCC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 неделю: Не больше 3 SMS · В день: 1 SMS · Отписка: STOP, выполняется сразу · Ответственный и действие: [Имя] добавляет строку в анкету и вопрос в сценарий звонка при записи и записывает согласие, предпочитаемый канал и каждый STOP.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 США FCC (Федеральная комиссия по связи) в 2015 году постановила, что номер телефона, который пациент дал медицинскому учреждению, считается предварительным явным согласием на звонки и SMS о медицинской помощи, подпадающие под HIPAA, в пределах этого согласия и если пациент не дал иных указаний: номер, оставленный при записи на приём, покрывает сообщения об этом приёме. То же решение освобождает некоторые медицинские SMS от требования о согласии, если они бесплатны для пациента, на условиях, которые теперь закреплены в правилах FCC. Всё равно спросите и запишите ответ: это одна строка в анкете пациента.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Строка в анкете: </w:t>
      </w:r>
      <w:r>
        <w:rPr>
          <w:rFonts w:ascii="Calibri" w:hAnsi="Calibri" w:cs="Calibri" w:eastAsia="Calibri"/>
          <w:b w:val="0"/>
          <w:color w:val="15131F"/>
          <w:sz w:val="21"/>
        </w:rPr>
        <w:t>Мы можем присылать подтверждения записи и напоминания по SMS на этот мобильный номер (обведите): Да / Нет. SMS не шифруются, и их может прочитать любой, у кого в руках ваш телефон. Вы в любой момент можете ответить STOP.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 регистратуре или по телефону: </w:t>
      </w:r>
      <w:r>
        <w:rPr>
          <w:rFonts w:ascii="Calibri" w:hAnsi="Calibri" w:cs="Calibri" w:eastAsia="Calibri"/>
          <w:b w:val="0"/>
          <w:color w:val="15131F"/>
          <w:sz w:val="21"/>
        </w:rPr>
        <w:t>Можно присылать вам напоминания о приёме по SMS на [номер]? В них только дата, время и наш телефон, и вы в любой момент можете ответить STOP.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Условия FCC для освобождённых медицинских SMS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Только на номер, который дал пациент, с названием и контактами учреждения в тексте; только для перечисленных целей, таких как подтверждения и напоминания о приёмах и обследованиях, профилактические осмотры, результаты анализов и уведомления о рецептах; без рекламы, счетов и взыскания долгов; содержание регулирует HIPAA.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160 символов или меньше, одно сообщение в день и не больше трёх в неделю на пациента, STOP упомянут в каждом SMS, отписки выполняются сразу.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Спрашивайте лично, а не по SMS: </w:t>
      </w:r>
      <w:r>
        <w:rPr>
          <w:rFonts w:ascii="Calibri" w:hAnsi="Calibri" w:cs="Calibri" w:eastAsia="Calibri"/>
          <w:b w:val="0"/>
          <w:color w:val="5D5A70"/>
          <w:sz w:val="21"/>
        </w:rPr>
        <w:t>В исследовании в общественном центре здоровья на 4955 из 8425 приёмов не пришло ответа на SMS с запросом согласия, но 93% опрошенных неответивших хотели получать SMS. Спрашивайте при регистрации или в звонке при записи. Это не юридическая консультация: прежде чем автоматизировать SMS, посоветуйтесь с юристом.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Условия FCC: </w:t>
      </w:r>
      <w:r>
        <w:rPr>
          <w:rFonts w:ascii="Calibri" w:hAnsi="Calibri" w:cs="Calibri" w:eastAsia="Calibri"/>
          <w:b w:val="0"/>
          <w:color w:val="5D5A70"/>
          <w:sz w:val="21"/>
        </w:rPr>
        <w:t>Название клиники и телефон, 160 символов или меньше, Без счетов и акций, STOP в каждом SMS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SMS-подтверждение: анкеты, прийти раньше, что взять с собой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Отправка: При записи · Новые пациенты: Ссылка на анкеты, за 15 мин · SMS на визит: Не больше 3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Отправляйте его в течение нескольких минут после записи или в 8:00, если пациент записался ночью. Новому пациенту ссылка на анкеты экономит 15 минут с планшетом в руках. Ссылка должна быть короткой и нейтральной: никакой причины визита ни в ссылке, ни в названии анкеты, ни в тексте.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Подтверждение, постоянный пациент: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[имя], вы записаны: [день, дата], [время], [адрес]. Изменить запись: [телефон]. Отказ от SMS: STOP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Новый пациент со ссылкой на анкеты: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добро пожаловать, [имя]! Приём: [день, дата], [время], [адрес]. Анкеты: [ссылка на анкеты]. Отказ от SMS: STOP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Анкеты не заполнены, накануне: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[имя], ваши анкеты к [день] ещё не заполнены: [ссылка на анкеты] (около 10 мин). Или приходите на 15 мин раньше, и мы поможем.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Всегда есть, никогда нет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Всегда: сначала название клиники, день, дата и время, адрес или «видеоконсультация», один способ изменить запись и строка STOP в первом SMS.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Никогда: причина визита, специализация врача, которая выдаёт заболевание, или сумма доплаты.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Считайте: напоминание об анкетах — одно из трёх SMS в неделю, которые разрешает FCC. Отправляйте его вместо напоминания за 2 дня или добавьте строку об анкетах в него.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указывайте: </w:t>
      </w:r>
      <w:r>
        <w:rPr>
          <w:rFonts w:ascii="Calibri" w:hAnsi="Calibri" w:cs="Calibri" w:eastAsia="Calibri"/>
          <w:b w:val="0"/>
          <w:color w:val="5D5A70"/>
          <w:sz w:val="21"/>
        </w:rPr>
        <w:t>Причина визита, Специализация врача, Сумма доплаты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SMS-напоминание пациенту о приёме: за 2 дня и в день визита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Напоминание: За 2 дня · В день визита: За 2 часа · Приём до 10:00: В 20:00 накануне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Напоминание за 2 дня — то, которое вовремя освобождает окна. В медицинской версии о самом визите ничего не сказано: подготовка идёт сообщением в личном кабинете или звонком, а SMS только указывает на неё.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Напоминание за 2 дня: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[имя], напоминаем: [день, дата], [время], [адрес]. Ответьте C — подтвердить, R — перенести. Отказ от SMS: STOP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 подготовкой, но без её описания: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[имя], ждём вас [день] в [время]. Пожалуйста, выполните подготовку по сообщению в личном кабинете. Ответьте C — подтвердить, R — перенести.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SMS в день визита, за 2 часа: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[имя], ждём вас сегодня в [время]. Придите за 15 мин с паспортом и полисом. [Совет о парковке]. Опоздаете? Звоните: [телефон]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спрашивают, зачем приём: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[имя], приём подтверждён. Детали визита по SMS не сообщаем. Позвоните до [время]: [телефон], или проверьте личный кабинет. До встречи в [день]!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 и R, а не ДА и ОТМЕНА: </w:t>
      </w:r>
      <w:r>
        <w:rPr>
          <w:rFonts w:ascii="Calibri" w:hAnsi="Calibri" w:cs="Calibri" w:eastAsia="Calibri"/>
          <w:b w:val="0"/>
          <w:color w:val="5D5A70"/>
          <w:sz w:val="21"/>
        </w:rPr>
        <w:t>Cancel (отмена) — одно из слов отписки в правилах FCC: пациент, который пишет его, чтобы отменить визит, заодно просит больше не присылать SMS. Подтвердите отписку одним SMS, а вопрос с визитом решите по телефону. Постоянные пациенты, ответившие C, SMS в день визита не получают: двух SMS достаточно.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SMS в день визита только для: </w:t>
      </w:r>
      <w:r>
        <w:rPr>
          <w:rFonts w:ascii="Calibri" w:hAnsi="Calibri" w:cs="Calibri" w:eastAsia="Calibri"/>
          <w:b w:val="0"/>
          <w:color w:val="5D5A70"/>
          <w:sz w:val="21"/>
        </w:rPr>
        <w:t>Новые пациенты, Прошлые неявки, Запись за 14+ дней, Видеоконсультации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Коды ответа: </w:t>
      </w:r>
      <w:r>
        <w:rPr>
          <w:rFonts w:ascii="Calibri" w:hAnsi="Calibri" w:cs="Calibri" w:eastAsia="Calibri"/>
          <w:b w:val="0"/>
          <w:color w:val="5D5A70"/>
          <w:sz w:val="21"/>
        </w:rPr>
        <w:t>C: подтвердить, R: перенести, STOP: отписаться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SMS-напоминание о видеоконсультации со ссылкой на видео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Ссылка ещё раз: За 15 мин · Часовой пояс: Всегда, для видео · Ссылка не работает: Врач звонит через 10 мин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видеоконсультации в SMS нужны три вещи: время с часовым поясом, ссылка и строка о тихом месте без посторонних. Инструкция по подключению и пароли идут в личный кабинет, а ссылку отправляют ещё раз за 15 минут до начала.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Подтверждение видеоконсультации: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[имя], ваша видеоконсультация: [день, дата], [время] [часовой пояс]. Ссылка и инструкция: [ссылка на личный кабинет]. Отказ от SMS: STOP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 15 минут: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видеоконсультация в [время]. Ссылка: [ссылка на видео]. Найдите тихое место без посторонних. Нет связи? Звоните: [телефон]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Ссылка не работает: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извините, ссылка не работает. Врач позвонит вам на этот номер в течение 10 мин. Если хотите перенести, звоните: [телефон].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SMS о видеоконсультации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Ссылка говорит только о том, какой платформой вы пользуетесь, и никогда — имя пациента или тип визита.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Никаких паролей по SMS: сообщение в личном кабинете или телефон.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После консультации ничего клинического по SMS. Заключение идёт в личный кабинет; SMS «позвоните нам» указывает на него.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 SMS о видеоконсультации: </w:t>
      </w:r>
      <w:r>
        <w:rPr>
          <w:rFonts w:ascii="Calibri" w:hAnsi="Calibri" w:cs="Calibri" w:eastAsia="Calibri"/>
          <w:b w:val="0"/>
          <w:color w:val="5D5A70"/>
          <w:sz w:val="21"/>
        </w:rPr>
        <w:t>Видеоконсультация, Время с часовым поясом, Ссылка, Телефон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SMS о плановом визите и «позвоните нам» без подробностей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Плановый визит: 1 SMS, 1 звонок · Затем: Стоп, отметка в карте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HHS относит сообщения, связанные с лечением человека, например напоминания о продлении рецепта, за рамки определения рекламы. SMS о том, что пора на приём, — такое сообщение, а профилактические осмотры и уведомления о рецептах входят в список освобождённых медицинских сообщений FCC. Не добавляйте акции и новые услуги и пишите, что пора на приём, но никогда — зачем.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 на ежегодный осмотр: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[имя], пора записаться на ежегодный осмотр. Онлайн: [ссылка на запись] или по телефону [телефон]. Отказ от SMS: STOP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Повторный приём, после визита: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[имя], врач просил вас прийти ещё раз примерно в [месяц]. Запишитесь: [ссылка на запись] или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Позвоните нам: результаты, вопросы, всё, где есть подробности: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[имя], позвоните нам, когда будет удобно: [телефон], [дни и часы]. Спросите [ваше имя].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напоминаний о плановом визите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Одно SMS, через две недели один звонок, затем остановитесь и отметьте это в карте. Три SMS в неделю — потолок FCC, а не цель.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«Ваш ежегодный осмотр», а не заболевание, которое он проверяет. «Врач просил вас прийти ещё раз», а не зачем.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Сообщение «рецепт готов» HHS разрешает; название препарата и доза в него не попадают.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Пишите: </w:t>
      </w:r>
      <w:r>
        <w:rPr>
          <w:rFonts w:ascii="Calibri" w:hAnsi="Calibri" w:cs="Calibri" w:eastAsia="Calibri"/>
          <w:b w:val="0"/>
          <w:color w:val="5D5A70"/>
          <w:sz w:val="21"/>
        </w:rPr>
        <w:t>Пора на ежегодный осмотр, Повторный приём, Позвоните нам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пишите: </w:t>
      </w:r>
      <w:r>
        <w:rPr>
          <w:rFonts w:ascii="Calibri" w:hAnsi="Calibri" w:cs="Calibri" w:eastAsia="Calibri"/>
          <w:b w:val="0"/>
          <w:color w:val="5D5A70"/>
          <w:sz w:val="21"/>
        </w:rPr>
        <w:t>Зачем, Результаты, Названия лекарств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SMS после неявки для клиники: записать снова без упрёков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Звонок: Через 15 мин после начала · SMS: В течение 1 часа · Отметка: «Неявка» в «Записях» · Ответственный и действие: [Имя] звонит, отправляет одно SMS, отмечает визит как «Неявка», записывает время звонка и ответ и записывает пациента на новое время.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Через 15 минут после начала позвоните один раз. Нет ответа — одно SMS в течение часа. В клинике SMS после неявки ещё и оставляет дверь открытой: без упрёков, без объяснений, почему визит был важен, один способ записаться снова. Отметьте визит как «Неявка» в системе записи и запишите время звонка.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SMS после неявки: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ждали вас сегодня в [время]. Надеемся, всё хорошо. Записаться снова: [телефон] или [ссылка на запись]. Отказ от SMS: STOP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 условиями, названными при записи: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[имя], ждали вас сегодня в [время], звонили в [время]. Пропуск визита: [условия одной строкой]. Записаться снова: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пациент объяснит причину: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сообщили, [имя]. Подойдёт [день] в [время] или [день] в [время]? Ответьте, какой вариант удобнее.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пишите, почему визит был важен: «нужно обсудить ваши результаты» — это результат по SMS.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берите плату, о которой не сказали при записи, и никогда не пишите сумму в долларах в SMS: содержание об оплате не подпадает под исключение FCC.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отправляйте второе SMS после неявки за тот же визит и никогда не спрашивайте причину.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SMS-напоминание о приёме на испанском для пациентов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Коды ответа: C, R, STOP: без изменений · Есть в GSM-7: é, ñ, ¿, ¡ · Нет в GSM-7: á, í, ó, ú, кириллица: 70 символов · Ответственный и действие: [Имя] хранит испанский набор рядом с основным в SMS-сервисе и после каждого изменения проверяет оба в проверке текста Excel.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Спросите предпочитаемый язык в анкете и пишите на нём, с той же структурой и теми же кодами ответа C, R и STOP, потому что STOP — слово, которое называют правила FCC. Меняется одно: длина. Буквы é и ñ и знаки ¿ и ¡ входят в алфавит GSM-7, а á, í, ó и ú — нет, и одна такая буква сокращает сегмент до 70 символов. Кириллица переводит SMS в UCS-2 всегда: 70 символов в сегменте, поэтому для русских текстов считайте части. В испанских текстах обходите эти буквы, где можете; результат показывает проверка текста в Excel.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Confirmación (подтверждение):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[nombre], su cita es el [día, fecha], [hora], [dirección]. Para cambiarla, llame al [teléfono]. STOP para no recibir mensajes.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Recordatorio, 2 días antes (напоминание за 2 дня):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Hola [nombre], recordatorio: [día, fecha] a las [hora]. Responda C para confirmar o R para cambiarla. STOP para no recibir mensajes.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mismo día (в день визита):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Nos vemos hoy a las [hora], [nombre]. Llegue 15 min antes con su ID y tarjeta del seguro. ¿Llega tarde? Llame al [teléfono].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Cita perdida (неявка):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[Клиника]: Hola [nombre], hoy no pudimos atenderle a las [hora]. Esperamos que esté bien. Para reprogramar, llame al [teléfono].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второго языка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Везде формальное «usted» и то же правило HIPAA: дата, время, место и телефон, больше ничего.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Ответы читает человек, владеющий обоими языками, и на вопросы о визите отвечает по телефону.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Сохраняйте латинские коды ответа C, R и STOP и объясните их один раз при регистрации.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Пример SMS-напоминания пациенту о приёме у врача: один пациент, одна неделя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Cedar Hollow Family Practice, вымышленная семейная клиника в Роли (Северная Каролина), отправляет эти SMS-напоминания пациентам о приёме у врача из своего SMS-сервиса, а письма о записи отправляет CRMsoftware.pro. Уолтер К., новый пациент, записался по телефону в понедельник, 5 октября 2026 года, на четверг, 15 октября, 14:30, и согласился на SMS. Регистратурой заведует Беатрис Лемос.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Запланированное SMS: </w:t>
      </w:r>
      <w:r>
        <w:rPr>
          <w:rFonts w:ascii="Calibri" w:hAnsi="Calibri" w:cs="Calibri" w:eastAsia="Calibri"/>
          <w:b w:val="0"/>
          <w:color w:val="15131F"/>
          <w:sz w:val="21"/>
        </w:rPr>
        <w:t>Пн, 5 окт., 11:05 — Cedar Hollow Family Practice: Добро пожаловать, Уолтер! Приём: чт, 15 окт., 14:30, 1180 Cedar Hollow Dr. Анкеты: chfp.example/forms. Отказ от SMS: STOP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Запланированное SMS: </w:t>
      </w:r>
      <w:r>
        <w:rPr>
          <w:rFonts w:ascii="Calibri" w:hAnsi="Calibri" w:cs="Calibri" w:eastAsia="Calibri"/>
          <w:b w:val="0"/>
          <w:color w:val="15131F"/>
          <w:sz w:val="21"/>
        </w:rPr>
        <w:t>Вт, 13 окт., 14:30 — Cedar Hollow Family Practice: Уолтер, напоминаем: чт, 15 окт., 14:30, 1180 Cedar Hollow Dr. Ответьте C — подтвердить, R — перенести. Отказ от SMS: STOP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Пациент: </w:t>
      </w:r>
      <w:r>
        <w:rPr>
          <w:rFonts w:ascii="Calibri" w:hAnsi="Calibri" w:cs="Calibri" w:eastAsia="Calibri"/>
          <w:b w:val="0"/>
          <w:color w:val="15131F"/>
          <w:sz w:val="21"/>
        </w:rPr>
        <w:t>C. А можете напомнить, зачем приём? Я забыл.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Беатрис (регистратура):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Уолтер, приём подтверждён. Детали визита по SMS не сообщаем. Позвоните до 17:00: 919-555-0142, или проверьте личный кабинет. До встречи в четверг!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Пациент: </w:t>
      </w:r>
      <w:r>
        <w:rPr>
          <w:rFonts w:ascii="Calibri" w:hAnsi="Calibri" w:cs="Calibri" w:eastAsia="Calibri"/>
          <w:b w:val="0"/>
          <w:color w:val="15131F"/>
          <w:sz w:val="21"/>
        </w:rPr>
        <w:t>Понял, позвоню. Спасибо.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Запланированное SMS: </w:t>
      </w:r>
      <w:r>
        <w:rPr>
          <w:rFonts w:ascii="Calibri" w:hAnsi="Calibri" w:cs="Calibri" w:eastAsia="Calibri"/>
          <w:b w:val="0"/>
          <w:color w:val="15131F"/>
          <w:sz w:val="21"/>
        </w:rPr>
        <w:t>Чт, 15 окт., 12:30 — Cedar Hollow Family Practice: Уолтер, ждём вас сегодня в 14:30. Придите за 15 мин с паспортом и полисом. Парковка за зданием. Опоздаете? Звоните: 919-555-0142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SMS Уолтера по шагам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Когда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SMS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Пн, 5 окт., 11:05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Подтверждение со ссылкой на анкеты, 157 символов, 3 части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Анкеты заполнены в ср, 7 окт.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13 окт., 14:30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Напоминание за 2 дня, 151 символ, 3 части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C в 14:36, с вопросом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13 окт., 14:41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Беатрис: никаких подробностей по SMS, позвоните нам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Уолтер позвонил в 15:10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Чт, 15 окт., 12:30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SMS в день визита: новый пациент, 158 символов, 3 части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Явка, пришёл в 14:22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Что Беатрис записала в журнал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Пациент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Уолтер К. в SMS, номер карты в журнале. Ни полного имени, ни причины визита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Согласие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Да, по телефону, пн, 5 окт., приняла Беатрис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Тип напоминания, отправлено SMS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Подтверждение + за 2 дня + в день визита (новый пациент), 3 SMS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Ответ, итог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C, вопрос решён по телефону. Явка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Что попадает в журнал и приложение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Журнал напоминаний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28 визитов с 5 по 21 октября: 26 закрыто, 2 предстоят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Доля неявок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неявки на 24 ожидаемых визита: 8,3%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До напоминаний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на 40 ожидаемых визитов за 4 недели до 2 октября: 15%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 типу напоминания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Обе неявки без ответа: одна без согласия на SMS, другая так и не ответила на напоминание за 2 дня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«Записи» в CRMsoftware.pro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Визит Уолтера «Подтверждено», письмо-напоминание за 24 часа; два пропущенных визита отмечены как «Неявка»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клиника и пациент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SMS-напоминания пациентам о приёме: что можно писать в каждом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SMS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Можно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Никогда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Когда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Подтверждение записи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Клиника, день, дата, время, адрес, ссылка на анкеты, строка STOP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Причина визита, специализация, выдающая заболевание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 записи; в 8:00 после ночной записи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Напоминание за 2 дня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Дата, время, C или R, «выполните подготовку по сообщению в личном кабинете»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Сама подготовка, название процедуры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 2 дня, с 8:00 до 20:00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день визита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Время, прийти раньше, паспорт и полис, парковка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Сумма доплаты, задолженность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 2 часа: новые пациенты, прошлые неявки, запись за 14+ дней, видео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Видеоконсультация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Видеоконсультация, время с часовым поясом, ссылка, «тихое место без посторонних»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Пароль, тема визита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 записи и за 15 минут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Плановый визит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«Пора на ежегодный осмотр», «врач просил вас прийти ещё раз»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Зачем, заболевание, результаты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раз, затем один звонок через две недели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Позвоните нам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«Позвоните нам», часы, кого спросить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Результаты, названия лекарств, «срочно» с причиной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рабочие часы, когда нужен разговор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неявки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«Ждали вас», как записаться снова, условия, названные при записи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Почему визит был важен, упрёки, сумма в долларах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1 часа, после одного звонка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Соответствующие HIPAA SMS-напоминания о приёме в сложных случаях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Пять ситуаций, с которыми регистратура сталкивается каждый месяц. Правило в каждой одно: SMS говорит меньше, а человек берёт трубку.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Телефон читает член семьи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Пишите каждое SMS так, будто его сначала прочитает кто-то другой: оно должно выдавать не больше, чем то, что визит существует. Если пациент просил связываться с ним иначе или по другому номеру, используйте только этот способ; по разъяснениям HHS, учреждение обязано выполнить разумную просьбу.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Психическое и сексуальное здоровье, зависимости, бесплодие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Даже название клиники может выдать заболевание. Используйте нейтральное имя отправителя, согласованное с каждым пациентом, предлагайте вместо SMS напоминания по телефону или в личном кабинете и никогда не называйте услугу.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Пациент задаёт вопрос о здоровье по SMS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Отвечайте человеку, а не на вопрос: по телефону или в личном кабинете, никогда по SMS. То же правило идёт в инструкции AI-агента на вашем сайте вместе с резервными и защитными ответами AI.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[Клиника], [ваше имя], регистратура. На вопросы о здоровье по SMS не отвечаем. Позвоните нам: [телефон] или напишите в личном кабинете. Экстренный случай? Звоните 911.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Ошиблись номером или «кто это?»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Не подтверждайте имя пациента и визит. Прекратите писать на этот номер, удалите его из карты и уточните правильный номер у пациента по телефону.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Извините, это SMS предназначалось другому человеку. Мы удалили этот номер и больше не будем на него писать. [Клиника], [телефон].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STOP от пациента с визитом завтра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Одно подтверждение отписки и больше ничего: правила FCC требуют выполнять отписки сразу. Затем позвоните по поводу визита и переключите карту на напоминания по телефону или почте.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Эта страница не является юридической консультацией. Она описывает федеральные правила США (HHS о HIPAA, FCC об SMS); законы штатов, правила операторов связи и ваши собственные правила их дополняют. За пределами США следуйте местным правилам о защите медицинских данных и рассылках.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этими шаблонами SMS-напоминаний пациентам о приёме у врача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Напишите свой набор SMS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Заполните скобки: название клиники, адрес, телефон, ссылки. Вставьте каждый текст в лист «Проверка текста»: не больше 160 символов (кириллицей это 2–3 части) и без помеченных слов.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Соберите согласия и предпочтения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Строка в анкете и вопрос в звонке при записи. Запишите «да» или «нет», предпочитаемый канал и номер.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Настройте график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Подтверждение при записи, напоминание за 2 дня, SMS в день визита для новых пациентов, прошлых неявок и видеоконсультаций. Одно SMS в день, не больше трёх в неделю.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Отвечайте на вопросы по телефону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ответственный читает ответы три раза в день. На C и R отвечают SMS; на вопрос о визите — звонком или сообщением в личном кабинете.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Измеряйте 4 недели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Сравните долю неявок по типу напоминания с исходным уровнем, затем меняйте что-то одно за раз.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«Расписание» &gt; «Типы событий» и отредактируйте тип события или нажмите «Новый тип события». В разделе «Напоминания» выберите «За 24 часа», «За 1 час» или «За 15 минут». Это письма; приложение не отправляет SMS.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вкладке «Письма» нажмите «Редактировать шаблон» для писем «Подтверждение записи» и «Напоминание о встрече». Оставьте в полях «Тема письма», «Заголовок» и «Текст письма» только дату, время, адрес и телефон, затем нажмите «Сохранить шаблон».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Для видеоконсультаций выберите в типе события «Местоположение» — «Видеозвонок» и вставьте ссылку в «Детали местоположения». Задайте «Минимальное время для отмены», чтобы запретить отмены онлайн в последний момент.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После пропущенного визита откройте «Записи», отметьте его как «Неявка» и добавьте строку в журнал Excel.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В «Контактах» храните согласие на SMS и предпочитаемый канал в «Заметках» или в поле из раздела «Пользовательские поля» («Добавить поле», «Метка поля», «Тип поля»). Для планового визита создайте задачу в «Задачи» &gt; «Новая задача» и укажите «Дедлайн».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В «Мои боты» &gt; «Основы» &gt; «Инструкции» скажите AI-агенту на сайте предлагать ссылку на запись и никогда не отвечать на вопросы о здоровье. Нажмите «Сохранить изменения», затем «Попробуйте бота».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отправляет письма о записи, а не SMS, и не является медицинской информационной системой: храните клинические данные в программе вашей клиники. Записи с синхронизацией календаря доступны с тарифа Launch, 19 $ в месяц при оплате за год, для 8 пользователей. AI-чат на вашем сайте бесплатен для 3 пользователей, без кредитной карты.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Еженедельная проверка, 10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каждого номера, который получает SMS, в журнале и в карте стоит «Да» в «Согласие на SMS».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 в одном тексте на листе «Проверка текста» нет помеченных слов, и ни один не длиннее 160 символов.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Каждый STOP внесён в журнал, и на этот номер больше никто не писал.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каждого прошедшего визита есть итог, а доля неявок по типу напоминания сравнена с исходным уровнем.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Пример с вымышленными данными.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https://crmsoftware.pro/ru/templates/medical-appointment-reminder-text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SMS-напоминания пациентам о приёме у врача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