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Набор сообщений для просьб о рекомендации и отзыве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Восемь сообщений, чтобы просить довольных клиентов о рекомендации или отзыве: заслуженный повод, письмо и короткая просьба о рекомендации, текст для пересылки, благодарность, просьба об отзыве, одно напоминание и отказ, а также правила. От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Замените каждое слово в [скобках] своими данными: вашей компанией, портретом клиента в одну строку и ссылкой на отзыв. Сохраните письма как черновики в почте, а короткие сообщения — как сохранённые ответы. Записывайте повод перед каждой просьбой, напоминайте один раз через 7 дней, потом стоп.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Сообщения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Когда просить: заслуженный повод и кого не просить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Поводов: 4 · Напоминаний: 1, потом стоп · Проверка готовности: Запрос готов, когда повод, текст для пересылки и дата напоминания записаны в карточке контакта.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Вы заслужили право попросить, когда клиент только что сказал вам, словами или оценкой, что вы справились. У каждой просьбы должен быть свой повод, записанный в карточке контакта вместе с датой. Нет повода — нет просьбы.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Четыре заслуженных повода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Повод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Что считается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Просить в течение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Результат получен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Работа или заказ выполнены, и клиент это подтвердил.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Отзыв: 1 день. Рекомендация: 2–4 недели.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Благодарность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Письменное спасибо, а не вежливое прощание.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тот же день, в ответном сообщении.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Оценка 5 звёзд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звёзд в чат-виджете или 4 с положительным комментарием.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 день.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Продление или повторный заказ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Вторая покупка, продлённый договор или переход на более высокий тариф.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 той же неделе.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Одна просьба в одном сообщении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Сначала отзыв, потом рекомендация. Отзыв занимает две минуты; рекомендация — это репутация клиента, которую он вам одалживает, поэтому дайте результату 2–4 недели, чтобы он себя показал. Никогда не просите об обоих в одном сообщении и выдерживайте между просьбами не меньше 4 недель.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Кого не просить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Никого с открытой жалобой, задержкой доставки или неоплаченным спором, а также тех, кто сказал «нет» за последние 12 месяцев.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 рекомендации: клиента, который поставил вам 3 звезды или меньше. Решите проблему и дождитесь следующего повода.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Об отзыве: не фильтруйте по оценке. Правила Google запрещают выборочно просить о положительных отзывах, поэтому каждый клиент получает одну и ту же просьбу в одной и той же точке вашего процесса. День задаёт повод, а не список.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Поля ответственного и действий, заполняются до отправки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Поле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Что указать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Ответственный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Тот, кто выполнял работу или кого поблагодарили. Никогда не общий почтовый ящик.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Повод и дата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Какой из четырёх поводов и когда.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Канал и тип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Канал, которым клиент пользовался в последний раз. Рекомендация или отзыв, никогда не оба.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Дата напоминания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Дата просьбы плюс 7 дней. Одно напоминание, потом стоп.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Готово, когда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Повод, текст для пересылки (для рекомендации) и дата напоминания записаны в карточке контакта.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Просить в течение: </w:t>
      </w:r>
      <w:r>
        <w:rPr>
          <w:rFonts w:ascii="Calibri" w:hAnsi="Calibri" w:cs="Calibri" w:eastAsia="Calibri"/>
          <w:b w:val="0"/>
          <w:color w:val="5D5A70"/>
          <w:sz w:val="21"/>
        </w:rPr>
        <w:t>Отзыв: 1 день, Рекомендация: 2–4 недели, Продление: та же неделя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Письмо с просьбой о рекомендации: результат, портрет, текст, лёгкое «нет»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Когда: Неделя 2–4 · Длина: До 130 слов · Цель: «Да» с именем или чёткое «нет». И то и другое закрывает запрос.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Отправляйте, когда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Через 2–4 недели после полученного результата или на неделе после продления.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Вы можете назвать результат словами самого клиента.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Вы знаете, кого хотите встретить: один тип человека, одна строка.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Короткий вопрос после [вашего проекта или результата]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Или: </w:t>
      </w:r>
      <w:r>
        <w:rPr>
          <w:rFonts w:ascii="Calibri" w:hAnsi="Calibri" w:cs="Calibri" w:eastAsia="Calibri"/>
          <w:b w:val="0"/>
          <w:color w:val="15131F"/>
          <w:sz w:val="21"/>
        </w:rPr>
        <w:t>[Имя], знаете кого-нибудь, у кого [их проблема]?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Было приятно узнать, что [результат их словами, напр. новый котёл держал тепло в доме всю холодную неделю]. Ещё раз спасибо, что выбрали нас.</w:t>
        <w:br/>
        <w:br/>
        <w:t>Короткий вопрос. Мы хотели бы помочь ещё [кого вы ищете, в одну строку, напр. владельцам домов в вашем районе с котлом старше 12 лет]. Есть ли среди ваших знакомых один человек, который подходит под это описание?</w:t>
        <w:br/>
        <w:br/>
        <w:t>Если да, я пришлю вам три предложения, которые можно переслать ему как есть. Он может отказаться, а вам больше ничего делать не нужно.</w:t>
        <w:br/>
        <w:br/>
        <w:t>Если никто не приходит на ум, это совершенно нормально. В любом случае спасибо.</w:t>
        <w:br/>
        <w:br/>
        <w:t>С уважением,</w:t>
        <w:br/>
        <w:t>[ваше имя]</w:t>
        <w:br/>
        <w:t>[ваша компания], [телефон]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Весь секрет в портрете клиента. «Любой, кому нужен сантехник» не даст ничего. «Сосед, у которого котёл старше 12 лет» даст имя, потому что клиент сразу представляет этого человека.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Когда клиент называет имя, ответьте текстом для пересылки (следующие вкладки) и скажите, что свяжетесь с этим человеком, только если он напишет первым.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Задача в CRM: </w:t>
      </w:r>
      <w:r>
        <w:rPr>
          <w:rFonts w:ascii="Calibri" w:hAnsi="Calibri" w:cs="Calibri" w:eastAsia="Calibri"/>
          <w:b w:val="0"/>
          <w:color w:val="5D5A70"/>
          <w:sz w:val="21"/>
        </w:rPr>
        <w:t>Запрос на рекомендацию: имя, Ответственный, Повод + 14–28 дней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Короткое сообщение с просьбой о рекомендации для SMS, WhatsApp и чата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Макс. длина: 300 знаков · Ответ: В тот же день · Цель: Имя или дружелюбное «нет» в том же диалоге.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Отправляйте, когда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Клиент только что поблагодарил вас или поставил 5 звёзд в чате, WhatsApp или SMS. Ответьте в том же диалоге, в тот же день, не длиннее 300 знаков.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Сообщение после благодарности: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[имя], вы нас очень порадовали. Один короткий вопрос: знаете ли вы одного [кого вы ищете, напр. соседа со старым котлом], кому пригодилось бы то же самое? Если да, пришлю вам текст из 3 строк для пересылки. Если нет, ничего страшного.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Или после оценки 5 звёзд: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 за 5 звёзд, [имя]! Если знаете одного [кого вы ищете], кому пригодилась бы наша помощь, пришлю вам короткий текст для пересылки. Ничего страшного, если никто не приходит на ум.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Ответ, когда клиент говорит «да», письмо или чат: </w:t>
      </w:r>
      <w:r>
        <w:rPr>
          <w:rFonts w:ascii="Calibri" w:hAnsi="Calibri" w:cs="Calibri" w:eastAsia="Calibri"/>
          <w:b w:val="0"/>
          <w:color w:val="15131F"/>
          <w:sz w:val="21"/>
        </w:rPr>
        <w:t>Отлично, спасибо! Вот текст, готовый к пересылке:</w:t>
        <w:br/>
        <w:br/>
        <w:t>[вставьте текст для пересылки]</w:t>
        <w:br/>
        <w:br/>
        <w:t>Меняйте что угодно. Я свяжусь с [имя знакомого], только если он напишет мне первым.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Ответ, когда клиент говорит «нет»: </w:t>
      </w:r>
      <w:r>
        <w:rPr>
          <w:rFonts w:ascii="Calibri" w:hAnsi="Calibri" w:cs="Calibri" w:eastAsia="Calibri"/>
          <w:b w:val="0"/>
          <w:color w:val="15131F"/>
          <w:sz w:val="21"/>
        </w:rPr>
        <w:t>Ничего страшного, [имя]. Ещё раз спасибо, и пусть [результат] вас радует.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Сохраните три сообщения как сохранённые ответы с ярлыками /ref-ask, /ref-yes и /ref-no. Замените скобки перед отправкой. Если клиент назвал имя, добавьте контакту тег «Рекомендатель».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Ярлыки сохранённых ответов: </w:t>
      </w:r>
      <w:r>
        <w:rPr>
          <w:rFonts w:ascii="Calibri" w:hAnsi="Calibri" w:cs="Calibri" w:eastAsia="Calibri"/>
          <w:b w:val="0"/>
          <w:color w:val="5D5A70"/>
          <w:sz w:val="21"/>
        </w:rPr>
        <w:t>/ref-ask, /ref-yes, /ref-no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Текст для пересылки, который клиент отправляет своему знакомому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Длина: 3 предложения · Кто пишет: Вы, от лица клиента · Правило: Отправляет клиент. Вы никогда не пишете знакомому первым.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Большинство рекомендаций умирает потому, что клиенту нужно что-то написать. Напишите за него: три предложения от его лица, которые он перешлёт как есть или поменяв одно слово. Знакомый может отказаться одним нажатием.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Текст, клиент пересылает его: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 знакомого]!</w:t>
        <w:br/>
        <w:br/>
        <w:t>Нам только что [результат, напр. заменили котёл] в [ваша компания], и сработали они [одно честное слово, напр. быстро и аккуратно]. Вы упоминали [их ситуация, напр. что ваш котёл барахлит], поэтому пишу вам.</w:t>
        <w:br/>
        <w:br/>
        <w:t>Если хотите, [ваше имя] может вам позвонить: [телефон]. Или просто ответьте здесь, и я вас свяжу. В любом случае без давления.</w:t>
        <w:br/>
        <w:br/>
        <w:t>[имя клиента]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Короче, для WhatsApp: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 знакомого]! Нам только что [результат] в [ваша компания], сработали [одно честное слово]. Вы упоминали [их ситуация]. Их номер: [телефон], если пригодится. Без давления. [имя клиента]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 для текста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От лица клиента, от первого лица. Одно честное слово о вас, которое клиент может поменять.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Портрет клиента из вашей просьбы, чтобы знакомый понимал, почему пишут именно ему.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Ваше имя и один способ связаться с вами, а не ссылка с отслеживанием. «В любом случае без давления» остаётся в каждой версии.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Никогда не отправляйте текст знакомому сами, даже если клиент дал вам номер. Рекомендация принадлежит клиенту.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Когда знакомый пишет или звонит, в тот же день создайте лид и укажите клиента в поле «Кто порекомендовал». Если он так и не объявился, не гоняйтесь за ним.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Обязательно: </w:t>
      </w:r>
      <w:r>
        <w:rPr>
          <w:rFonts w:ascii="Calibri" w:hAnsi="Calibri" w:cs="Calibri" w:eastAsia="Calibri"/>
          <w:b w:val="0"/>
          <w:color w:val="5D5A70"/>
          <w:sz w:val="21"/>
        </w:rPr>
        <w:t>Результат, Их ситуация, Одно честное слово, Ваш контакт, Без давления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Благодарность после рекомендации, с вознаграждением и без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Срок: 1 день · Вознаграждение: Фиксированное или нет · Правило: Благодарите дважды: когда знакомый написал и когда он купил.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Отправляйте, когда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 течение одного дня после того, как рекомендованный человек написал вам, что бы ни случилось дальше.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Ещё раз, когда он стал клиентом, вместе с вознаграждением, если вы его предлагаете. Если он так и не написал, один раз поблагодарите клиента за пересылку.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Без вознаграждения: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Сегодня от [имя знакомого] пришло сообщение. Огромное спасибо за знакомство. Каким бы ни было решение, я ценю, что вы поручились за нас своим именем.</w:t>
        <w:br/>
        <w:br/>
        <w:t>Если вам когда-нибудь что-то понадобится от нас, вы знаете, где меня найти.</w:t>
        <w:br/>
        <w:br/>
        <w:t>[ваше имя]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 вознаграждением: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Сегодня от [имя знакомого] пришло сообщение. Спасибо за знакомство. Как и обещали, когда [первая работа или заказ] будет выполнен, вы получите [вознаграждение, напр. 50 $ в счёт следующего обслуживания]. Я напишу, когда сумма появится на вашем счёте.</w:t>
        <w:br/>
        <w:br/>
        <w:t>Спасибо, что доверили нам своего знакомого.</w:t>
        <w:br/>
        <w:br/>
        <w:t>[ваше имя]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Вознаграждение: просто и законно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Одно фиксированное вознаграждение за каждую рекомендацию, объявленное до того, как клиент что-то перешлёт, и выплачиваемое, когда рекомендованный человек становится клиентом. Запишите его в карточке контакта и в кредит-ноте.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Вознаграждение за рекомендацию — это нормально. Вознаграждение за отзыв — нет: Google считает вознаграждения за отзывы поддельным и вводящим в заблуждение контентом, а в США правило FTC запрещает вознаграждения, зависящие от тональности отзыва.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Если вы продаёте бизнесу, проверьте, может ли рекомендатель принимать подарки. Предложите перечислить вознаграждение на благотворительность или обойтись без него.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Благодарность без вознаграждения, отправленная в тот же день, лучше вознаграждения, присланного с опозданием на три недели. Скорость — это сигнал.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Никогда: </w:t>
      </w:r>
      <w:r>
        <w:rPr>
          <w:rFonts w:ascii="Calibri" w:hAnsi="Calibri" w:cs="Calibri" w:eastAsia="Calibri"/>
          <w:b w:val="0"/>
          <w:color w:val="5D5A70"/>
          <w:sz w:val="21"/>
        </w:rPr>
        <w:t>Вознаграждение за отзыв, Размытые вознаграждения, Запоздалое спасибо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Сообщение с просьбой об отзыве для Google и других сайтов отзывов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Срок: 1 день · Вознаграждение: Нет · Правило: Одна ссылка, одно нажатие, честные слова, никакого вознаграждения.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Просите, когда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 течение 1 дня после полученного результата, благодарности или оценки 5 звёзд в чате.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Каждый клиент получает одну и ту же просьбу в одной и той же точке вашего процесса. Не фильтруйте по оценке.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Одна ссылка, которая сразу открывает форму отзыва. Google даёт каждому бизнесу ссылку на отзыв и QR-код.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Как мы справились, [имя]?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Или: </w:t>
      </w:r>
      <w:r>
        <w:rPr>
          <w:rFonts w:ascii="Calibri" w:hAnsi="Calibri" w:cs="Calibri" w:eastAsia="Calibri"/>
          <w:b w:val="0"/>
          <w:color w:val="15131F"/>
          <w:sz w:val="21"/>
        </w:rPr>
        <w:t>Одна минута на отзыв о [ваша компания]?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Спасибо, что выбрали [ваша компания] для [работа или заказ]. Надеюсь, [результат] вас радует.</w:t>
        <w:br/>
        <w:br/>
        <w:t>Если у вас найдётся минута, оставите нам отзыв в Google? Он помогает другим [таким же людям, напр. владельцам домов в районе] сделать выбор.</w:t>
        <w:br/>
        <w:br/>
        <w:t>[ссылка на отзыв]</w:t>
        <w:br/>
        <w:br/>
        <w:t>Нам нужна честная обратная связь, включая то, что мы могли бы сделать лучше. Если что-то было не так, ответьте на это письмо, и я лично всё исправлю.</w:t>
        <w:br/>
        <w:br/>
        <w:t>Спасибо,</w:t>
        <w:br/>
        <w:t>[ваше имя]</w:t>
        <w:br/>
        <w:t>[ваша 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Короткое сообщение: SMS, WhatsApp или чат: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что выбрали [ваша компания], [имя]. Если найдётся минута, честный отзыв в Google поможет другим сделать выбор: [ссылка на отзыв]. Если что-то было не так, просто ответьте здесь, и я всё исправлю. Спасибо!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 после оценки 5 звёзд в чате: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 за 5 звёзд, [имя]! Если найдётся ещё минута, те же слова в Google помогут другим нас найти: [ссылка на отзыв]. Совершенно необязательно.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Никогда не предлагайте за отзыв скидку, подарок, участие в розыгрыше или бонус на счёт: Google относит это к запрещённому контенту, а в США правило FTC запрещает вознаграждения, привязанные к тональности отзыва. Никогда не просите только тех клиентов, от которых ждёте положительного отзыва, и никогда не присылайте готовые формулировки.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Отвечайте на каждый отзыв, хороший или плохой, в течение недели и никогда не предлагайте скидку в публичном ответе. В опросе BrightLocal 2026 года 80% потребителей сказали, что скорее обратятся в компанию, которая отвечает на все свои отзывы.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Задача в CRM: </w:t>
      </w:r>
      <w:r>
        <w:rPr>
          <w:rFonts w:ascii="Calibri" w:hAnsi="Calibri" w:cs="Calibri" w:eastAsia="Calibri"/>
          <w:b w:val="0"/>
          <w:color w:val="5D5A70"/>
          <w:sz w:val="21"/>
        </w:rPr>
        <w:t>Запрос на отзыв: имя, Ответственный, Повод + 1 день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Напоминание и отказ: одно мягкое напоминание, потом стоп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Напоминаний: 1 · Ждать: 7 дней · Отказ: «Нет» действует 12 месяцев. Запишите его в карточке контакта. Никакого третьего сообщения.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 напоминания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Одно напоминание через 7 дней после просьбы, в том же диалоге, с чем-то новым: текстом для пересылки или ссылкой ещё раз. Никогда не второе.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напоминайте рекомендованному человеку. Любой ответ клиента завершает последовательность, включая «не сейчас».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Напоминание о рекомендации, письмо или сообщение: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Коротко напомню о своём вопросе на прошлой неделе. На всякий случай вот текст, готовый к пересылке, если кто-то придёт на ум:</w:t>
        <w:br/>
        <w:br/>
        <w:t>[вставьте текст для пересылки]</w:t>
        <w:br/>
        <w:br/>
        <w:t>Если никто, отвечать не нужно, и ещё раз спасибо, что доверили нам [результат].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Напоминание об отзыве, короткое сообщение: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На случай, если сообщение затерялось: вот ссылка на отзыв ещё раз, [ссылка на отзыв]. Одна минута, честные слова. Если не хотите, ничего страшного, больше не спрошу.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клиент говорит «нет», «не сейчас» или просит остановиться: </w:t>
      </w:r>
      <w:r>
        <w:rPr>
          <w:rFonts w:ascii="Calibri" w:hAnsi="Calibri" w:cs="Calibri" w:eastAsia="Calibri"/>
          <w:b w:val="0"/>
          <w:color w:val="15131F"/>
          <w:sz w:val="21"/>
        </w:rPr>
        <w:t>Конечно, [имя], и извините за лишнее сообщение. Пометка сделана: никто из [ваша компания] больше вас об этом не спросит. Если вам когда-нибудь понадобится [то, что вы делаете], вы знаете, где меня найти.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Запишите результат и закройте запрос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Результат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Что делать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Знакомство состоялось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Создайте лид с полем «Кто порекомендовал». Поблагодарите клиента в течение 1 дня. Добавьте ему тег «Рекомендатель».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Отзыв опубликован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Запишите ссылку в карточке контакта. Ответьте на отзыв в течение недели.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Отказ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Запишите это в карточке контакта с датой. Никаких просьб 12 месяцев.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Без ответа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Через 7 дней после напоминания закройте запрос. Следующий повод — следующая просьба, не раньше чем через 3 месяца.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Закройте запрос как: </w:t>
      </w:r>
      <w:r>
        <w:rPr>
          <w:rFonts w:ascii="Calibri" w:hAnsi="Calibri" w:cs="Calibri" w:eastAsia="Calibri"/>
          <w:b w:val="0"/>
          <w:color w:val="5D5A70"/>
          <w:sz w:val="21"/>
        </w:rPr>
        <w:t>Знакомство состоялось, Отзыв опубликован, Отказ, Без ответа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Правила: чего никогда не делать в просьбе о рекомендации или отзыве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Правил: 4 · Вознаграждений за отзывы: 0 · Если сомневаетесь: Вам было бы спокойно, если бы клиент показал это сообщение своему знакомому или Google?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8.1 Никогда не платите за отзыв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Почему: </w:t>
      </w:r>
      <w:r>
        <w:rPr>
          <w:rFonts w:ascii="Calibri" w:hAnsi="Calibri" w:cs="Calibri" w:eastAsia="Calibri"/>
          <w:b w:val="0"/>
          <w:color w:val="5D5A70"/>
          <w:sz w:val="21"/>
        </w:rPr>
        <w:t>Google относит вознаграждения за отзывы к запрещённому контенту; правило FTC в США запрещает вознаграждения, зависящие от тональности отзыва.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Вместо этого: </w:t>
      </w:r>
      <w:r>
        <w:rPr>
          <w:rFonts w:ascii="Calibri" w:hAnsi="Calibri" w:cs="Calibri" w:eastAsia="Calibri"/>
          <w:b w:val="0"/>
          <w:color w:val="5D5A70"/>
          <w:sz w:val="21"/>
        </w:rPr>
        <w:t>Вознаграждайте только рекомендации, письменно.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8.2 Никогда не выбирайте для отзывов только довольных клиентов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Почему: </w:t>
      </w:r>
      <w:r>
        <w:rPr>
          <w:rFonts w:ascii="Calibri" w:hAnsi="Calibri" w:cs="Calibri" w:eastAsia="Calibri"/>
          <w:b w:val="0"/>
          <w:color w:val="5D5A70"/>
          <w:sz w:val="21"/>
        </w:rPr>
        <w:t>Выборочно просить о положительных отзывах запрещают правила Google.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Вместо этого: </w:t>
      </w:r>
      <w:r>
        <w:rPr>
          <w:rFonts w:ascii="Calibri" w:hAnsi="Calibri" w:cs="Calibri" w:eastAsia="Calibri"/>
          <w:b w:val="0"/>
          <w:color w:val="5D5A70"/>
          <w:sz w:val="21"/>
        </w:rPr>
        <w:t>Просите каждого клиента в одной и той же точке процесса.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8.3 Никогда не отправляйте третье сообщение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Почему: </w:t>
      </w:r>
      <w:r>
        <w:rPr>
          <w:rFonts w:ascii="Calibri" w:hAnsi="Calibri" w:cs="Calibri" w:eastAsia="Calibri"/>
          <w:b w:val="0"/>
          <w:color w:val="5D5A70"/>
          <w:sz w:val="21"/>
        </w:rPr>
        <w:t>Каждое лишнее сообщение стоит больше доверия, чем приносит.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Вместо этого: </w:t>
      </w:r>
      <w:r>
        <w:rPr>
          <w:rFonts w:ascii="Calibri" w:hAnsi="Calibri" w:cs="Calibri" w:eastAsia="Calibri"/>
          <w:b w:val="0"/>
          <w:color w:val="5D5A70"/>
          <w:sz w:val="21"/>
        </w:rPr>
        <w:t>Закройте запрос как «Без ответа». Следующий повод — следующая просьба.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8.4 Никогда не добавляйте рекомендованного человека в рассылку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Почему: </w:t>
      </w:r>
      <w:r>
        <w:rPr>
          <w:rFonts w:ascii="Calibri" w:hAnsi="Calibri" w:cs="Calibri" w:eastAsia="Calibri"/>
          <w:b w:val="0"/>
          <w:color w:val="5D5A70"/>
          <w:sz w:val="21"/>
        </w:rPr>
        <w:t>Один пересланный текст — это не согласие получать от вас письма.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Вместо этого: </w:t>
      </w:r>
      <w:r>
        <w:rPr>
          <w:rFonts w:ascii="Calibri" w:hAnsi="Calibri" w:cs="Calibri" w:eastAsia="Calibri"/>
          <w:b w:val="0"/>
          <w:color w:val="5D5A70"/>
          <w:sz w:val="21"/>
        </w:rPr>
        <w:t>Ответьте на то, о чём спросили. Спрашивайте разрешение, прежде чем куда-то добавлять.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Если клиент спрашивает, что он получит за отзыв, скажите: «Ничего, и в этом весь смысл. Нам нужны ваши честные слова». Потом поблагодарите.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Также никогда: </w:t>
      </w:r>
      <w:r>
        <w:rPr>
          <w:rFonts w:ascii="Calibri" w:hAnsi="Calibri" w:cs="Calibri" w:eastAsia="Calibri"/>
          <w:b w:val="0"/>
          <w:color w:val="5D5A70"/>
          <w:sz w:val="21"/>
        </w:rPr>
        <w:t>Писать отзыв за клиента, Писать рекомендованному первым, Просить до результата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Пример: Один котёл, один отзыв и одна рекомендация за 16 дней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Hillcrest Plumbing &amp; Heating, вымышленная компания из двух человек, 21 сентября меняет котёл Прие Наир. Она ставит чату в WhatsApp 5 звёзд и пишет благодарность: это повод. На следующий день Ким отправляет просьбу об отзыве, ждёт две недели, а затем отправляет письмо с просьбой о рекомендации с портретом клиента в одну строку. Прия пересылает текст соседу, и на следующее утро он пишет сам.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Пн, 21 сент., WhatsApp: Новый котёл работает, в доме снова тепло. Спасибо, что нашли для нас время до холодной недели и оставили кухню такой чистой.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Ким (владелица): </w:t>
      </w:r>
      <w:r>
        <w:rPr>
          <w:rFonts w:ascii="Calibri" w:hAnsi="Calibri" w:cs="Calibri" w:eastAsia="Calibri"/>
          <w:b w:val="0"/>
          <w:color w:val="15131F"/>
          <w:sz w:val="21"/>
        </w:rPr>
        <w:t>Вт, 22 сент., просьба об отзыве: Спасибо, что выбрали Hillcrest, Прия. Если найдётся минута, честный отзыв в Google поможет другим владельцам домов сделать выбор: hillcrest.example/review.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Ср, 23 сент.: Готово! Пять звёзд.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Ким (владелица): </w:t>
      </w:r>
      <w:r>
        <w:rPr>
          <w:rFonts w:ascii="Calibri" w:hAnsi="Calibri" w:cs="Calibri" w:eastAsia="Calibri"/>
          <w:b w:val="0"/>
          <w:color w:val="15131F"/>
          <w:sz w:val="21"/>
        </w:rPr>
        <w:t>Пн, 5 окт., письмо «Короткий вопрос после замены котла»: Здравствуйте, Прия! Приятно слышать, что в доме было тепло всю холодную неделю. Мы хотели бы помочь ещё владельцам домов в Maple Grove с котлом старше 12 лет. Есть ли среди ваших знакомых один человек, который подходит под это описание? Я пришлю вам три предложения, чтобы переслать как есть. Если нет, ничего страшного.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Пн, 5 окт.: Да, есть. Мой сосед Том Келлер весь год жалуется на свой котёл. Пришлите текст.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Ким (владелица): </w:t>
      </w:r>
      <w:r>
        <w:rPr>
          <w:rFonts w:ascii="Calibri" w:hAnsi="Calibri" w:cs="Calibri" w:eastAsia="Calibri"/>
          <w:b w:val="0"/>
          <w:color w:val="15131F"/>
          <w:sz w:val="21"/>
        </w:rPr>
        <w:t>Пн, 5 окт., WhatsApp: Готово к пересылке: «Здравствуйте, Том! Нам только что заменили котёл в Hillcrest Plumbing &amp; Heating, и сработали они быстро и аккуратно. Вы говорили, что ваш барахлит, поэтому пишу вам. Если хотите, Ким может вам позвонить: 555-0142. Или ответьте здесь, и я вас свяжу. В любом случае без давления. Прия». Я свяжусь с Томом, только если он напишет сам.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Пн, 5 окт.: Переслала.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Вт, 6 окт., 8:40, чат на сайте, Том Келлер: Здравствуйте, Прия Наир переслала мне ваши контакты. Нашему котлу 18 лет, и он отключается каждое утро. Сможет кто-нибудь посмотреть его на этой неделе?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Доброе утро, Том! Сочувствую, холодные утра — это неприятно. Ваше сообщение передано Ким, она позвонит вам сегодня утром. По какому номеру вам удобнее?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Ким (владелица): </w:t>
      </w:r>
      <w:r>
        <w:rPr>
          <w:rFonts w:ascii="Calibri" w:hAnsi="Calibri" w:cs="Calibri" w:eastAsia="Calibri"/>
          <w:b w:val="0"/>
          <w:color w:val="15131F"/>
          <w:sz w:val="21"/>
        </w:rPr>
        <w:t>Вт, 6 окт., 9:15, заметка о звонке: Выезд назначен на ср, 7 окт., 9:00. Лид создан, «Кто порекомендовал»: Прия Наир.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Ким (владелица): </w:t>
      </w:r>
      <w:r>
        <w:rPr>
          <w:rFonts w:ascii="Calibri" w:hAnsi="Calibri" w:cs="Calibri" w:eastAsia="Calibri"/>
          <w:b w:val="0"/>
          <w:color w:val="15131F"/>
          <w:sz w:val="21"/>
        </w:rPr>
        <w:t>Вт, 6 окт., WhatsApp Прие: Том написал сегодня утром, огромное спасибо за знакомство. Что бы он ни решил, я ценю, что вы поручились за нас своим именем. 50 $ в счёт следующего обслуживания зачислим вам, как только его заказ будет выполнен.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Контакты в CRM на 7 октября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Прия Наир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Клиент с 21 сент., тег «Рекомендатель»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Повод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Благодарность и оценка 5 звёзд, 21 сент.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Отзыв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Опубликован 23 сент., ответ в тот же день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Запрос на рекомендацию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Письмо 5 окт., текст переслан 5 окт.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Том Келлер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Лид 6 окт., «Кто порекомендовал»: Прия Наир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Вознаграждение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50 $ на счёт, когда заказ Тома выполнен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Запросы в трекере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Дата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Запрос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Результат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Вт, 22 сент.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Запрос на отзыв, WhatsApp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Отзыв опубликован 23 сент.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Пн, 5 окт.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Запрос на рекомендацию, письмо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Знакомство состоялось 6 окт.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Вымышленная компания и клиенты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Как попросить клиента о рекомендации и об отзыве: две разные просьбы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Вопрос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Просьба о рекомендации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Просьба об отзыве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 чём вы просите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 знакомстве с одним типом людей, которое устраивает сам клиент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 публичной оценке своими словами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Заслуженный повод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Результат получен, благодарность, оценка 5 звёзд или продление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Те же поводы или одна фиксированная точка вашего процесса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Когда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Через 2–4 недели после результата или в тот же день после благодарности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течение 1 дня после повода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Кого можно просить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Довольных клиентов без открытых проблем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Каждого клиента в одной и той же точке, никогда только довольных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Вознаграждение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Одно фиксированное можно, выплачивается, когда рекомендованный человек покупает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Никакого, никогда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Напоминание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Одно, через 7 дней, с текстом для пересылки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Одно, через 7 дней, со ссылкой ещё раз</w:t>
            </w:r>
          </w:p>
        </w:tc>
      </w:tr>
    </w:tbl>
    <w:p/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Настройте просьбы о рекомендациях и отзывах за 5 шагов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Напишите свои версии один раз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Заполните скобки: компания, портрет клиента в одну строку, ссылка на отзыв. Сохраните письма как черновики, а короткие сообщения — как сохранённые ответы.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Получите ссылку на отзыв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 своём Google Business Profile скопируйте ссылку на отзыв или QR-код. Одно нажатие на телефоне должно открывать форму отзыва.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Выберите поводы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Решите, какие из четырёх поводов подходят вам и кто отвечает за просьбу: тот, кто выполнял работу.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Определите вознаграждение за рекомендацию или откажитесь от него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Одно фиксированное вознаграждение, выплачиваемое, когда рекомендованный человек покупает, и записанное на бумаге. За отзыв — ничего.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Записывайте каждую просьбу и закрывайте её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Одна строка трекера или задача в CRM на каждую просьбу. Повод, текст для пересылки и дата напоминания делают её полной; результат закрывает её.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Настройка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Откройте «Пользовательские поля» в левом меню и нажмите «Добавить поле»: «Тип сущности» — «Контакты», «Метка поля» — «Кто порекомендовал», «Тип поля» — «Текст», затем «Создать поле». Повторите для «Лиды».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В «Контакты» добавьте клиенту, который устроил знакомство, тег «Рекомендатель» в разделе «Теги». Когда рекомендованный человек напишет, заполните «Кто порекомендовал» в лиде и нажмите «Конвертировать»: он одним нажатием станет контактом, компанией и сделкой.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Откройте «Задачи» и нажимайте «Новая задача» для каждой просьбы: «Название задачи» («Запрос на рекомендацию» или «Запрос на отзыв» плюс имя клиента), «Исполнитель» и «Дедлайн» (повод плюс 1 день для отзыва, плюс 14–28 дней для рекомендации). Когда отправите, запишите канал, текст для пересылки и дату напоминания в «Сводка статуса», нажмите «Отметить выполненной» и создайте задачу-напоминание. «Мои задачи» показывает «На сегодня» и «Просроченные».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На тарифе Growth сохраните короткие сообщения в «Настройки» &gt; «Сохраненные ответы» через «Новый ответ»: «Ярлык» (/ref-ask, /ref-yes, /ref-no, /review-ask), «Название», «Текст ответа», «Поделиться с командой», «Создать ответ». В чате введите ярлык и замените скобки.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В «Мои боты» откройте своего бота и включите «Оценки удовлетворенности» на вкладке «Поведение»: в конце разговора клиенты видят предложение поставить звёзды. Оценки появляются в «Аналитика» в разделе «Удовлетворенность»; оценка 5 звёзд — ваш повод для просьбы об отзыве.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CRMsoftware.pro не отправляет просьбы об отзывах и рекомендациях автоматически: каждое сообщение вы отправляете сами, а задачи следят за сроками. Контакты, 1 воронка и базовые задачи бесплатны. WhatsApp, Telegram и Instagram доступны с тарифа Launch, 19 $ в месяц при оплате за год; сохранённые ответы — с Growth, 49 $.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Еженедельная проверка запросов, 10 минут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каждого открытого запроса есть дата напоминания и ответственный.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Напоминания на сегодня уходят сегодня, в том же диалоге.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Напоминания, отправленные 7 и более дней назад, закрыты как «Без ответа».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каждого знакомства есть лид с полем «Кто порекомендовал» и отправленная благодарность.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На каждый опубликованный отзыв есть ответ.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Бесплатный шаблон от CRMsoftware.pro. Данные примера вымышленные.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https://crmsoftware.pro/ru/templates/referral-request-templates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Набор сообщений для просьб о рекомендации и отзыве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