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писем о возврате денег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Восемь вкладок для бизнеса, который отвечает своему клиенту на запрос о возврате: приём и первый ответ, одна недостающая деталь, одобрение, частичный возврат, отказ вне правил, отправка возврата и повторное письмо, ответы в чате и закрытие.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заполните пять полей приёма: данные заказа, версию правил, причину, согласующего и обещанный срок ответа. Замените каждое слово в [скобках] фактами запроса, отправьте первый ответ в тот же день, а решение — к обещанной дате. Записывайте каждый запрос в журнал возвратов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Ответ на запрос о возврате денег: приём и первый ответ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Ответ: В тот же день · Решение за: 2 рабочих дня · Ответственный: Тот, кто записал запрос · Запишите до отправки: Одна строка в журнале возвратов Excel. Версия правил, согласующий и обещанная дата заполняются сами.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письма о возврате денег начинается ещё до первого слова клиенту: заполните пять полей, затем в тот же день отправьте первый ответ. В нём сказано, кто решает и к какому сроку. «Да» он говорит, только когда случай ясный и укладывается в ваш собственный лимит одобрения.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Приём запроса: заполните эти пять полей до ответа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Данные заказа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[номер заказа], [дата заказа], [дата доставки], [сумма], [способ оплаты, только последние 4 цифры]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Версия правил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Правила возврата, действовавшие на дату заказа: [версия и дата], [срок, например 30 дней с доставки]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[одна причина из вашего списка] и слова самого клиента: [цитата]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Согласующий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[имя, должность] — человек, который может одобрить эту сумму или это исключение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Обещанный срок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 решения], не позднее чем через [2] рабочих дня после запроса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Мы получили ваш запрос о возврате по заказу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написали нам о заказе [номер заказа]. Мы записали ваш запрос о возврате за [товар или услугу], причина: [причина словами клиента].</w:t>
        <w:br/>
        <w:br/>
        <w:t>Что дальше: мы сверим запрос с правилами возврата, которые действовали на дату вашего заказа, [версия и дата правил]: [правило в одном предложении]. Решение принимает [имя согласующего], наш [должность], и вы получите его по email до [обещанная дата ответа].</w:t>
        <w:br/>
        <w:br/>
        <w:t>Больше ничего присылать не нужно. Пожалуйста, не отправляйте данные карты: нам никогда не нужно больше, чем последние 4 цифры.</w:t>
        <w:br/>
        <w:br/>
        <w:t>[Ваше имя], [компания]</w:t>
        <w:br/>
        <w:t>Номер для справок: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Возврат, сумму или день, когда придут деньги, пока согласующий не принял решение. Единственное обещание в первом ответе — дата решения.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Ясный случай в пределах вашего лимита: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Спасибо, что написали о заказе [номер заказа]. Ваш запрос соответствует нашим правилам возврата от [дата правил], и одобрить его я могу без согласования: сегодня мы возвращаем [сумма] на [способ оплаты]. Подтверждение с номером возврата придёт вам по email. [Ваше имя], [компания]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Перед решением: попросите одну деталь, один раз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Попросите: Одну деталь · Напомнить: Один раз, через 3 рабочих дня · Срок ожидания: 14 дней, затем закрыть · Пауза в отсчёте: Обещанная дата сдвигается, только пока вы ждёте клиента: решение в течение 2 рабочих дней после его ответа. Запишите новую дату в журнал.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Попросите то единственное, что нужно для решения, одним сообщением и скажите, что будет, когда вы это получите. Если запрашивать детали по одной, возврат на два дня превращается в возврат на две недели.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Для вашего запроса о возврате нужна одна деталь, заказ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ваш запрос о возврате за [товар или услугу]. Чтобы принять решение, мне нужно от вас только одно:</w:t>
        <w:br/>
        <w:br/>
        <w:t>[Одно из: номер заказа / одно фото повреждения и одно фото транспортной этикетки / трек-номер посылки с возвратом / дата, на которую была заказана услуга]</w:t>
        <w:br/>
        <w:br/>
        <w:t>Решение вы получите в течение [2] рабочих дней после вашего ответа. Если ответа не будет, я один раз напомню о запросе [дата].</w:t>
        <w:br/>
        <w:br/>
        <w:t>[Ваше имя], [компания]</w:t>
        <w:br/>
        <w:t>Номер для справок: [номер заказа или запроса]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Фото повреждённого товара: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Нам очень жаль, что [товар] доставили с повреждением. Пришлите, пожалуйста, в ответ одно фото, на котором видно повреждение, и одно фото транспортной этикетки. Отправлять товар обратно не нужно, пока мы об этом не попросим. Как только фото будут у меня, вы получите решение в течение [2] рабочих дней.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запрашивайте: </w:t>
      </w:r>
      <w:r>
        <w:rPr>
          <w:rFonts w:ascii="Calibri" w:hAnsi="Calibri" w:cs="Calibri" w:eastAsia="Calibri"/>
          <w:b w:val="0"/>
          <w:color w:val="5D5A70"/>
          <w:sz w:val="21"/>
        </w:rPr>
        <w:t>Полный номер карты, код безопасности, пароль от банка или скриншот всей выписки. Номера заказа и последних 4 цифр достаточно, чтобы найти платёж.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Возврат одобрен: сумма, способ и сроки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Возврат на карту: 5–10 дней · Куда: На исходный способ оплаты · Дата проверки: Возврат + 10 рабочих дней · Перед отправкой: Возврат отображается как оформленный в вашем платёжном провайдере или на платформе магазина, а его номер записан в журнал возвратов.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письмо, когда согласующий сказал «да»: сначала решение и сумма, затем что нужно сделать клиенту, затем сроки. Сроки банка указывайте диапазоном, который даёт ваш платёжный провайдер. По данным Stripe, возврат на карту отображается примерно через 5–10 рабочих дней после оформления, в зависимости от банка.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одобрен: [сумма] по заказу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 возврат одобрен. Сегодня, [дата возврата], мы вернули [сумма] за [товар или услугу] из заказа [номер заказа] на [способ оплаты, карта с последними 4 цифрами].</w:t>
        <w:br/>
        <w:br/>
        <w:t>Когда вы увидите деньги: возврат на карту обычно отображается через [5–10] рабочих дней после оформления, в зависимости от вашего банка. Если оплата была недавно, исходное списание может просто исчезнуть.</w:t>
        <w:br/>
        <w:t>Что нужно сделать вам: ничего. [Товар можно оставить себе, или что с ним сделать.]</w:t>
        <w:br/>
        <w:t>Номер возврата: [номер возврата]</w:t>
        <w:br/>
        <w:br/>
        <w:t>Если к [дата проверки] деньги не появятся в выписке, ответьте на это письмо, и я в тот же день выясню, где они.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Одобрено, сначала возвращается товар: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Возврат товара [товар] из заказа [номер заказа] одобрен по нашим правилам возврата от [дата правил]. Что сделать: распечатайте этикетку из вложения и сдайте посылку в [перевозчик] до [дата]. Когда она придёт к нам, мы в течение [2] рабочих дней вернём [сумма] на [способ оплаты] и пришлём вам номер возврата по email. [Обратная доставка: бесплатно или стоимость этикетки, которую по правилам вычитают из суммы возврата.]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Сумму, номер заказа, дату возврата и номер возврата — точно как в вашем платёжном провайдере или на платформе магазина.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Способ оплаты, только последние 4 цифры. В Stripe возврат можно сделать только на исходный способ оплаты.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придут деньги, или «в течение 24 часов». Вы управляете днём, когда оформляете возврат; день, когда он появится на счёте, определяет банк.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Частичный возврат: покажите расчёт построчно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Покажите: Каждую строку · Удержания: Только по правилам · Перепроверка: В течение 1 рабочего дня · Расчёт в заполненном примере: Комплект с пододеяльником 139,00 $ минус 7,50 $ за этикетку для возврата по правилам v3 = 131,50 $. Наволочки (36,00 $) клиентка оставила себе, поэтому они и доставка (9,00 $) не возвращаются.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Частичный возврат без расчёта выглядит как ошибка. Покажите каждую строку: сколько оплачено, что возвращается, что нет и какой пункт правил это определяет. Stripe позволяет делать несколько частичных возвратов по одному платежу в пределах исходной суммы.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 частичный возврат по заказу [номер заказа]: [сумма возврата]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 возврат одобрен, и вот как именно складывается сумма.</w:t>
        <w:br/>
        <w:br/>
        <w:t>Вы оплатили: [сумма заказа] за заказ [номер заказа] от [дата заказа].</w:t>
        <w:br/>
        <w:t>Возвращаем:</w:t>
        <w:br/>
        <w:t>- [товар]: [цена товара]</w:t>
        <w:br/>
        <w:t>- [доставка, если возвращается]: [стоимость доставки]</w:t>
        <w:br/>
        <w:t>Не возвращаем:</w:t>
        <w:br/>
        <w:t>- [товар или сбор, который остаётся у нас, например этикетка для возврата или уже оказанная часть услуги]: [сумма], потому что [пункт правил, цитатой, с датой правил]</w:t>
        <w:br/>
        <w:t>Ваш возврат: [сумма возврата]</w:t>
        <w:br/>
        <w:br/>
        <w:t>Сегодня мы вернули [сумма возврата] на [способ оплаты, карта с последними 4 цифрами], номер возврата [номер возврата]. Обычно деньги отображаются в течение [5–10] рабочих дней, в зависимости от вашего банка.</w:t>
        <w:br/>
        <w:br/>
        <w:t>Если какая-то строка кажется вам неверной, ответьте и укажите, какая именно. Я перепроверю её в течение [1] рабочего дня.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Услуги: часть работы уже выполнена: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Вы заказали [услугу] за [общая сумма], и до отмены [дата] часть услуги уже была оказана: [оказанная часть, например 2 из 4 занятий]. По нашим правилам возврата от [дата правил] мы возвращаем неоказанную часть: [общая сумма] минус [стоимость оказанного] = [сумма возврата]. Сегодня мы вернули её на [способ оплаты], номер возврата [номер возврата].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Не удерживайте сбор, которого нет в той версии правил, по которой клиент покупал. Если более новая версия выгоднее клиенту, применяйте её.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Вне правил: скажите «нет», затем предложите, что можете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Решает: Согласующий · Предложите: От 1 до 3 вариантов · Срок предложения: 14 дней · Сначала проверьте закон: Правила магазина не могут лишить клиента прав, которые даёт закон. В таблице сроков ниже — сроки возврата денег в США и ЕС.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Если запрос вне срока или условий правил, решает согласующий, а не тот, кто ведёт чат. Скажите «нет» в первых строках, приведите пункт правил и даты, затем предложите то, что можете: зачисление на баланс в магазине, обмен, ремонт или частичный возврат.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 вашем запросе о возврате по заказу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терпение, пока ваш запрос был на рассмотрении у [имя согласующего]. К сожалению, мы не можем вернуть деньги за заказ [номер заказа].</w:t>
        <w:br/>
        <w:br/>
        <w:t>Почему: вы оформили заказ [дата заказа], когда действовали наши правила возврата от [дата правил], а они допускают возврат в течение [срок по правилам] дней с [покупки или доставки]. Ваш запрос пришёл через [число] дней после [покупки или доставки]. [Или условие, которое не выполнено, например товар сделан на заказ.]</w:t>
        <w:br/>
        <w:br/>
        <w:t>Что мы можем предложить вместо этого:</w:t>
        <w:br/>
        <w:t>1. [Зачисление всей суммы на баланс в магазине, действует до определённой даты]</w:t>
        <w:br/>
        <w:t>2. [Обмен на другой товар или размер]</w:t>
        <w:br/>
        <w:t>3. [Ремонт с бесплатной этикеткой для возврата]</w:t>
        <w:br/>
        <w:br/>
        <w:t>Ответьте 1, 2 или 3 до [дата], и я всё оформлю в тот же рабочий день. Если какая-то дата или факт выше указаны неверно, напишите, и мы рассмотрим запрос ещё раз.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Исключение, одобренное владельцем: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Ваш запрос пришёл позже нашего срока в [срок по правилам] дней, но по решению [имя согласующего] мы делаем разовое исключение, потому что [причина, например задержка была по нашей вине]. Сегодня мы возвращаем [сумма] на [способ оплаты], номер возврата [номер возврата]. Наши правила для будущих заказов от этого не меняются.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«Правила есть правила», «как указано в наших условиях» без цитаты пункта или «нет» без альтернативы. Не отказывайте в чате: отправьте решение по email, чтобы у клиента оно было в письменном виде.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Возврат отправлен и повторное письмо, если денег ещё нет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В день возврата · Дата проверки: Возврат + 10 рабочих дней · Розыск по: ARN или номеру возврата · Если клиент уже звонил в банк: Спросите, не открыл ли он спор по платежу. Если открыл, не возвращайте деньги повторно: ответьте на спор в платёжном провайдере.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Первое письмо отправьте в день оформления возврата. Повторное письмо отвечает на вопрос «где мой возврат?», который часто приходит раньше, чем истекает обычный срок банка.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отправлен: [сумма] по заказу [номер заказа], № [номер возврата]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Мы получили вашу посылку с возвратом [дата] и сегодня, [дата возврата], вернули [сумма] на [способ оплаты, карта с последними 4 цифрами].</w:t>
        <w:br/>
        <w:br/>
        <w:t>Номер возврата: [номер возврата]</w:t>
        <w:br/>
        <w:t>Когда вы увидите деньги: обычно в течение [5–10] рабочих дней, в зависимости от вашего банка, то есть в большинстве случаев до [дата возврата плюс 10 рабочих дней].</w:t>
        <w:br/>
        <w:br/>
        <w:t>Если к этому времени деньги не появятся в выписке, ответьте на это письмо и укажите номер возврата. Я в тот же день запрошу розыск платежа у нашего платёжного провайдера.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Повторное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уточнили. Ваш возврат [сумма] по заказу [номер заказа] оформлен [дата возврата], его статус: [статус в платёжном провайдере, например succeeded]. Банки обычно отображают возврат на карту в течение [5–10] рабочих дней, поэтому деньги ещё могут прийти до [дата проверки]. Что поможет:</w:t>
        <w:br/>
        <w:t>- Поищите исходное списание [сумма] от [дата заказа]. Если оно исчезло, это и был возврат.</w:t>
        <w:br/>
        <w:t>- Сообщите своему банку этот номер: [ARN или номер возврата].</w:t>
        <w:br/>
        <w:br/>
        <w:t>Если к [дата проверки] деньги не появятся, ответьте, и я в тот же день запрошу розыск платежа у нашего платёжного провайдера.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возврат не прошёл: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Ваш банк не принял возврат [сумма] по заказу [номер заказа] и вернул деньги нам, потому что [причина от платёжного провайдера]. Извините за лишние хлопоты. Как вам удобнее получить деньги: [способы, которыми ваш бизнес может заплатить, например банковский перевод или зачисление на баланс в магазине]? Я отправлю их в день вашего ответа. 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возврата. Для возвратов на карту Stripe может показать референсный номер эквайера (ARN), по которому банк клиента отследит платёж; его появление может занять до 7 рабочих дней.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Дату проверки: дата возврата плюс 10 рабочих дней.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Ответы в чате на запросы о возврате во входящих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за: 2 минуты · Решение в чате: Только в пределах лимита · Отказы: По email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Чат — для приёма запроса и ясных случаев в пределах вашего лимита. Решения выше лимита, отказы и частичные возвраты отправляйте по email, в письменном виде. Сохраните эти четыре ответа с ярлыками.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/refund-intake: приём запроса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просит вернуть деньги в чате.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 или сумму.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Помогу с этим, [имя]. Напишите, пожалуйста, номер заказа, email, на который вы его оформляли, и в двух словах, что пошло не так. Пожалуйста, не вводите данные карты.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/refund-owner: кто решает и когда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Сумма или случай выше вашего лимита.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Результат. Скажите, кто решает и к какому сроку.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запрос записан к заказу [номер заказа]. По правилам возврата на дату вашего заказа решение принимает [имя согласующего]. Вы получите его по email до [обещанная дата ответа], а если получится, то раньше.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/refund-done: возврат прямо в чате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Ясный случай в пределах вашего лимита одобрения.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появятся деньги.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Готово: только что мы вернули [сумма] на вашу карту, которая оканчивается на [последние 4 цифры]. Обычно деньги появляются в течение [5–10] рабочих дней, в зависимости от вашего банка. Подтверждение с номером возврата уже отправлено на [адрес email].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/refund-where: где мой возврат?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спрашивает до даты проверки.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деньги придут завтра.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Проверили: ваш возврат [сумма] оформлен [дата возврата], номер возврата [номер возврата]. Банкам обычно нужно [5–10] рабочих дней, так что деньги должны появиться до [дата проверки]. Если исходное списание исчезло, это и был возврат.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Введите ярлык в поле ответа, замените скобки и отправьте. Если клиент расстроен, сначала одним предложением отреагируйте на его чувства, затем используйте ярлык.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/refund-intake, /refund-owner, /refund-done, /refund-where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Закрытие запроса: проверка завершения и что записать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Закрыть, когда: Записаны 4 пункта · Дата проверки: Возврат + 10 рабочих дней · Ответственный: Тот же, кто дал первый ответ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Запрос закрыт, только когда записаны четыре вещи: решение, его дата, номер возврата или принятая альтернатива и подтверждение клиента либо прошедшая без жалоб дата проверки.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Закрыто: ваш запрос о возврате по заказу [номер заказа]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подтверждение. Коротко для вашего архива:</w:t>
        <w:br/>
        <w:br/>
        <w:t>Заказ: [номер заказа], запрос от [дата запроса]</w:t>
        <w:br/>
        <w:t>Решение: [решение] от [дата решения]</w:t>
        <w:br/>
        <w:t>Возврат: [сумма] от [дата возврата], номер возврата [номер возврата], или [код баланса в магазине или номер заказа на обмен]</w:t>
        <w:br/>
        <w:br/>
        <w:t>Если в ближайшие [30] дней с этим возвратом что-то окажется не так, ответьте на это письмо, и оно сразу придёт ко мне.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завершения: </w:t>
      </w:r>
      <w:r>
        <w:rPr>
          <w:rFonts w:ascii="Calibri" w:hAnsi="Calibri" w:cs="Calibri" w:eastAsia="Calibri"/>
          <w:b w:val="0"/>
          <w:color w:val="5D5A70"/>
          <w:sz w:val="21"/>
        </w:rPr>
        <w:t>Не закрывайте запрос, пока пусты решение, дата решения или номер возврата. Молчание — не подтверждение: в дату проверки посмотрите статус возврата в платёжном провайдере, затем закройте строку и запишите в заметках «жалоб до [дата проверки] нет».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Решения: </w:t>
      </w:r>
      <w:r>
        <w:rPr>
          <w:rFonts w:ascii="Calibri" w:hAnsi="Calibri" w:cs="Calibri" w:eastAsia="Calibri"/>
          <w:b w:val="0"/>
          <w:color w:val="5D5A70"/>
          <w:sz w:val="21"/>
        </w:rPr>
        <w:t>Полный возврат, Частичный возврат, Зачисление на баланс, Обмен или ремонт, Отказ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Частичный возврат 131,50 $: от чата до закрытия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Клиентка вымышленного интернет-магазина постельного белья заказала пододеяльник не того размера и просит вернуть деньги в чате на сайте. Этот пример шаблона письма о возврате денег прослеживает запрос от приёма AI-агентом до одобрения Матео, возврата, повторного письма и закрытия.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я заказала пододеяльник размера Queen, а кровать у нас King. Можно вернуть деньги?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Жаль, что не подошёл размер. Напишите, пожалуйста, номер заказа и email, на который вы его оформляли. Данные карты присылать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LG-20417, claire.novak@example.com. Только пододеяльник, наволочки я оставлю.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Клэр. Неиспользованные товары можно вернуть в течение 30 дней с доставки. Решение о возврате принимает человек, поэтому я передаю этот чат Айви с номером заказа и причиной. Вы получите ответ не позднее среды, 23 сентября.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Айви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Клэр, это Айви. Ваш заказ доставлен 17 сентября, поэтому действуют наши правила от 1 сентября (версия 3), и вы укладываетесь в 30 дней. Есть два варианта: обменять на комплект King (вы доплачиваете разницу 20,00 $, обратную доставку оплачиваем мы) или возврат 139,00 $ минус 7,50 $ за этикетку для возврата, то есть 131,50 $. Что вам удобнее?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Возврат, пожалуйста. Мы уже заказали King в другом месте.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Айви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Поняла. Возвраты больше 50 $ одобряет Матео, руководитель нашего операционного отдела. Его решение придёт вам по email до среды, 23 сентября, скорее всего завтра.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запроса: пять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Данные заказа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LG-20417, заказ 14 сент. 2026, доставлен 17 сент., 184,00 $, карта, оканчивающаяся на 2290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Версия правил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v3, действует с 1 сент. 2026: 30 дней с доставки; если клиент передумал, он оплачивает этикетку для возврата за 7,50 $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Передумал(а): заказала Queen, нужен King. Не использован, в упаковке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Согласующий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Матео Руис, операционный отдел, одобряет до 200 $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Обещанный срок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Решение по email до среды, 23 сент. 2026; запрос записан 21 сент. в 10:24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Письмо с решением, 22 сентября, 9:40: расчёт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Строка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Сумма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Льняной комплект с пододеяльником, Queen, цвет шалфей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139,00 $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Этикетка для возврата, клиент передумал (правила v3)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минус 7,50 $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после получения посылки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131,50 $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Остаются у клиента: 2 льняные наволочки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36,00 $, не возвращается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Доставка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9,00 $, не возвращается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Посылка получена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Пятница, 25 сент., не использован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оформлен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131,50 $, 28 сент., № re_3Qx81Lg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на повторный вопрос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окт.: в выписке ещё нет; отправлены ARN и дата проверки 12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подтвердил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окт.: «Всё пришло, спасибо»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LG-20417: решение, Матео, дедлайн 23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и тег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Пять полей приёма в «Заметках», тег «Возврат»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магазин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ответить на запрос о возврате: четыре правила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Договоритесь об этом до того, как кто-то ответит на запрос о возврате, и запишите лимиты.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Применяйте правила, по которым клиент покупал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Ставьте дату на каждой версии правил возврата и храните старые. Действует версия, которая была в силе на дату покупки. Если более новая версия выгоднее клиенту, применяйте её.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Определите, кто что одобряет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Например: поддержка — до 50 $ в рамках правил, руководитель операционного отдела — до 200 $, владелец — свыше 200 $ и все исключения. Записывайте согласующего в каждой строке.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Обещайте только даты, которыми управляете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Дата решения и день оформления возврата зависят от вас. День, когда банк покажет деньги, — нет, поэтому называйте диапазон провайдера и дату проверки.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Скажите: </w:t>
      </w:r>
      <w:r>
        <w:rPr>
          <w:rFonts w:ascii="Calibri" w:hAnsi="Calibri" w:cs="Calibri" w:eastAsia="Calibri"/>
          <w:b w:val="0"/>
          <w:color w:val="15131F"/>
          <w:sz w:val="21"/>
        </w:rPr>
        <w:t>Вы получите решение до [дата]. Возврат на карту обычно отображается в течение 5–10 рабочих дней после оформления.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Возвращайте тем же способом, которым платили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 Stripe возврат можно сделать только на исходный способ оплаты. Никогда не запрашивайте полный номер карты, код безопасности или пароль от банка: по последним 4 цифрам платёж найдётся.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Передавайте запрос владельцу, если сумма выше вашего лимита, клиент упоминает чарджбэк или юриста либо запрос выходит за рамки письменных правил.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Сроки возврата: чем вы управляете, а чем нет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Ситуация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 или обычное время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 управляет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США: отменён заказ товаров, который вы не можете вовремя отправить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в течение 7 рабочих дней; один расчётный период, если кредит предоставили вы сами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Дату возврата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ЕС: клиент отказывается от онлайн-покупки в течение 14 дней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в течение 14 дней после уведомления; можно дождаться товара или подтверждения отправки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Дату возврата или «когда придёт посылка»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на карту оформлен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Отображается примерно через 5–10 рабочих дней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Банк клиента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Диапазон и дату проверки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вскоре после оплаты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Может пройти как отмена операции: списание исчезает, отдельного зачисления нет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Платёжная система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Проверить, исчезло ли списание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просит розыск платежа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Появления ARN можно ждать до 7 рабочих дней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 платёжный провайдер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ARN или номер возврата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не прошёл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Деньги могут возвращаться на ваш баланс у провайдера до 30 дней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Банк, затем вы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Спросить, как выплатить иначе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шаблоны писем о возврате денег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Поставьте дату на правилах и задайте лимиты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Версии правил — на листе «Версии правил»; лимиты одобрения и срок ответа — на листе «Списки».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Сначала запишите, затем отвечайте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пять полей приёма и в тот же день отправьте вкладку 1. Если чего-то не хватает, один раз отправьте вкладку 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Решите к обещанной дате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Решение принимает согласующий; отправьте по email вкладку 3, 4 или 5.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Верните деньги, затем сообщите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Оформите возврат в платёжном провайдере или на платформе магазина, затем отправьте вкладку 6 с номером возврата.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Закройте и проверяйте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вкладку 8, заполните «Закрыт» и раз в месяц просматривайте журнал.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«Мои боты» &gt; выберите бота &gt; вкладка «Основы»: добавьте правила возврата с датой в поле «База знаний», а в поле «Инструкции» — собирать номер заказа, email и причину, никогда не одобрять и не обещать возврат, говорить, кто решает и к какому сроку. Нажмите «Сохранить изменения», затем проверьте бота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Чат о возврате, которому нужен человек, появляется в разделе «Онлайн-поддержка» со статусом «Ожидает агента». Нажмите «Принять» и ответьте из единых входящих; история чата остаётся на контакте.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«Задачи» &gt; «Новая задача»: «Название задачи» — «Возврат LG-20417: решение», «Исполнитель» — согласующий, «Дедлайн» — обещанная дата, «Приоритет» — «Высокий», включите «Сводка статуса требуется при завершении».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Запишите пять полей приёма и номер возврата в «Заметки» на контакте и добавьте тег разговора «Возврат» («Настройки» &gt; «Теги разговоров» &gt; «Новый тег»).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тарифе Growth сохраните вкладку 1 и ответы для чата как сохранённые ответы: «Настройки» &gt; «Сохраненные ответы» &gt; «Новый ответ», «Ярлык» (например /refund-intake), «Заголовок», «Текст ответа», «Поделиться с командой».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базовая версия базы знаний и базовые задачи: Free, 3 пользователя. Передача человеку и единые входящие: Launch, 19 $ в месяц при оплате за год, 8 пользователей. Сохранённые ответы: Growth, 49 $ в месяц при оплате за год, 20 пользователей. Приложение не оформляет возвраты: делайте это в платёжном провайдере или на платформе магазина.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Ежемесячная проверка возвратов,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открытой строки есть согласующий и обещанная дата, которая ещё не прошла.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Доля решений, отправленных в срок, не ниже вашей цели.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самой частой причины есть одно исправление, например таблица размеров или более точные фото.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https://crmsoftware.pro/ru/templates/refund-email-templates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писем о возврате денег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