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AI-промпты для продаж: шаблоны по этапам сделки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16 промптов для ChatGPT, Claude, Gemini или Microsoft Copilot: поиск клиентов, первый звонок, демо, возражения, предложение, повторное письмо, допродажа, недвижимость и подбор персонала, с 6 проверками.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промпт для своего этапа сделки, замените каждое слово в [скобках] своими реальными фактами и вставьте промпт в свой AI-ассистент. Проводите 6 проверок из раздела 1 для каждого результата, прежде чем отправить, сохранить или опубликовать его. Записывайте каждый тест в файл Excel и сохраняйте новую версию промпта, когда проверка не пройдена.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Промпты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Правила AI-промптов для продаж: что вставить, что проверить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Проверки: 6 · Блок правил: 7 строк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Эти AI-промпты для продаж работают в ChatGPT, Claude, Gemini и Microsoft Copilot. Вставьте свои факты туда, где стоят [квадратные скобки], и добавляйте в конец любого промпта блок правил или один раз сохраните его в пользовательских инструкциях своего ассистента.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Блок правил: вставьте в конец любого промпта: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</w:t>
        <w:br/>
        <w:t>1. Используй только факты из этого сообщения. Если чего-то не хватает, напиши ОТСУТСТВУЕТ и что именно отсутствует. Не додумывай.</w:t>
        <w:br/>
        <w:t>2. Не придумывай имена, должности, цифры, даты, цены, цитаты, истории клиентов или результаты.</w:t>
        <w:br/>
        <w:t>3. Цитируй людей только словами из моих заметок, в кавычках.</w:t>
        <w:br/>
        <w:t>4. Всё, что ты предполагаешь сам, помечай словом (догадка).</w:t>
        <w:br/>
        <w:t>5. Никаких заявлений об экономии или результатах, если я не дал цифру и её источник.</w:t>
        <w:br/>
        <w:t>6. Без лести, наигранной близости и искусственной срочности.</w:t>
        <w:br/>
        <w:t>7. Пиши простыми словами, до [лимит] слов. В конце один следующий шаг.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6 проверок перед отправкой, сохранением или публикацией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Факты: Есть в том, что вы вставили, или проверены вами.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Цифры и даты: Совпадают с заметками, КП или данными, включая единицы измерения.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Имена: Реальные люди, компании и должности, написаны без ошибок.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Цитаты и результаты: Никаких выдуманных цитат, отзывов, историй клиентов или результатов.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Обещания: Никаких цен, дат, функций или гарантий, которые вы не можете выполнить.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6. Правила: Требования к холодным письмам, жильё и найм без дискриминации, без персональных данных.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не вставляйте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Данные пациентов, сведения о здоровье и другие чувствительные персональные данные, домашние адреса, зарплаты, пароли и API-ключи.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Целую выгрузку из CRM или что-либо, что запрещает AI-политика вашей компании. Вставляйте только те столбцы, которые нужны для задачи.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проверка не пройдена: </w:t>
      </w:r>
      <w:r>
        <w:rPr>
          <w:rFonts w:ascii="Calibri" w:hAnsi="Calibri" w:cs="Calibri" w:eastAsia="Calibri"/>
          <w:b w:val="0"/>
          <w:color w:val="5D5A70"/>
          <w:sz w:val="21"/>
        </w:rPr>
        <w:t>Исправьте черновик, затем промпт: добавьте правило, сохраните новую версию и запишите оба запуска в журнал тестов Excel.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Заполняйте каждый раз: </w:t>
      </w:r>
      <w:r>
        <w:rPr>
          <w:rFonts w:ascii="Calibri" w:hAnsi="Calibri" w:cs="Calibri" w:eastAsia="Calibri"/>
          <w:b w:val="0"/>
          <w:color w:val="5D5A70"/>
          <w:sz w:val="21"/>
        </w:rPr>
        <w:t>Слова клиента, Ваши факты, Лимит слов, Один следующий шаг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AI-промпты для поиска клиентов: анализ сайта и первое письмо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Причины: До 3 · Первое письмо: До 90 слов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нового лида или первого письма. Вставьте текст с публичного сайта компании сами, чтобы знать, что именно прочитал AI.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2A: изучение компании по её публичному сайту: </w:t>
      </w:r>
      <w:r>
        <w:rPr>
          <w:rFonts w:ascii="Calibri" w:hAnsi="Calibri" w:cs="Calibri" w:eastAsia="Calibri"/>
          <w:b w:val="0"/>
          <w:color w:val="15131F"/>
          <w:sz w:val="21"/>
        </w:rPr>
        <w:t>Я продаю [ваш продукт]. Мои клиенты: [кому вы продаёте].</w:t>
        <w:br/>
        <w:t>Ниже текст с публичного сайта [компании]: [вставьте текст 2–3 страниц, например главной, услуг, адресов].</w:t>
        <w:br/>
        <w:t>Задача:</w:t>
        <w:br/>
        <w:t>1. Не больше 5 строк: чем они занимаются, где и для кого.</w:t>
        <w:br/>
        <w:t>2. До 3 причин, по которым им может понадобиться [ваш продукт], к каждой — предложение с сайта, на котором она основана.</w:t>
        <w:br/>
        <w:t>3. 3 вопроса, на которые сайт не отвечает.</w:t>
        <w:br/>
        <w:t>Правила: к каждому факту приводи исходное предложение. Если в тексте этого нет, пиши «нет на сайте». Ничего не добавляй по памяти: ни года основания, ни числа сотрудников, ни имён владельцев, ни отзывов.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перед использованием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факта есть исходное предложение. Удалите факт, если его нет.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Причины остаются догадками, пока клиент их не подтвердит: спрашивайте, а не утверждайте.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2B: первое письмо по вашим фактам: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первое письмо. От кого: [ваше имя], [ваша компания]. Кому: [имя], [должность], [компания].</w:t>
        <w:br/>
        <w:t>Почему я пишу: [один повод и его источник: их чат, их сайт или рекомендация].</w:t>
        <w:br/>
        <w:t>Что мы делаем: [ваше предложение в одной фразе].</w:t>
        <w:br/>
        <w:t>Одно доказательство, которое можно упомянуть: [результат клиента, которым разрешили поделиться, или ничего].</w:t>
        <w:br/>
        <w:t>Просьба: [один следующий шаг и день].</w:t>
        <w:br/>
        <w:t>Правила: до [90] слов. Только факты выше. Без комплиментов, без «я заметил», если этого факта нет выше, без выдуманных клиентов, результатов и цифр. Простая тема письма, которая соответствует содержанию.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Вариант: перепишите словами клиента: </w:t>
      </w:r>
      <w:r>
        <w:rPr>
          <w:rFonts w:ascii="Calibri" w:hAnsi="Calibri" w:cs="Calibri" w:eastAsia="Calibri"/>
          <w:b w:val="0"/>
          <w:color w:val="15131F"/>
          <w:sz w:val="21"/>
        </w:rPr>
        <w:t>Перепиши этот черновик словами клиента из этих цитат: [вставьте его слова]. Сохрани каждый факт и каждую цифру, убери то, что ему не помогает, до [90] слов. Черновик: [вставьте свой черновик].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Холодное письмо: </w:t>
      </w:r>
      <w:r>
        <w:rPr>
          <w:rFonts w:ascii="Calibri" w:hAnsi="Calibri" w:cs="Calibri" w:eastAsia="Calibri"/>
          <w:b w:val="0"/>
          <w:color w:val="5D5A70"/>
          <w:sz w:val="21"/>
        </w:rPr>
        <w:t>Пишете тому, кто никогда с вами не общался? Используйте шаблоны холодных писем. Закон США распространяется на коммерческие письма, включая B2B: тема, соответствующая содержанию, ваш почтовый адрес и понятный способ отписаться.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Вставьте: </w:t>
      </w:r>
      <w:r>
        <w:rPr>
          <w:rFonts w:ascii="Calibri" w:hAnsi="Calibri" w:cs="Calibri" w:eastAsia="Calibri"/>
          <w:b w:val="0"/>
          <w:color w:val="5D5A70"/>
          <w:sz w:val="21"/>
        </w:rPr>
        <w:t>Текст с их сайта, Ваше предложение, Один настоящий повод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Промпты для первого звонка: подготовка вопросов и заметки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Поля: 6 · Пустое поле: Не сказано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До звонка: план и открытые вопросы. После него: ваши собственные заметки в виде полей сделки, с «Не сказано» там, где пробел.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3A: подготовка к первому звонку: </w:t>
      </w:r>
      <w:r>
        <w:rPr>
          <w:rFonts w:ascii="Calibri" w:hAnsi="Calibri" w:cs="Calibri" w:eastAsia="Calibri"/>
          <w:b w:val="0"/>
          <w:color w:val="15131F"/>
          <w:sz w:val="21"/>
        </w:rPr>
        <w:t>У меня первый звонок на [30] минут: [имя], [должность], [компания], [дата].</w:t>
        <w:br/>
        <w:t>Что я знаю: [вставьте чат, ответы из формы или письма и проверенные результаты изучения из промпта 2A].</w:t>
        <w:br/>
        <w:t>Задача: план звонка по минутам и до 8 вопросов, чтобы заполнить поля: проблема словами клиента, во что она ему обходится, кто принимает решение, сроки, бюджет, следующий шаг. Сначала перечисли поля, которые я уже могу заполнить, и строку, из которой взято каждое.</w:t>
        <w:br/>
        <w:t>Правила: не спрашивай о том, что клиент уже рассказал. По одному вопросу за раз, простыми словами. Не переходи к презентации продукта, пока не пройдёт [15]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3B: заметки по звонку в поля CRM: </w:t>
      </w:r>
      <w:r>
        <w:rPr>
          <w:rFonts w:ascii="Calibri" w:hAnsi="Calibri" w:cs="Calibri" w:eastAsia="Calibri"/>
          <w:b w:val="0"/>
          <w:color w:val="15131F"/>
          <w:sz w:val="21"/>
        </w:rPr>
        <w:t>Вот мои заметки по звонку ([имя], [компания], [дата]): [вставьте свои заметки].</w:t>
        <w:br/>
        <w:t>Разложи их по 6 полям: Проблема словами клиента; Цифры, которые назвал клиент; Кто принимает решение; Сроки; Бюджет; Следующий шаг с датой и ответственным.</w:t>
        <w:br/>
        <w:t>Правила: используй только мои заметки. Цитируй слова клиента точно, в кавычках. Если поле не обсуждали, пиши «Не сказано». Не округляй, не добавляй и не оценивай цифры, сохраняй единицы (в неделю, в месяц, на филиал). Затем перечисли всё из моих заметок, что не подходит ни к одному полю.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до того, как вносить в CRM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цитата есть в ваших заметках слово в слово, и у каждой цифры есть единица.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Используйте собственные заметки. Вставляйте запись или расшифровку звонка, только если это разрешает ваша компания и все участники звонка согласились.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Затем: </w:t>
      </w:r>
      <w:r>
        <w:rPr>
          <w:rFonts w:ascii="Calibri" w:hAnsi="Calibri" w:cs="Calibri" w:eastAsia="Calibri"/>
          <w:b w:val="0"/>
          <w:color w:val="5D5A70"/>
          <w:sz w:val="21"/>
        </w:rPr>
        <w:t>Вставьте проверенные поля в «Заметки» сделки. Вопросы для звонка — в скрипте первого звонка с клиентом.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выдумывать: </w:t>
      </w:r>
      <w:r>
        <w:rPr>
          <w:rFonts w:ascii="Calibri" w:hAnsi="Calibri" w:cs="Calibri" w:eastAsia="Calibri"/>
          <w:b w:val="0"/>
          <w:color w:val="5D5A70"/>
          <w:sz w:val="21"/>
        </w:rPr>
        <w:t>Бюджет, Кто принимает решение, Цитаты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Промпты для демо и возражений: адаптация и тренировка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Функций в демо: Не больше 3 · Ролевая игра: 5 раундов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Подстройте демо под проблему клиента, а затем попросите AI сыграть клиента, чтобы заранее отработать сложные вопросы.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4A: демо под конкретного клиента: </w:t>
      </w:r>
      <w:r>
        <w:rPr>
          <w:rFonts w:ascii="Calibri" w:hAnsi="Calibri" w:cs="Calibri" w:eastAsia="Calibri"/>
          <w:b w:val="0"/>
          <w:color w:val="15131F"/>
          <w:sz w:val="21"/>
        </w:rPr>
        <w:t>Вот мой стандартный план демо: [вставьте свой план].</w:t>
        <w:br/>
        <w:t>Проверенные поля с первого звонка: [вставьте 6 полей].</w:t>
        <w:br/>
        <w:t>Участники: [имена, роли и за что отвечает каждый].</w:t>
        <w:br/>
        <w:t>Длительность демо: [45] минут.</w:t>
        <w:br/>
        <w:t>Задача: перестрой демо так, чтобы их главная проблема шла первой. Покажи не больше [3] функций, каждую свяжи с тем, что они сказали, и приведи цитату. Добавь по одному вопросу для каждого участника. Перечисли, что ты убрал и почему.</w:t>
        <w:br/>
        <w:t>Правила: только функции из моего плана. Не обещай даты, интеграции или результаты, которых в нём нет.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до демо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функция, которую вы показываете, есть в вашем плане и работает уже сегодня.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цитата взята из полей первого звонка. Никаких обещаний об интеграциях, датах или результатах.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4B: ролевая игра с возражениями: </w:t>
      </w:r>
      <w:r>
        <w:rPr>
          <w:rFonts w:ascii="Calibri" w:hAnsi="Calibri" w:cs="Calibri" w:eastAsia="Calibri"/>
          <w:b w:val="0"/>
          <w:color w:val="15131F"/>
          <w:sz w:val="21"/>
        </w:rPr>
        <w:t>Сыграй клиента: [должность], [тип бизнеса]. Мы обсуждаем [ваш продукт]. Твои сомнения из реальных звонков: [вставьте 3–5 возражений словами клиентов].</w:t>
        <w:br/>
        <w:t>Высказывай по одному сомнению за раз и жди моего ответа. Если мой ответ расплывчатый, возрази один раз. После 5 раундов оцени каждый мой ответ: задал ли я сначала вопрос, ответил ли фактом, который могу показать, и закончил ли одним следующим шагом?</w:t>
        <w:br/>
        <w:t>Правила: не выходи из роли. Не придумывай факты о моём продукте: спроси меня.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Сохраните лучшие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Сохраните ответы с высокой оценкой. Проверенные ответы о цене, сроках и доверии — в «Ответах на возражения клиентов».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Тренируйте: </w:t>
      </w:r>
      <w:r>
        <w:rPr>
          <w:rFonts w:ascii="Calibri" w:hAnsi="Calibri" w:cs="Calibri" w:eastAsia="Calibri"/>
          <w:b w:val="0"/>
          <w:color w:val="5D5A70"/>
          <w:sz w:val="21"/>
        </w:rPr>
        <w:t>Цена, Сроки, Мы уже такое пробовали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Промпты для КП и повторных писем: все цифры из КП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цифр: КП · Повторное письмо: До 70 слов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AI пишет слова вокруг ваших цифр. Каждая цена, количество и дата берутся из КП.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5A: сопроводительный текст к КП: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короткий сопроводительный текст к коммерческому предложению (КП). Получатель: [имя], [компания].</w:t>
        <w:br/>
        <w:t>Их проблема их словами: [цитата из полей первого звонка].</w:t>
        <w:br/>
        <w:t>Что они получают: [позиции из КП].</w:t>
        <w:br/>
        <w:t>Цена и условия, скопированные из КП: [итог, период оплаты, срок действия].</w:t>
        <w:br/>
        <w:t>Следующий шаг: [один шаг, день и время].</w:t>
        <w:br/>
        <w:t>Правила: до [150] слов. Копируй каждую цифру и дату точно. Не добавляй скидку, крайний срок, дату начала или результат, которых нет выше. Закончи следующим шагом.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Итог, количество и даты совпадают с КП, строка за строкой.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Никаких новых обещаний: дат запуска, часов поддержки или результатов.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5B: повторное письмо, если клиент не ответил: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повторное письмо. Получатель: [имя], [компания]. Моё последнее письмо, отправленное [дата]: [вставьте его].</w:t>
        <w:br/>
        <w:t>Один новый полезный факт, который я могу добавить: [новый ответ, дата или короткий материал].</w:t>
        <w:br/>
        <w:t>Правила: до [70] слов. Не повторяй прошлое письмо. Никаких «просто напоминаю о себе» и попыток вызвать чувство вины. Не упоминай свободное время, окна или крайние сроки. Задай один простой вопрос, на который можно ответить одной строкой.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Два письма, и стоп: </w:t>
      </w:r>
      <w:r>
        <w:rPr>
          <w:rFonts w:ascii="Calibri" w:hAnsi="Calibri" w:cs="Calibri" w:eastAsia="Calibri"/>
          <w:b w:val="0"/>
          <w:color w:val="5D5A70"/>
          <w:sz w:val="21"/>
        </w:rPr>
        <w:t>Если на два повторных письма нет ответа, остановитесь. Письма с итогами и КП, которые написали люди, есть в «Письмах для продаж».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добавляйте: </w:t>
      </w:r>
      <w:r>
        <w:rPr>
          <w:rFonts w:ascii="Calibri" w:hAnsi="Calibri" w:cs="Calibri" w:eastAsia="Calibri"/>
          <w:b w:val="0"/>
          <w:color w:val="5D5A70"/>
          <w:sz w:val="21"/>
        </w:rPr>
        <w:t>Скидку, Фальшивый крайний срок, Дату запуска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Промпты для допродажи: кандидаты в данных об использовании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Кандидатов: Не больше 5 · Данные: Только по аккаунтам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текущих клиентов. Вставляйте данные об использовании на уровне аккаунтов, а не персональные данные. Кому написать и что предложить, решает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6A: кандидаты на допродажу в данных об использовании: </w:t>
      </w:r>
      <w:r>
        <w:rPr>
          <w:rFonts w:ascii="Calibri" w:hAnsi="Calibri" w:cs="Calibri" w:eastAsia="Calibri"/>
          <w:b w:val="0"/>
          <w:color w:val="15131F"/>
          <w:sz w:val="21"/>
        </w:rPr>
        <w:t>Наши тарифы: [названия тарифов, лимиты и цены].</w:t>
        <w:br/>
        <w:t>Использование по аккаунтам за последние [3] месяца, одна строка на аккаунт: [вставьте столбцы, например ID аккаунта, тариф, пользователи, использование относительно лимита]. Без имён, email и персональных данных.</w:t>
        <w:br/>
        <w:t>Задача: перечисли до [5] аккаунтов, которые близки к лимитам своего тарифа или пользуются функциями более высокого тарифа. Для каждого: цифры, которые это показывают, подходящий тариф и один вопрос, с которого аккаунт-менеджер может начать разговор.</w:t>
        <w:br/>
        <w:t>Правила: используй только эти данные. Если какой-то цифры нет, пиши ОТСУТСТВУЕТ: не оценивай её. Отмечай, где доказательств мало. Не предлагай скидки.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до звонка клиенту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цифра есть в данных, которые вы вставили, и тариф подходит под лимиты, которые вы указали.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Если у аккаунта открытая жалоба или проблема с оплатой, сначала решите её, а не делайте предложение.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6B: письмо о переходе на тариф выше или продлении: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письмо клиенту. Получатель: [имя], [компания], на тарифе [текущий тариф] с [дата].</w:t>
        <w:br/>
        <w:t>Что показывают данные: [2 факта из промпта 6A].</w:t>
        <w:br/>
        <w:t>Чего, по их словам, они хотят: [их цель их словами].</w:t>
        <w:br/>
        <w:t>Предложение: [тариф], [цена, скопированная из вашего прайс-листа], с [дата].</w:t>
        <w:br/>
        <w:t>Правила: до [120] слов. Начни с их цели, затем факты, затем цена, прямо и понятно. Без давления и без крайнего срока. Закончи одним вопросом.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Написано людьми: </w:t>
      </w:r>
      <w:r>
        <w:rPr>
          <w:rFonts w:ascii="Calibri" w:hAnsi="Calibri" w:cs="Calibri" w:eastAsia="Calibri"/>
          <w:b w:val="0"/>
          <w:color w:val="5D5A70"/>
          <w:sz w:val="21"/>
        </w:rPr>
        <w:t>Письма о продлении и допродаже, которые написали люди, есть в «Письмах для продаж».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Исключите: </w:t>
      </w:r>
      <w:r>
        <w:rPr>
          <w:rFonts w:ascii="Calibri" w:hAnsi="Calibri" w:cs="Calibri" w:eastAsia="Calibri"/>
          <w:b w:val="0"/>
          <w:color w:val="5D5A70"/>
          <w:sz w:val="21"/>
        </w:rPr>
        <w:t>Имена и email, Данные пациентов или клиентов, Скидки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AI-промпты для недвижимости с проверкой на дискриминацию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фактов: Карточка объекта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Единственные факты — карточка объекта и ваши заметки с показа. Правила США запрещают публиковать объявление или заявление о жилье, которое выражает предпочтение или ограничение по признаку расы, цвета кожи, религии, пола, инвалидности, наличия детей в семье или национального происхождения. Описывайте жильё, а не тех, кто должен в нём жить.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7A: текст объявления по карточке объекта: </w:t>
      </w:r>
      <w:r>
        <w:rPr>
          <w:rFonts w:ascii="Calibri" w:hAnsi="Calibri" w:cs="Calibri" w:eastAsia="Calibri"/>
          <w:b w:val="0"/>
          <w:color w:val="15131F"/>
          <w:sz w:val="21"/>
        </w:rPr>
        <w:t>Напиши текст объявления для [адреса или района], используя только эту карточку объекта: [вставьте спальни, санузлы, площадь, участок, год постройки, особенности, платежи и что входит в стоимость].</w:t>
        <w:br/>
        <w:t>Правила: до [150] слов. Копируй каждую цифру точно. Описывай жильё и его особенности, а не людей, которые могут в нём жить. Никаких утверждений о школах, безопасности, соседях или будущей стоимости. Если чего-то нет в карточке, пиши ОТСУТСТВУЕТ.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7B: сообщение покупателю после показа: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короткое SMS покупателю по имени [имя] после показа: [адрес], [дата].</w:t>
        <w:br/>
        <w:t>Что покупатель говорил на показе: [вставьте свои заметки, его словами].</w:t>
        <w:br/>
        <w:t>Следующий шаг: [второй показ, документы по объекту или звонок, с днём].</w:t>
        <w:br/>
        <w:t>Правила: до [60] слов. Упоминай только то, что покупатель сказал о жилье. Никаких комментариев о людях в районе. Закончи одним вопросом.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7C: проверка текста на дискриминацию в жилье: </w:t>
      </w:r>
      <w:r>
        <w:rPr>
          <w:rFonts w:ascii="Calibri" w:hAnsi="Calibri" w:cs="Calibri" w:eastAsia="Calibri"/>
          <w:b w:val="0"/>
          <w:color w:val="15131F"/>
          <w:sz w:val="21"/>
        </w:rPr>
        <w:t>Проверь этот черновик на слова, которые описывают людей, а не объект: [вставьте объявление, рекламу или письмо].</w:t>
        <w:br/>
        <w:t>Перечисли каждое слово или фразу, которые могут выражать предпочтение или ограничение по признаку расы, цвета кожи, религии, пола, инвалидности, наличия детей в семье или национального происхождения. Для каждого случая предложи формулировку, которая описывает объект. Если ничего не нашёл, так и скажи. Больше ничего не меняй.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в тексте объявления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кого жильё: «только для взрослых», «без детей», «христианский район», «только для англоговорящих». Никаких утверждений о безопасности, школах или соседях.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Проверка помогает искать. Решают ваш брокер, правила вашей MLS и закон.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Защищённые признаки: жильё в США: </w:t>
      </w:r>
      <w:r>
        <w:rPr>
          <w:rFonts w:ascii="Calibri" w:hAnsi="Calibri" w:cs="Calibri" w:eastAsia="Calibri"/>
          <w:b w:val="0"/>
          <w:color w:val="5D5A70"/>
          <w:sz w:val="21"/>
        </w:rPr>
        <w:t>Раса, Цвет кожи, Религия, Пол, Инвалидность, Наличие детей в семье, Национальное происхождение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Промпты ChatGPT для рекрутеров: клиенты и кандидаты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 продаёте: Клиенту и кандидату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Кадровые агентства продают дважды: компании, которая нанимает, и кандидату. Используйте только те факты о вакансии, которые одобрил клиент. Закон США запрещает объявления о вакансиях и подбор, в которых выражено предпочтение по признаку расы, цвета кожи, религии, пола, национального происхождения, возраста (40 лет и старше), инвалидности или генетической информации.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8A: письмо о сотрудничестве нанимающему менеджеру: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первое письмо. От кого: [ваше имя], [ваше агентство]. Кому: [имя], [должность], [компания].</w:t>
        <w:br/>
        <w:t>Почему сейчас: [один публичный факт, например открытая вакансия на их странице карьеры].</w:t>
        <w:br/>
        <w:t>Что мы делаем, в одной фразе: [на какие роли подбираете, регион, как работаете].</w:t>
        <w:br/>
        <w:t>Одно доказательство, которое можно упомянуть: [результат подбора, которым клиент разрешил поделиться, или ничего].</w:t>
        <w:br/>
        <w:t>Просьба: [звонок на 15 минут и день].</w:t>
        <w:br/>
        <w:t>Правила: до [90] слов. Никаких выдуманных клиентов, долей закрытых вакансий или сроков найма. Закончи просьбой.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8B: сообщение кандидату: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короткое сообщение кандидату по имени [имя] о вакансии [должность].</w:t>
        <w:br/>
        <w:t>Вакансия в том виде, в каком её одобрил клиент: [место, вилка зарплаты, график, обязательные требования].</w:t>
        <w:br/>
        <w:t>Почему именно этот кандидат: [один факт из его публичного профиля, который совпадает с обязательным требованием].</w:t>
        <w:br/>
        <w:t>Правила: до [80] слов. Укажи вилку зарплаты. Ничего не упоминай о возрасте, семье, здоровье, религии, происхождении или о чём-либо, что не связано с работой. Никаких похвал, которые нельзя подкрепить фактом выше. Предложи созвониться на 15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8C: проверка текста вакансии: </w:t>
      </w:r>
      <w:r>
        <w:rPr>
          <w:rFonts w:ascii="Calibri" w:hAnsi="Calibri" w:cs="Calibri" w:eastAsia="Calibri"/>
          <w:b w:val="0"/>
          <w:color w:val="15131F"/>
          <w:sz w:val="21"/>
        </w:rPr>
        <w:t>Проверь этот текст вакансии на слова, которые могут отпугнуть людей от отклика из-за расы, цвета кожи, религии, пола, национального происхождения, возраста, инвалидности или генетической информации: [вставьте текст вакансии].</w:t>
        <w:br/>
        <w:t>Для каждой фразы объясни почему и предложи нейтральную формулировку. Также отметь требования, которые для этой работы не нужны. Больше ничего не меняй.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 до публикации и отправки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Вакансия, где ищут «недавних выпускников вузов», может отпугнуть людей старше 40 лет, а вакансия, где ищут «женщин», может отпугнуть мужчин.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Вилка зарплаты и обязательные требования приходят от клиента в письменном виде. Каждого кандидата оценивает человек, а резюме попадают в AI-инструмент, только если это разрешает ваше агентство.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в сообщениях: </w:t>
      </w:r>
      <w:r>
        <w:rPr>
          <w:rFonts w:ascii="Calibri" w:hAnsi="Calibri" w:cs="Calibri" w:eastAsia="Calibri"/>
          <w:b w:val="0"/>
          <w:color w:val="5D5A70"/>
          <w:sz w:val="21"/>
        </w:rPr>
        <w:t>Возраст, Планы на семью, Здоровье, Религия, Происхождение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Одна сделка с клиникой, шесть промптов, каждый результат проверен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Как эти AI-промпты для продаж работают в одной сделке. Fieldfare Software, вымышленная компания, которая продаёт клиникам систему онлайн-записи, использует их в сделке с Майей Линдквист, управляющей Halden Physical Therapy (3 филиала). Менеджер по продажам Эллиот Наварро запускает промпты, проверяет каждый результат и хранит итоги в CRMsoftware.pro.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(клиент):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21:10, чат на сайте: Здравствуйте, я Майя Линдквист, управляющая Halden Physical Therapy. У нас 3 клиники, и наши администраторы каждое утро сидят на телефоне и переносят записи. С вашей системой пациенты смогут записываться и переносить приём онлайн?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Майя! Да: пациенты записываются, переносят или отменяют приём онлайн, а у каждой клиники свой календарь. Эллиот Наварро может показать, как это работает для 3 клиник. Подскажите ваш email и какое утро вам удобно для звонка на 20 минут?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(клиент): </w:t>
      </w:r>
      <w:r>
        <w:rPr>
          <w:rFonts w:ascii="Calibri" w:hAnsi="Calibri" w:cs="Calibri" w:eastAsia="Calibri"/>
          <w:b w:val="0"/>
          <w:color w:val="15131F"/>
          <w:sz w:val="21"/>
        </w:rPr>
        <w:t>maya@halden-pt.example. Лучше всего в четверг утром.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Майя. Эллиот напишет вам завтра до 10:00 и предложит время в четверг, 8 октября.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Эллиот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Вт, 6 окт., 9:20, письмо по промпту 2B: Здравствуйте, Майя! Вы писали, что ваши администраторы каждое утро сидят на телефоне и переносят записи. В четверг, 8 октября, я могу показать, как пациенты всех 3 клиник будут сами переносить приём онлайн. Вам удобно в 9:00 или в 10:30?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Эллиот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Чт, 8 окт., 9:24, звонок: Итак, около 60 звонков о переносе в неделю на 3 клиники, и все 3 должны заработать до понедельника, 4 января. Я правильно понял?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(клиент): </w:t>
      </w:r>
      <w:r>
        <w:rPr>
          <w:rFonts w:ascii="Calibri" w:hAnsi="Calibri" w:cs="Calibri" w:eastAsia="Calibri"/>
          <w:b w:val="0"/>
          <w:color w:val="15131F"/>
          <w:sz w:val="21"/>
        </w:rPr>
        <w:t>Да. Систему выбираю я, но любой договор на год подписывает владелец.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Эллиот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Ср, 14 окт., 11:05, КП Q-1048 с сопроводительным текстом по промпту 5A: 1 788 $ за филиал в год, 5 364 $ за 3 филиала, действует до 30 октября. Следующий шаг: пятница, 16 октября, 9:00, с вами и владельцем.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Промпт 3B, заметки по звонку в поля CRM, чт, 8 окт.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Проблема, её словами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«Наши администраторы каждое утро сидят на телефоне и переносят записи»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Слово в слово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Цифры, которые она назвала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Около 60 звонков о переносе в неделю, 3 клиники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Совпадает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принимает 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Выбирает Майя; любой договор на год подписывает владелец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Совпадает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Сроки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 3 клиники заработают до пн, 4 января 2027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Совпадает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сказано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Исправлено: версия 1 выдумала «около 500 $ в месяц»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Следующий шаг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Демо во вт, 13 окт., 14:00, Майя и 3 старших администратора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Совпадает; задача создана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 CRMsoftware.pro на 14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Онлайн-запись · Halden Physical Therapy, 5 364 $, этап «Предложение»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полей из промпта 3B, сверенные с заметками Эллиота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Q-1048: 3 филиала по 1 788 $ в год, «Отправлено», «Действительно до» 30 окт.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Проверки нашли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Выдуманный бюджет (3B) и обещание срока запуска (5A), оба исправлены до отправки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с Майей и владельцем, «Дедлайн»: пт, 16 окт., 9:00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Никогда не вставлялось в AI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Email-адрес Майи и любые данные пациентов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AI-промпты для продаж по этапам сделки: что вставить и что проверить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Этап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Промпт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 вставляете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Сначала проверьте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Пришёл лид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2A Изучение компании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Текст с их публичного сайта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Исходное предложение для каждого факта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контакт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2B Первое письмо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настоящий повод, ваше предложение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Никаких выдуманных похвал, клиентов или цифр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 звонком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3A Подготовка к звонку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Чат, ответы из формы, изучение компании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Никаких вопросов, на которые клиент уже ответил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звонка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3B Заметки по звонку в поля CRM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Ваши собственные заметки по звонку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Цитаты слово в слово; «Не сказано» для пробелов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4A Демо под клиента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План демо и 6 полей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функции, которые работают уже сегодня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Возражения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4B Ролевая игра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Возражения из реальных звонков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Вопрос, факт, один следующий шаг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Предложение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5A Сопроводительный текст к КП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Позиции КП, итог, даты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Каждая цифра совпадает с КП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ответа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5B Повторное письмо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Ваше последнее письмо, один новый факт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Никаких фальшивых сроков; стоп после двух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6A и 6B Допродажа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Использование по аккаунтам, лимиты тарифов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Цифры только из данных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Что никогда не вставлять в AI и никогда не отправлять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Шесть ошибок, которые подрывают доверие или нарушают правила, в любом ассистенте.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Персональные данные, которыми нельзя делиться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Факты о бизнесе — да. Личные сведения о людях — нет: данные пациентов, сведения о здоровье, домашние адреса, зарплаты, пароли. AI-политика вашей компании важнее всего.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Чаты, на которых может обучаться модель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 ChatGPT отключите «Улучшать модель для всех» в разделе Настройки &gt; Управление данными; на бизнес-тарифах данные по умолчанию не используются для обучения. Google просит пользователей Gemini не вводить конфиденциальную информацию, которую они не хотели бы показать проверяющему. Пользователи Claude Free, Pro и Max делают выбор в «Privacy Settings» (настройках конфиденциальности); пользователи Copilot могут отказаться от обучения модели.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Выдуманная персонализация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«Очень понравился ваш последний пост», общий знакомый или проблема, о которой клиент никогда не говорил. Если этого нет в том, что вы вставили, AI это придумал.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Фальшивые отзывы или результаты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Правило FTC запрещает фальшивые отзывы: от несуществующих людей (например, сгенерированные AI) или от людей, у которых не было реального опыта работы с вашим бизнесом. Цитируйте реальных клиентов точно и с их разрешения.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Заявления, которые нельзя доказать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Экономия, результаты, «большинство клиник» или «номер 1». Закон США требует разумного обоснования до того, как вы делаете заявление, в том числе когда фразу написал AI.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Коммерческие письма без основных требований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CAN-SPAM распространяется на коммерческие письма, включая B2B: тема, соответствующая содержанию, ваш почтовый адрес и понятный способ отписаться, причём отписку нужно выполнить в течение 10 рабочих дней.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Эта страница не является юридической консультацией. Правила различаются по странам, штатам и отраслям: проверьте официальные правила там, где вы продаёте, а также правила вашего брокера, MLS или компании.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шаблонами AI-промптов для продаж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промпт для этапа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промпт на одну задачу, а не один на всю сделку.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Вставляйте факты, а не догадки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каждую скобку или удалите строку.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Проведите 6 проверок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Исправляйте черновик, но никогда не факты.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Запишите тест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«Пройден» или «Не пройден» и проблему — в журнал тестов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Исправляйте промпт, а не только результат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Добавьте правило, сохраните новую версию, протестируйте снова.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на вкладке «Основы» добавьте своё предложение, цены и ограничения в «Инструкции» и «Базу знаний». На вкладке «Поведение» включите «Сбор данных пользователя». Нажмите «Сохранить изменения» и протестируйте бота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Чаты с сайта попадают в «Лиды». Вставьте проверенные результаты изучения из промпта 2A в «Заметки» лида. Когда звонок назначен, нажмите «Конвертировать в сделку».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После каждого звонка вставляйте проверенные поля из промпта 3B в «Заметки» сделки. В «Задачах» нажмите «Новая задача»: «Название задачи», «Исполнитель», «Дедлайн», «Связанная сделка».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тарифе Launch используйте «Новое предложение» в разделе «Коммерческие предложения», заполните «Действительно до» и вставьте проверенный сопроводительный текст из промпта 5A в «Заметки» предложения.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Вы запускаете промпты в своём AI-ассистенте, а проверенные результаты храните в сделке. Лиды, 1 воронка, «Заметки» и базовые задачи бесплатны для 3 пользователей. Коммерческие предложения доступны с тарифа Launch, 19 $ в месяц при оплате за год; Growth, 49 $, добавляет неограниченное число воронок и CRM AI Co-Pilot.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Еженедельный разбор промптов,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Какая проверка не проходила чаще всего? Добавьте правило в этот промпт.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промпт со статусом «Исправить и повторить»: новая версия и 3 новых теста.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Выборочно проверьте «Заметки» 3 сделок: каждая цитата есть в заметках по звонку.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Пример с вымышленными данными.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https://crmsoftware.pro/ru/templates/sales-ai-prompt-templates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AI-промпты для продаж: шаблоны по этапам сделки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