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Скрипты продаж по телефону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План звонка, звонок по новой заявке, входящий звонок, автоответчик и SMS, звонок после КП, решающий звонок, звонок о продлении и реплики для 8 отраслей.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Выберите скрипт для своего типа звонка и замените каждое слово в [скобках] тем, что рассказал покупатель. Каждый звонок идёт по одним и тем же пяти шагам и заканчивается одним следующим шагом с днём и временем. Вносите каждый звонок в журнал звонков Excel до следующего.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скрипта продаж по телефону: план звонка из 5 шагов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Шагов: 5 · Длина звонка: 10–15 минут · В конце: День и время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тёплых и входящих звонков: человек сам просил с ним связаться, позвонил вам или уже ваш клиент. Для звонков тем, кто об этом не просил, используйте скрипт холодного звонка.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Пять шагов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Имя и причина звонка: Кто вы и о чём клиент спрашивал, его же словами.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Время и план: Сколько займёт разговор и что вы обсудите. Спросите, удобно ли сейчас говорить.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Сверка: Повторите то, что уже знаете, чтобы клиенту не пришлось рассказывать заново.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Один вопрос: Тот самый вопрос, от которого зависит следующий шаг. Затем слушайте.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Следующий шаг с датой: Один шаг с днём и временем, о котором вы договорились до конца разговора.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План в пяти репликах: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Это [ваше имя] из [компании]. Вы спрашивали про [их запрос].</w:t>
        <w:br/>
        <w:t>Мне нужно около [10] минут: я сверю то, что вы нам рассказали, задам один-два вопроса и предложу следующий шаг. Вам сейчас удобно?</w:t>
        <w:br/>
        <w:t>Пока у меня записано: [что клиент рассказал]. Верно?</w:t>
        <w:br/>
        <w:t>[Ваш один вопрос]?</w:t>
        <w:br/>
        <w:t>Тогда следующий шаг: [следующий шаг]. Вам удобно в [день] в [время]?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После звонка, до следующего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Запишите итоги в заметки: слова клиента, цифры и даты.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Оформите следующий шаг как задачу с ответственным и сроком, внесите звонок в журнал и в тот же день отправьте короткое письмо с итогами.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Нет даты — нет следующего шага: </w:t>
      </w:r>
      <w:r>
        <w:rPr>
          <w:rFonts w:ascii="Calibri" w:hAnsi="Calibri" w:cs="Calibri" w:eastAsia="Calibri"/>
          <w:b w:val="0"/>
          <w:color w:val="5D5A70"/>
          <w:sz w:val="21"/>
        </w:rPr>
        <w:t>«Я вам перезвоню» — это не следующий шаг. Если клиент не может выбрать день, договоритесь, когда вы позвоните, чтобы его выбрать.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Презентация до сверки, Два следующих шага, Следующий шаг без даты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Скрипт звонка по заявке с сайта: позвоните в течение часа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Звонок в течение: 1 часа · Попытки: 3 за 3 рабочих дня · Если не ответили: Автоответчик и 1 SMS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звонить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течение 1 часа после веб-формы, чата или запроса на запись, в ваше рабочее время: с лидами, которым позвонили в течение часа, гораздо чаще удавалось поговорить с тем, кто принимает решение.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выбранное клиентом время, если он его выбрал. Вечерние заявки: в первый час следующего рабочего 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Начало разговора: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Это [ваше имя] из [компании]. Вы [сегодня] спрашивали на нашем сайте про [их запрос]. Удобно сейчас поговорить 10 минут?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сейчас неудобно: </w:t>
      </w:r>
      <w:r>
        <w:rPr>
          <w:rFonts w:ascii="Calibri" w:hAnsi="Calibri" w:cs="Calibri" w:eastAsia="Calibri"/>
          <w:b w:val="0"/>
          <w:color w:val="15131F"/>
          <w:sz w:val="21"/>
        </w:rPr>
        <w:t>Без проблем. Вам удобнее сегодня в [время] или завтра в [время]? Я позвоню вам с этого номера.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Сверка и один вопрос: </w:t>
      </w:r>
      <w:r>
        <w:rPr>
          <w:rFonts w:ascii="Calibri" w:hAnsi="Calibri" w:cs="Calibri" w:eastAsia="Calibri"/>
          <w:b w:val="0"/>
          <w:color w:val="15131F"/>
          <w:sz w:val="21"/>
        </w:rPr>
        <w:t>Вы написали, что вам нужно [что клиент написал] к [их дате]. Прежде чем что-то предлагать, один вопрос: [ваш один вопрос]?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это помогает. Тогда в [день] к [времени] я [пришлю письменное КП / запишу вас на осмотр / назначу демо]. Можем созвониться в [день] в [время] и всё обсудить?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Скажите, с какого номера позвоните: </w:t>
      </w:r>
      <w:r>
        <w:rPr>
          <w:rFonts w:ascii="Calibri" w:hAnsi="Calibri" w:cs="Calibri" w:eastAsia="Calibri"/>
          <w:b w:val="0"/>
          <w:color w:val="5D5A70"/>
          <w:sz w:val="21"/>
        </w:rPr>
        <w:t>В опросе 2020 года 80% взрослых в США сказали, что обычно не отвечают на звонки с незнакомых номеров. В чате, подтверждении формы или письме укажите, кто позвонит и с какого номера.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 звонком: </w:t>
      </w:r>
      <w:r>
        <w:rPr>
          <w:rFonts w:ascii="Calibri" w:hAnsi="Calibri" w:cs="Calibri" w:eastAsia="Calibri"/>
          <w:b w:val="0"/>
          <w:color w:val="5D5A70"/>
          <w:sz w:val="21"/>
        </w:rPr>
        <w:t>Запрос словами клиента, Часовой пояс клиента, Ваш один вопрос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Скрипт входящего звонка: ответить и назначить следующий шаг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Имя и номер: В первую минуту · Цена: Диапазон или письменное КП · Обратный звонок: В реальный срок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[Название компании], здравствуйте! Меня зовут [ваше имя]. Чем могу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Сначала имя и номер: </w:t>
      </w:r>
      <w:r>
        <w:rPr>
          <w:rFonts w:ascii="Calibri" w:hAnsi="Calibri" w:cs="Calibri" w:eastAsia="Calibri"/>
          <w:b w:val="0"/>
          <w:color w:val="15131F"/>
          <w:sz w:val="21"/>
        </w:rPr>
        <w:t>С удовольствием помогу. На случай, если связь прервётся: как вас зовут и по какому номеру вам лучше перезвонить?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Сверка и один вопрос: </w:t>
      </w:r>
      <w:r>
        <w:rPr>
          <w:rFonts w:ascii="Calibri" w:hAnsi="Calibri" w:cs="Calibri" w:eastAsia="Calibri"/>
          <w:b w:val="0"/>
          <w:color w:val="15131F"/>
          <w:sz w:val="21"/>
        </w:rPr>
        <w:t>Итак, вы ищете [что клиент просит] к [их дате]. Один вопрос, чтобы ответить вам точно: [ваш один вопрос]?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сразу спрашивают цену: </w:t>
      </w:r>
      <w:r>
        <w:rPr>
          <w:rFonts w:ascii="Calibri" w:hAnsi="Calibri" w:cs="Calibri" w:eastAsia="Calibri"/>
          <w:b w:val="0"/>
          <w:color w:val="15131F"/>
          <w:sz w:val="21"/>
        </w:rPr>
        <w:t>Справедливый вопрос. Цена зависит от [двух факторов, которые влияют на цену]. Для [ситуации клиента] обычно это [ваш диапазон, если он есть]. Точную цену вы получите в письменном КП до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вы не знаете ответа: </w:t>
      </w:r>
      <w:r>
        <w:rPr>
          <w:rFonts w:ascii="Calibri" w:hAnsi="Calibri" w:cs="Calibri" w:eastAsia="Calibri"/>
          <w:b w:val="0"/>
          <w:color w:val="15131F"/>
          <w:sz w:val="21"/>
        </w:rPr>
        <w:t>Не хочу гадать. Уточню у [коллеги] и перезвоню вам сегодня до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я [отправлю КП / запишу вас на осмотр / придержу за вами дату] на [день] в [время]? После звонка я пришлю вам короткое письмо с итогами.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 автоответчика для вашего телефона: </w:t>
      </w:r>
      <w:r>
        <w:rPr>
          <w:rFonts w:ascii="Calibri" w:hAnsi="Calibri" w:cs="Calibri" w:eastAsia="Calibri"/>
          <w:b w:val="0"/>
          <w:color w:val="15131F"/>
          <w:sz w:val="21"/>
        </w:rPr>
        <w:t>Вы позвонили в [компанию]. Оставьте, пожалуйста, имя, номер и что вам нужно, и мы перезвоним в течение [1 рабочего часа]. Также можно написать нам в чат на [сайте].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Цена, которую не удержите, «Вам перезвонят», Прощание без следующего шага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Сообщение на автоответчик и SMS после пропущенного звонка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Автоответчик: 20 секунд · SMS: 1, меньше 160 символов · Попытки: 3, затем закрыть вопрос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Если не отвечают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Попытка 1: Одно сообщение на автоответчик, меньше 20 секунд: кто вы, зачем звоните, ваш номер. Затем одно SMS, если клиент согласился на SMS.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Попытка 2: Позже в тот же день или на следующий рабочий день, в другое время дня. Без второго SMS.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Попытка 3: 3-й рабочий день: последний звонок, затем короткое письмо о том, что это ваша последняя попытка.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Сообщение на автоответчик: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Это [ваше имя] из [компании], звоню про [их запрос]. Я перезвоню в [время], или позвоните мне по номеру [телефон]. Спасибо.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SMS: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[Ваше имя], [компания]. Звонили вам про [их запрос], оставили сообщение. Перезвоню в [время], или звоните: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Последняя попытка, письмом: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Звонили вам [день] и [день] про [их запрос], но не застали. Это моя последняя попытка, больше звонить не буду.</w:t>
        <w:br/>
        <w:br/>
        <w:t>Если вопрос ещё актуален, напишите, когда вам удобно поговорить, или позвоните мне по номеру [телефон]. Если нет, отвечать не нужно.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SMS — это тоже звонки: </w:t>
      </w:r>
      <w:r>
        <w:rPr>
          <w:rFonts w:ascii="Calibri" w:hAnsi="Calibri" w:cs="Calibri" w:eastAsia="Calibri"/>
          <w:b w:val="0"/>
          <w:color w:val="5D5A70"/>
          <w:sz w:val="21"/>
        </w:rPr>
        <w:t>Пишите SMS только на мобильный номер, который клиент дал вам для связи или с которого он вам звонил. В США SMS приравниваются к звонкам, и защита Do Not Call («Не звонить») распространяется и на них. Если клиент отвечает «стоп», остановитесь: по правилам FCC, принятым в 2024 году, люди могут отозвать согласие любым разумным способом.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на автоответчике и в SMS: </w:t>
      </w:r>
      <w:r>
        <w:rPr>
          <w:rFonts w:ascii="Calibri" w:hAnsi="Calibri" w:cs="Calibri" w:eastAsia="Calibri"/>
          <w:b w:val="0"/>
          <w:color w:val="5D5A70"/>
          <w:sz w:val="21"/>
        </w:rPr>
        <w:t>Цены, Данные о здоровье или деньгах, Давление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Скрипт повторного звонка после КП или сметы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Звонок: Оговорённый день · Или: Через 2 рабочих дня · Цель: Ответы на вопросы, дата решения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звонить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день и время, о которых договорились при отправке КП: договоритесь об этом звонке до отправки.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договорились? Через два рабочих дня после отправки.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Начало разговора: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Это [ваше имя] из [компании]. Как договаривались, звоню по КП на [проект], которое мы отправили вам [день]. Вам сейчас удобно?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Три вопроса: </w:t>
      </w:r>
      <w:r>
        <w:rPr>
          <w:rFonts w:ascii="Calibri" w:hAnsi="Calibri" w:cs="Calibri" w:eastAsia="Calibri"/>
          <w:b w:val="0"/>
          <w:color w:val="15131F"/>
          <w:sz w:val="21"/>
        </w:rPr>
        <w:t>Какие вопросы появились, когда вы его прочитали?</w:t>
        <w:br/>
        <w:t>Всё ли в нём есть, что вам нужно к [их дате]?</w:t>
        <w:br/>
        <w:t>Что-то отличается от того, что вы ожидали?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 о решении: </w:t>
      </w:r>
      <w:r>
        <w:rPr>
          <w:rFonts w:ascii="Calibri" w:hAnsi="Calibri" w:cs="Calibri" w:eastAsia="Calibri"/>
          <w:b w:val="0"/>
          <w:color w:val="15131F"/>
          <w:sz w:val="21"/>
        </w:rPr>
        <w:t>Что вам и [второму человеку, который принимает решение] нужно решить и к какому сроку?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ещё не прочитал: </w:t>
      </w:r>
      <w:r>
        <w:rPr>
          <w:rFonts w:ascii="Calibri" w:hAnsi="Calibri" w:cs="Calibri" w:eastAsia="Calibri"/>
          <w:b w:val="0"/>
          <w:color w:val="15131F"/>
          <w:sz w:val="21"/>
        </w:rPr>
        <w:t>Ничего страшного. Пройдёмся по нему сейчас за пять минут или мне перезвонить вам в [день] в [время]?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цена выше, чем планировали: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сказали. Какая часть выходит за рамки вашего бюджета? Могу показать, что изменится, если [убрать или заменить одну позицию].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«просто узнать, как дела»: </w:t>
      </w:r>
      <w:r>
        <w:rPr>
          <w:rFonts w:ascii="Calibri" w:hAnsi="Calibri" w:cs="Calibri" w:eastAsia="Calibri"/>
          <w:b w:val="0"/>
          <w:color w:val="5D5A70"/>
          <w:sz w:val="21"/>
        </w:rPr>
        <w:t>Звоните с поводом: вопросы клиента, его дата или одно изменение, которое вы можете предложить. Если у КП есть срок действия, назовите его один раз, как в документе. Для возражений о цене и сроках есть ответы на возражения клиентов.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«Просто узнать, как дела», Срок, которого нет в КП, Скидка, о которой никто не просил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Скрипт закрытия сделки: сверка, вопрос, подтверждение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Вопрос: Один раз · Письмо с итогами: В тот же день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использовать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вопросы клиента есть ответы, и вы договорились о дате решения.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Тот, кто принимает решение, участвует в звонке.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Сверка: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сверим, ничего ли я не упускаю: вам нужно [что нужно клиенту] к [их дате]. По КП это [итоговая сумма] за [что входит], а на ваш вопрос про [вопрос клиента] мы ответили. Всё верно?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Вопрос: </w:t>
      </w:r>
      <w:r>
        <w:rPr>
          <w:rFonts w:ascii="Calibri" w:hAnsi="Calibri" w:cs="Calibri" w:eastAsia="Calibri"/>
          <w:b w:val="0"/>
          <w:color w:val="15131F"/>
          <w:sz w:val="21"/>
        </w:rPr>
        <w:t>Готовы оформить заказ?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Затем замолчите: </w:t>
      </w:r>
      <w:r>
        <w:rPr>
          <w:rFonts w:ascii="Calibri" w:hAnsi="Calibri" w:cs="Calibri" w:eastAsia="Calibri"/>
          <w:b w:val="0"/>
          <w:color w:val="5D5A70"/>
          <w:sz w:val="21"/>
        </w:rPr>
        <w:t>Спросите один раз и ждите. Несколько секунд тишины — это нормально.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да: подтвердите: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Спасибо! Вот что будет дальше: сегодня [первый шаг, например счёт на предоплату], [дата] — [следующий шаг], [дата] — [доставка или старт]. Письмо с этими итогами пришлю до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пока нет: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Понимаю. Что вам нужно увидеть или узнать, чтобы принять решение? Можем созвониться в [день] в [время]?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сказали. Можно спросить, что стало решающим? Я закрою заявку у себя. Если что-то изменится, звоните мне по номеру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Давление, Выдуманный срок, Спор с отказом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Скрипт звонка клиенту о продлении и допродаже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Дней до продления: 60–90 · Вопросы: 3 · Изменение цены: Вслух, затем письменно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звонить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Продление: за 60–90 дней до даты продления, чтобы успеть исправить проблемы.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Допродажа или следующий заказ: после результата, который клиент видит, или когда он упоминает новую потребность.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Начало разговора: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Это [ваше имя] из [компании]. [Дата] у вас [продлевается или заканчивается] [услуга], и до этого хочу уделить 10 минут тому, как всё прошло. Сейчас удобно?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Три вопроса: </w:t>
      </w:r>
      <w:r>
        <w:rPr>
          <w:rFonts w:ascii="Calibri" w:hAnsi="Calibri" w:cs="Calibri" w:eastAsia="Calibri"/>
          <w:b w:val="0"/>
          <w:color w:val="15131F"/>
          <w:sz w:val="21"/>
        </w:rPr>
        <w:t>Что сработало хорошо?</w:t>
        <w:br/>
        <w:t>Что не сработало или заняло слишком много времени?</w:t>
        <w:br/>
        <w:t>Что изменится у вас в [следующем году или сезоне]?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Предложение, только если подходит: </w:t>
      </w:r>
      <w:r>
        <w:rPr>
          <w:rFonts w:ascii="Calibri" w:hAnsi="Calibri" w:cs="Calibri" w:eastAsia="Calibri"/>
          <w:b w:val="0"/>
          <w:color w:val="15131F"/>
          <w:sz w:val="21"/>
        </w:rPr>
        <w:t>Вы говорили про [новую потребность, словами клиента]. Под это подойдёт [вариант], цена изменится на [изменение цены]. Добавить его в КП на продление или оставить всё как есть?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хочет уйти: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сказали заранее. Что нам нужно было делать иначе? Я прослежу, чтобы [последняя поставка или передача дел] прошла гладко.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Бывшие клиенты в США: </w:t>
      </w:r>
      <w:r>
        <w:rPr>
          <w:rFonts w:ascii="Calibri" w:hAnsi="Calibri" w:cs="Calibri" w:eastAsia="Calibri"/>
          <w:b w:val="0"/>
          <w:color w:val="5D5A70"/>
          <w:sz w:val="21"/>
        </w:rPr>
        <w:t>Потребителю, чей номер внесён в National Do Not Call Registry (национальный реестр «Не звонить»), можно звонить в течение 18 месяцев после его последней покупки, доставки или оплаты, если он не просил вас не звонить.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Сюрприз при продлении, Допродажа, о которой не просили, Изменение цены только по телефону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Скрипты продаж по телефону для разных отраслей: что меняется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Отрасли: 8 · Для каждой: Что меняется, следующий шаг, готовая реплика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План звонка остаётся прежним. В каждой отрасли меняется то, о чём вы спрашиваете, и следующий шаг. Произнесите готовую реплику после сверки.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Стоматология и медицинские клиники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Пациенты сначала спрашивают о стоимости и страховке. Записывайте на осмотр и никогда не называйте цену лечения до него. На автоответчике: только имя, клиника и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Первый приём с датой и временем.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Справедливый вопрос. Точная стоимость зависит от того, что увидит стоматолог, поэтому начнём с первого приёма. Есть время в [день] в [время]. Записать вас?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Отели, рестораны и мероприятия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Сначала дата и число гостей. Проверьте, свободна ли дата, прежде чем говорить о цене.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Осмотр площадки, дегустация или письменное КП. Бронируйте дату только с предоплатой.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Прежде чем я что-то пришлю: дата [дата] окончательная? И сколько примерно гостей вы ожидаете? Сейчас проверю, свободна ли она.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Рекрутинг и подбор персонала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Два покупателя: нанимающий руководитель и кандидат. Спрашивайте только о работе: навыки, вилка зарплаты, дата выхода.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Работодателю: шорт-лист к дате. Кандидату: время собеседования.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Вам нужно закрыть вакансию [должность] к [дате]. Скольких кандидатов вы уже собеседовали и чего им не хватало?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Розничные магазины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Звонят про наличие, цену или заказ: проверьте, прежде чем отвечать. В магазине ведите разговор по тому же плану, только лично.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Время, когда клиент заберёт товар, или бронь до назначенного времени.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[Товар] есть в наличии, [размер или цвет]. Отложить его для вас до завтра, до [времени]?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8.5 Продажи малому бизнесу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Владелец делает всё сам. Звоните в выбранное им время, укладывайтесь в 10 минут, используйте его цифры.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Один небольшой шаг: пробный период, встреча или КП.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Знаю, что у вас бизнес и много дел, поэтому только 10 минут. Вы говорили, что [проблема] обходится вам примерно в [их цифра] в неделю. Это по-прежнему так?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8.6 Услуги для дома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Спросите адрес, фото и насколько это срочно. Называйте окно приезда, а не точную цену, пока не увидели объём работ.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Выезд на оценку с окном в 2 часа.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Можете прислать мне по SMS две фотографии [проблемы]? Тогда я запишу выезд на [день] с [времени]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8.7 Недвижимость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Сначала: покупатель или продавец, затем сроки, а для покупателей ещё и финансирование. Описывайте дома, но никогда не говорите, кто живёт в районе.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Показ объекта или встреча с продавцом.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Вы хотите купить, продать или и то и другое? И в какие сроки?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8.8 B2B-услуги и софт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меняется: </w:t>
      </w:r>
      <w:r>
        <w:rPr>
          <w:rFonts w:ascii="Calibri" w:hAnsi="Calibri" w:cs="Calibri" w:eastAsia="Calibri"/>
          <w:b w:val="0"/>
          <w:color w:val="5D5A70"/>
          <w:sz w:val="21"/>
        </w:rPr>
        <w:t>Тот, кто попросил демо, редко решает в одиночку. Спросите, кто ещё участвует.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Следующий шаг: </w:t>
      </w:r>
      <w:r>
        <w:rPr>
          <w:rFonts w:ascii="Calibri" w:hAnsi="Calibri" w:cs="Calibri" w:eastAsia="Calibri"/>
          <w:b w:val="0"/>
          <w:color w:val="5D5A70"/>
          <w:sz w:val="21"/>
        </w:rPr>
        <w:t>Демо или первый звонок с тем, кто принимает решение.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Готовая реплика: </w:t>
      </w:r>
      <w:r>
        <w:rPr>
          <w:rFonts w:ascii="Calibri" w:hAnsi="Calibri" w:cs="Calibri" w:eastAsia="Calibri"/>
          <w:b w:val="0"/>
          <w:color w:val="15131F"/>
          <w:sz w:val="21"/>
        </w:rPr>
        <w:t>Кто ещё будет участвовать в этом решении, и стоит ли пригласить их на демо в [день]?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Регулируемые отрасли: </w:t>
      </w:r>
      <w:r>
        <w:rPr>
          <w:rFonts w:ascii="Calibri" w:hAnsi="Calibri" w:cs="Calibri" w:eastAsia="Calibri"/>
          <w:b w:val="0"/>
          <w:color w:val="5D5A70"/>
          <w:sz w:val="21"/>
        </w:rPr>
        <w:t>В медицине, страховании, финансах и недвижимости соблюдайте требования своей лицензии и отраслевые правила. Никогда не обещайте результат, ставку или цену, которых нет в письменном виде.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Затем используйте: </w:t>
      </w:r>
      <w:r>
        <w:rPr>
          <w:rFonts w:ascii="Calibri" w:hAnsi="Calibri" w:cs="Calibri" w:eastAsia="Calibri"/>
          <w:b w:val="0"/>
          <w:color w:val="5D5A70"/>
          <w:sz w:val="21"/>
        </w:rPr>
        <w:t>План звонка, После КП, Ответы на возражения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От чата на сайте до выигранной сделки за три звонка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Meadowlark Event Rentals — вымышленная компания, которая сдаёт в аренду шатры, столы и освещение для свадеб и корпоративных мероприятий. Она работает по этим скриптам продаж по телефону с Кларой Дженсен, менеджером по мероприятиям в Juniper Hollow Vineyard. Все цифры взяты со слов Клары или из письменного КП.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Чт, 8 окт., 21:15: Здравствуйте, я Клара Дженсен, менеджер по мероприятиям в Juniper Hollow Vineyard. У нас ужин в честь сбора урожая для корпоративного клиента в субботу, 7 ноября, 120 гостей на лужайке. Вы сдаёте в аренду шатры, столы и освещение для такого мероприятия?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Клара. Да, мы сдаём шатры, столы и освещение на 120 гостей. Подходящий шатёр зависит от рассадки и лужайки, поэтому Гидеон Уорд позвонит вам, чтобы всё уточнить, а затем пришлёт письменное коммерческое предложение. По какому номеру и когда ему позвонить?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541-555-0147, завтра с 9 до 10.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Готово. Гидеон позвонит вам в пятницу с 9 до 10 с номера 541-555-0162. Если не дозвонится, он оставит сообщение на автоответчике и отправит одно SMS.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Пт, 9 окт., 9:05, звонок: нет ответа. Сообщение на автоответчик, 15 секунд: «Здравствуйте, Клара! Это Гидеон Уорд из компании Meadowlark Event Rentals, звоню про шатёр на 7 ноября. Я перезвоню в 11, или позвоните мне по номеру 541-555-0162. Спасибо.»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9:06, SMS: Здравствуйте, Клара! Гидеон Уорд, Meadowlark Event Rentals. Звонили вам про шатёр на 7 ноября, оставили сообщение. Перезвоню в 11, или звоните: 541-555-0162.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9:31, Клара перезванивает: Здравствуйте, Гидеон, извините, я была в винном погребе. Сейчас удобно.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перезвонили. Мне нужно 10 минут: я сверю то, что вы написали в чате, задам один вопрос, и мы договоримся о КП. Пока у меня: 120 гостей на лужайке в субботу, 7 ноября. Верно?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Да, за круглыми столами, с танцполом. Клиент переживает из-за дождя.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От одного вопроса зависит, какой нужен шатёр: ровная ли лужайка и можно ли вбивать в неё колья?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Ровная, колья можно, но вдоль восточного края идут трубы полива.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Тогда подойдёт каркасный шатёр 40 на 60 футов (около 12 на 18 м) с прозрачными боковыми стенками на случай дождя. Письменное КП вы получите сегодня до 14:00. Можем обсудить его во вторник в 10?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Вторник в 10 подходит.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Вт, 13 окт., 10:00, звонок после КП: Как договаривались, звоню по КП. Какие вопросы появились, когда вы с клиентом его прочитали?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Только один: нужны ли боковые стенки, если будет сухо?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Они остаются свёрнутыми, если нет дождя. Итак: 5 420 $ за шатёр, боковые стенки, 15 столов, 120 стульев, танцпол и освещение, включая доставку, монтаж и вывоз. Готовы оформить заказ?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Клара (площадка): </w:t>
      </w:r>
      <w:r>
        <w:rPr>
          <w:rFonts w:ascii="Calibri" w:hAnsi="Calibri" w:cs="Calibri" w:eastAsia="Calibri"/>
          <w:b w:val="0"/>
          <w:color w:val="15131F"/>
          <w:sz w:val="21"/>
        </w:rPr>
        <w:t>Да, бронируем.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Гидеон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Спасибо! Счёт на предоплату придёт сегодня. Доставка в четверг, 5 ноября, монтаж в пятницу, 6 ноября, вывоз в понедельник, 9 ноября. Письмо с этими итогами пришлю до полудня.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звонков: Juniper Hollow Vineyard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Звонок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Тип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9 окт., 9:05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по новой заявке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Автоответчик и SMS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9 окт., 9:31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Входящий звонок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КП до 14:00, звонок во вт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13 окт., 10:00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после КП, решение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5 420 $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План звонка, пт, 9 окт.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Шатёр, столы и освещение для ужина в честь сбора урожая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Сверка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120 гостей, лужайка, сб, 7 нояб.; беспокоит дождь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Один вопрос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Ровная ли лужайка и можно ли вбивать колья?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Ровная, колья можно, полив вдоль восточного края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Следующий шаг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КП до 14:00; звонок вт, 13 окт., 10:00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 CRMsoftware.pro на 13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 чата на сайте, конвертирован в сделку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Сделка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Шатёр для ужина в честь урожая · Juniper Hollow Vineyard, 5 420 $, «Закрыто успешно»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Отправлено пт, 9 окт., «Принято» вт, 13 окт.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Полив вдоль восточного края; боковые стенки свёрнуты, если нет дождя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Счёт на предоплату сегодня · Доставка чт, 5 нояб. · Звонок после мероприятия вт, 17 нояб.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Какой скрипт продаж по телефону для какого звонка и что записывать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Звонок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Цель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Запись в CRM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по новой заявке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часа или в выбранное клиентом время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Сверка, один вопрос, следующий шаг с датой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Источник, запрос словами клиента, следующий шаг как задача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Входящий звонок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Пропущенные: перезвонить в течение 1 рабочего часа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Имя и номер, потребность, следующий шаг с датой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Новый лид с источником «Телефон», заметки, следующий шаг как задача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Автоответчик и SMS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пропущенного звонка, один раз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перезванивает или ждёт следующей попытки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попытки, отправленные сообщение и SMS, следующая попытка как задача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после КП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оговорённый день или через 2 рабочих дня после КП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Ответы на вопросы, дата решения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Вопросы клиента в заметках, дата решения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Решающий звонок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дату решения, с тем, кто принимает решение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нет или чего не хватает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Этап изменён, письмо с итогами, задачи по доставке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Продление или допродажа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 60–90 дней до продления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сработало, что меняется, КП на продление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Ответы клиента в заметках, дата продления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Правила тёплых звонков, сообщений на автоответчик и SMS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Тёплый звонок не значит, что можно всё. Три правила помогают звонкам оставаться желанными, а SMS в США — законными.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SMS только с согласия и один раз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Пишите SMS только на мобильный номер, который лид дал вам для связи, только о том, о чём он спрашивал, и представляйтесь. По закону США SMS приравниваются к звонкам, а для продающих SMS, отправленных автоматически, нужно предварительное явное письменное согласие. Если клиент отвечает «стоп», остановитесь: по правилам FCC, принятым в 2024 году, люди могут отозвать согласие любым разумным способом, например ответив «стоп».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Старые лиды и бывшие клиенты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 США после запроса можно звонить потребителю, чей номер внесён в National Do Not Call Registry, в течение 3 месяцев, а после покупки, доставки или оплаты — в течение 18 месяцев. Просьба не звонить отменяет это право. Большинство продающих звонков компаниям освобождено от этих правил. Более старые лиды — это уже холодные звонки.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Три попытки, затем закройте вопрос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Попытка 1: звонок, сообщение на автоответчик и одно SMS. Попытка 2: позже в тот же день или на следующий рабочий день, в другое время. Попытка 3, на 3-й рабочий день: последний звонок и короткое письмо о последней попытке. Затем остановитесь и запишите причину.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Эта страница не является юридической консультацией. Здесь описаны федеральные правила США; у штатов США и других стран есть свои правила для продающих звонков и SMS, поэтому проверяйте официальные правила там, где живёт ваш покупатель.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этими скриптами продаж по телефону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Выберите тип звонка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Каждая вкладка — один звонок: новая заявка, входящий, пропущенный, КП, решение или продление.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Заполните карточку звонка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Запрос клиента его словами, что вы уже знаете, ваш один вопрос и следующий шаг.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Звоните вовремя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 течение часа по новым заявкам, в оговорённый день по повторным звонкам, с номера, который клиент знает как ваш.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Заканчивайте датой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следующий шаг с днём и временем и короткое письмо с итогами в тот же день.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Записывайте каждый звонок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 следующего звонка. Каждую неделю проверяйте минуты до звонка и звонки с дозвоном, но без следующего шага.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Чаты на сайте и веб-формы попадают в раздел «Лиды». Для входящего телефонного звонка нажмите «Добавить лид» и заполните «Название лида», «Телефон», «Источник» («Телефон») и «Исполнитель».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Сделайте обратный звонок задачей: в разделе «Задачи» нажмите «Новая задача» и укажите «Название задачи», например «Перезвонить: Клара Дженсен», «Исполнитель», «Дедлайн» в пределах часа и «Приоритет» — «Высокий». В «Мои задачи» видны «На сегодня» и «Просроченные».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После звонка запишите итоги в «Заметки». Если это реальная возможность, нажмите «Конвертировать в сделку»: так создаются контакт, компания и сделка. В поле «Ожидаемая дата закрытия» укажите дату решения.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тарифе Launch отправьте КП через «Коммерческие предложения» &gt; «Новое предложение» с датой в поле «Действительно до» и добавьте задачу на повторный звонок с полем «Связанная сделка».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 «Мои боты» &gt; ваш бот &gt; вкладка «Основы» &gt; «Инструкции» напишите AI-агенту, кто перезванивает и с какого номера. На вкладке «Поведение» включите «Сбор данных пользователя» и «Собирать номер телефона». Нажмите «Сохранить изменения» и проверьте бота в «Попробуйте бота».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Эти скрипты работают с любым телефоном. После каждого звонка в CRM остаются лид, «Заметки», «Задачи» и сделка. «Лиды», 1 воронка, «Заметки» и базовые задачи бесплатны для 3 пользователей. Коммерческие предложения и онлайн-запись с синхронизацией календаря входят в тариф Launch, 19 $ в месяц при оплате за год.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Еженедельный разбор звонков,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Новые заявки, которые ждали больше 1 часа: почему?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Звонки с дозвоном без следующего шага: чего не хватило?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Лиды на попытке 3: получили ли они последнее письмо?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открытой сделки есть одна задача с дедлайном.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https://crmsoftware.pro/ru/templates/sales-call-script-templates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Скрипты продаж по телефону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