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Шаблон сообщения о сбое сервиса</w:t>
      </w:r>
    </w:p>
    <w:p>
      <w:pPr>
        <w:spacing w:after="80"/>
      </w:pPr>
      <w:r>
        <w:rPr>
          <w:rFonts w:ascii="Calibri" w:hAnsi="Calibri" w:cs="Calibri" w:eastAsia="Calibri"/>
          <w:b w:val="0"/>
          <w:color w:val="5D5A70"/>
          <w:sz w:val="22"/>
        </w:rPr>
        <w:t>Восемь вкладок для малого бизнеса, у которого не работает сервис: первое уведомление, обновления со сроком восстановления и без него, обходные пути, недовольные клиенты, восстановление, итоговое письмо и инструкции для AI-агента. От CRMsoftware.pro.</w:t>
      </w:r>
    </w:p>
    <w:p>
      <w:pPr>
        <w:spacing w:after="280"/>
      </w:pPr>
      <w:r>
        <w:rPr>
          <w:rFonts w:ascii="Calibri" w:hAnsi="Calibri" w:cs="Calibri" w:eastAsia="Calibri"/>
          <w:b w:val="0"/>
          <w:color w:val="5D5A70"/>
          <w:sz w:val="21"/>
        </w:rPr>
        <w:t>Сначала напишите сводку о сбое: что не работает, что ещё работает, кого это затрагивает, обходной путь и время следующего обновления. Замените каждое слово в [скобках] этими фактами и отправляйте одни и те же факты во все каналы. Записывайте каждое сообщение в журнал сбоя Excel.</w:t>
      </w:r>
    </w:p>
    <w:p>
      <w:pPr>
        <w:spacing w:after="160"/>
      </w:pPr>
      <w:r>
        <w:rPr>
          <w:rFonts w:ascii="Calibri" w:hAnsi="Calibri" w:cs="Calibri" w:eastAsia="Calibri"/>
          <w:b/>
          <w:color w:val="15131F"/>
          <w:sz w:val="32"/>
        </w:rPr>
        <w:t>Сообщения</w:t>
      </w:r>
    </w:p>
    <w:p>
      <w:pPr>
        <w:spacing w:after="60"/>
      </w:pPr>
      <w:r>
        <w:rPr>
          <w:rFonts w:ascii="Calibri" w:hAnsi="Calibri" w:cs="Calibri" w:eastAsia="Calibri"/>
          <w:b/>
          <w:color w:val="15131F"/>
          <w:sz w:val="28"/>
        </w:rPr>
        <w:t>1. Первое уведомление в чате и по почте: в течение 15 минут</w:t>
      </w:r>
    </w:p>
    <w:p>
      <w:pPr>
        <w:spacing w:after="80"/>
      </w:pPr>
      <w:r>
        <w:rPr>
          <w:rFonts w:ascii="Calibri" w:hAnsi="Calibri" w:cs="Calibri" w:eastAsia="Calibri"/>
          <w:b w:val="0"/>
          <w:color w:val="5D5A70"/>
          <w:sz w:val="20"/>
        </w:rPr>
        <w:t>Отправить в течение: 15 минут · Кто отправляет: Ответственный за сбой · Следующее обновление: Через 30 минут · Сбой подтверждён, если: Тест не проходит у вас самих, это подтверждает тот, кто устраняет сбой, или два клиента сообщают об одной и той же ошибке.</w:t>
      </w:r>
    </w:p>
    <w:p>
      <w:pPr>
        <w:spacing w:after="80"/>
      </w:pPr>
      <w:r>
        <w:rPr>
          <w:rFonts w:ascii="Calibri" w:hAnsi="Calibri" w:cs="Calibri" w:eastAsia="Calibri"/>
          <w:b w:val="0"/>
          <w:color w:val="15131F"/>
          <w:sz w:val="21"/>
        </w:rPr>
        <w:t>Шаблон начинается с одного сообщения, которое вы отправляете в течение 15 минут после подтверждения сбоя: вы сами увидели ошибку или это подтвердил тот, кто её устраняет. В нём сказано, что не работает, что ещё работает, кого это затрагивает, что делать вместо этого и когда будет следующее обновление. Без причины и без срока восстановления.</w:t>
      </w:r>
    </w:p>
    <w:p>
      <w:pPr>
        <w:spacing w:after="60"/>
      </w:pPr>
      <w:r>
        <w:rPr>
          <w:rFonts w:ascii="Calibri" w:hAnsi="Calibri" w:cs="Calibri" w:eastAsia="Calibri"/>
          <w:b/>
          <w:color w:val="6B3CF0"/>
          <w:sz w:val="21"/>
        </w:rPr>
        <w:t xml:space="preserve">Ответ в чате: </w:t>
      </w:r>
      <w:r>
        <w:rPr>
          <w:rFonts w:ascii="Calibri" w:hAnsi="Calibri" w:cs="Calibri" w:eastAsia="Calibri"/>
          <w:b w:val="0"/>
          <w:color w:val="15131F"/>
          <w:sz w:val="21"/>
        </w:rPr>
        <w:t>Здравствуйте, [имя], спасибо, что написали. Да, с [времени начала] у нас сбой: [что не работает]. [Что ещё работает]. [Кого это затрагивает]. Пока что [обходной путь]. Следующее обновление опубликуем здесь до [времени следующего обновления], даже если новостей ещё не будет.</w:t>
      </w:r>
    </w:p>
    <w:p>
      <w:pPr>
        <w:spacing w:after="60"/>
      </w:pPr>
      <w:r>
        <w:rPr>
          <w:rFonts w:ascii="Calibri" w:hAnsi="Calibri" w:cs="Calibri" w:eastAsia="Calibri"/>
          <w:b/>
          <w:color w:val="6B3CF0"/>
          <w:sz w:val="21"/>
        </w:rPr>
        <w:t xml:space="preserve">Тема письма: </w:t>
      </w:r>
      <w:r>
        <w:rPr>
          <w:rFonts w:ascii="Calibri" w:hAnsi="Calibri" w:cs="Calibri" w:eastAsia="Calibri"/>
          <w:b w:val="0"/>
          <w:color w:val="15131F"/>
          <w:sz w:val="21"/>
        </w:rPr>
        <w:t>Сбой [сервиса]: что работает, следующее обновление до [времени]</w:t>
      </w:r>
    </w:p>
    <w:p>
      <w:pPr>
        <w:spacing w:after="60"/>
      </w:pPr>
      <w:r>
        <w:rPr>
          <w:rFonts w:ascii="Calibri" w:hAnsi="Calibri" w:cs="Calibri" w:eastAsia="Calibri"/>
          <w:b/>
          <w:color w:val="6B3CF0"/>
          <w:sz w:val="21"/>
        </w:rPr>
        <w:t xml:space="preserve">Письмо: </w:t>
      </w:r>
      <w:r>
        <w:rPr>
          <w:rFonts w:ascii="Calibri" w:hAnsi="Calibri" w:cs="Calibri" w:eastAsia="Calibri"/>
          <w:b w:val="0"/>
          <w:color w:val="15131F"/>
          <w:sz w:val="21"/>
        </w:rPr>
        <w:t>Здравствуйте, [имя]!</w:t>
        <w:br/>
        <w:br/>
        <w:t>Сегодня с [времени начала] у нас не работает [что не работает]. Мы устраняем сбой вместе с [кем, например с нашим сервисом онлайн-записи].</w:t>
        <w:br/>
        <w:br/>
        <w:t>Что работает: [что ещё работает].</w:t>
        <w:br/>
        <w:t>Кого затрагивает: [кого затрагивает].</w:t>
        <w:br/>
        <w:t>Что можно сделать сейчас: [обходной путь].</w:t>
        <w:br/>
        <w:br/>
        <w:t>Следующее письмо пришлём до [времени следующего письма] или раньше, если всё заработает. Обновления каждые 30 минут: [где, например в чате на нашем сайте].</w:t>
        <w:br/>
        <w:br/>
        <w:t>Приносим извинения за неудобства.</w:t>
        <w:br/>
        <w:t>[Ваше имя], [должность]</w:t>
        <w:br/>
        <w:t>[Название компании], [телефон]</w:t>
      </w:r>
    </w:p>
    <w:p>
      <w:pPr>
        <w:spacing w:after="60"/>
      </w:pPr>
      <w:r>
        <w:rPr>
          <w:rFonts w:ascii="Calibri" w:hAnsi="Calibri" w:cs="Calibri" w:eastAsia="Calibri"/>
          <w:b/>
          <w:color w:val="6B3CF0"/>
          <w:sz w:val="21"/>
        </w:rPr>
        <w:t xml:space="preserve">Пост в соцсетях: </w:t>
      </w:r>
      <w:r>
        <w:rPr>
          <w:rFonts w:ascii="Calibri" w:hAnsi="Calibri" w:cs="Calibri" w:eastAsia="Calibri"/>
          <w:b w:val="0"/>
          <w:color w:val="15131F"/>
          <w:sz w:val="21"/>
        </w:rPr>
        <w:t>С [времени начала] не работает [сервис]. [Что ещё работает]. [Обходной путь]. Следующее обновление здесь до [времени следующего обновления]. Вопросы: [ссылка на чат или телефон].</w:t>
      </w:r>
    </w:p>
    <w:p>
      <w:pPr>
        <w:spacing w:after="60"/>
      </w:pPr>
      <w:r>
        <w:rPr>
          <w:rFonts w:ascii="Calibri" w:hAnsi="Calibri" w:cs="Calibri" w:eastAsia="Calibri"/>
          <w:b/>
          <w:color w:val="6B3CF0"/>
          <w:sz w:val="21"/>
        </w:rPr>
        <w:t xml:space="preserve">Если сбой ещё не подтверждён: </w:t>
      </w:r>
      <w:r>
        <w:rPr>
          <w:rFonts w:ascii="Calibri" w:hAnsi="Calibri" w:cs="Calibri" w:eastAsia="Calibri"/>
          <w:b w:val="0"/>
          <w:color w:val="15131F"/>
          <w:sz w:val="21"/>
        </w:rPr>
        <w:t>Спасибо, [имя]. Мы проверяем сообщение о том, что [сервис] не работает. Что вы видите на экране? Отвечу здесь в течение 15 минут.</w:t>
      </w:r>
    </w:p>
    <w:p>
      <w:pPr>
        <w:spacing w:after="40"/>
      </w:pPr>
      <w:r>
        <w:rPr>
          <w:rFonts w:ascii="Calibri" w:hAnsi="Calibri" w:cs="Calibri" w:eastAsia="Calibri"/>
          <w:b/>
          <w:color w:val="6B3CF0"/>
          <w:sz w:val="21"/>
        </w:rPr>
        <w:t>Заполните перед отправкой</w:t>
      </w:r>
    </w:p>
    <w:p>
      <w:pPr>
        <w:spacing w:after="40"/>
        <w:ind w:left="283"/>
      </w:pPr>
      <w:r>
        <w:rPr>
          <w:rFonts w:ascii="Calibri" w:hAnsi="Calibri" w:cs="Calibri" w:eastAsia="Calibri"/>
          <w:b w:val="0"/>
          <w:color w:val="15131F"/>
          <w:sz w:val="21"/>
        </w:rPr>
        <w:t>• Подтверждённые последствия: что не работает, что ещё работает, кого это затрагивает.</w:t>
      </w:r>
    </w:p>
    <w:p>
      <w:pPr>
        <w:spacing w:after="40"/>
        <w:ind w:left="283"/>
      </w:pPr>
      <w:r>
        <w:rPr>
          <w:rFonts w:ascii="Calibri" w:hAnsi="Calibri" w:cs="Calibri" w:eastAsia="Calibri"/>
          <w:b w:val="0"/>
          <w:color w:val="15131F"/>
          <w:sz w:val="21"/>
        </w:rPr>
        <w:t>• Обходной путь: только тот, что вы проверили сами, или «пока нет».</w:t>
      </w:r>
    </w:p>
    <w:p>
      <w:pPr>
        <w:spacing w:after="40"/>
        <w:ind w:left="283"/>
      </w:pPr>
      <w:r>
        <w:rPr>
          <w:rFonts w:ascii="Calibri" w:hAnsi="Calibri" w:cs="Calibri" w:eastAsia="Calibri"/>
          <w:b w:val="0"/>
          <w:color w:val="15131F"/>
          <w:sz w:val="21"/>
        </w:rPr>
        <w:t>• Время следующего обновления: конкретное время через 30 минут. Затем запишите сообщение в журнал.</w:t>
      </w:r>
    </w:p>
    <w:p>
      <w:pPr>
        <w:spacing w:after="60"/>
      </w:pPr>
      <w:r>
        <w:rPr>
          <w:rFonts w:ascii="Calibri" w:hAnsi="Calibri" w:cs="Calibri" w:eastAsia="Calibri"/>
          <w:b/>
          <w:color w:val="6B3CF0"/>
          <w:sz w:val="21"/>
        </w:rPr>
        <w:t xml:space="preserve">Никогда не обещайте: </w:t>
      </w:r>
      <w:r>
        <w:rPr>
          <w:rFonts w:ascii="Calibri" w:hAnsi="Calibri" w:cs="Calibri" w:eastAsia="Calibri"/>
          <w:b w:val="0"/>
          <w:color w:val="5D5A70"/>
          <w:sz w:val="21"/>
        </w:rPr>
        <w:t>Срок восстановления, причину или «через пару минут всё заработает».</w:t>
      </w:r>
    </w:p>
    <w:p>
      <w:pPr>
        <w:spacing w:after="160"/>
      </w:pPr>
    </w:p>
    <w:p>
      <w:pPr>
        <w:spacing w:after="60"/>
      </w:pPr>
      <w:r>
        <w:rPr>
          <w:rFonts w:ascii="Calibri" w:hAnsi="Calibri" w:cs="Calibri" w:eastAsia="Calibri"/>
          <w:b/>
          <w:color w:val="15131F"/>
          <w:sz w:val="28"/>
        </w:rPr>
        <w:t>2. Обновление без новостей: назовите время следующего</w:t>
      </w:r>
    </w:p>
    <w:p>
      <w:pPr>
        <w:spacing w:after="80"/>
      </w:pPr>
      <w:r>
        <w:rPr>
          <w:rFonts w:ascii="Calibri" w:hAnsi="Calibri" w:cs="Calibri" w:eastAsia="Calibri"/>
          <w:b w:val="0"/>
          <w:color w:val="5D5A70"/>
          <w:sz w:val="20"/>
        </w:rPr>
        <w:t>Частота: Каждые 30 мин · Максимальный перерыв: 60 минут · Кто отправляет: Ответственный за сбой</w:t>
      </w:r>
    </w:p>
    <w:p>
      <w:pPr>
        <w:spacing w:after="80"/>
      </w:pPr>
      <w:r>
        <w:rPr>
          <w:rFonts w:ascii="Calibri" w:hAnsi="Calibri" w:cs="Calibri" w:eastAsia="Calibri"/>
          <w:b w:val="0"/>
          <w:color w:val="15131F"/>
          <w:sz w:val="21"/>
        </w:rPr>
        <w:t>Отправляйте его каждые 30 минут, пока не появятся настоящие новости. Atlassian рекомендует, пока клиенты не могут пользоваться сервисом, никогда не оставлять их без обновлений дольше часа, всегда сообщать, когда будет следующее, и лучше написать «ничего нового», чем промолчать. Время — то обещание, которое вы точно можете выполнить.</w:t>
      </w:r>
    </w:p>
    <w:p>
      <w:pPr>
        <w:spacing w:after="60"/>
      </w:pPr>
      <w:r>
        <w:rPr>
          <w:rFonts w:ascii="Calibri" w:hAnsi="Calibri" w:cs="Calibri" w:eastAsia="Calibri"/>
          <w:b/>
          <w:color w:val="6B3CF0"/>
          <w:sz w:val="21"/>
        </w:rPr>
        <w:t xml:space="preserve">Обновление для чата и соцсетей: </w:t>
      </w:r>
      <w:r>
        <w:rPr>
          <w:rFonts w:ascii="Calibri" w:hAnsi="Calibri" w:cs="Calibri" w:eastAsia="Calibri"/>
          <w:b w:val="0"/>
          <w:color w:val="15131F"/>
          <w:sz w:val="21"/>
        </w:rPr>
        <w:t>Обновление, [время]: сбой ещё не устранён ([что не работает]). Над ним по-прежнему работает [кто устраняет сбой], срока восстановления пока нет. Как обычно работает: [что ещё работает]. А пока: [обходной путь]. Следующее обновление здесь до [времени следующего обновления].</w:t>
      </w:r>
    </w:p>
    <w:p>
      <w:pPr>
        <w:spacing w:after="60"/>
      </w:pPr>
      <w:r>
        <w:rPr>
          <w:rFonts w:ascii="Calibri" w:hAnsi="Calibri" w:cs="Calibri" w:eastAsia="Calibri"/>
          <w:b/>
          <w:color w:val="6B3CF0"/>
          <w:sz w:val="21"/>
        </w:rPr>
        <w:t xml:space="preserve">Ответ на «Есть новости?»: </w:t>
      </w:r>
      <w:r>
        <w:rPr>
          <w:rFonts w:ascii="Calibri" w:hAnsi="Calibri" w:cs="Calibri" w:eastAsia="Calibri"/>
          <w:b w:val="0"/>
          <w:color w:val="15131F"/>
          <w:sz w:val="21"/>
        </w:rPr>
        <w:t>Пока нет, [имя], и я лучше скажу честно, чем буду гадать. Следующее обновление до [времени следующего обновления].</w:t>
      </w:r>
    </w:p>
    <w:p>
      <w:pPr>
        <w:spacing w:after="60"/>
      </w:pPr>
      <w:r>
        <w:rPr>
          <w:rFonts w:ascii="Calibri" w:hAnsi="Calibri" w:cs="Calibri" w:eastAsia="Calibri"/>
          <w:b/>
          <w:color w:val="6B3CF0"/>
          <w:sz w:val="21"/>
        </w:rPr>
        <w:t xml:space="preserve">Если сбой длится больше 2 часов: </w:t>
      </w:r>
      <w:r>
        <w:rPr>
          <w:rFonts w:ascii="Calibri" w:hAnsi="Calibri" w:cs="Calibri" w:eastAsia="Calibri"/>
          <w:b w:val="0"/>
          <w:color w:val="15131F"/>
          <w:sz w:val="21"/>
        </w:rPr>
        <w:t>Обновление, [время]: сбой ещё не устранён ([что не работает]), и [кто устраняет сбой] ожидает, что ремонт займёт больше времени. Теперь мы публикуем обновления каждые [60] минут, следующее — в [время следующего обновления], и сразу, если что-то изменится. [Обходной путь] по-прежнему работает.</w:t>
      </w:r>
    </w:p>
    <w:p>
      <w:pPr>
        <w:spacing w:after="40"/>
      </w:pPr>
      <w:r>
        <w:rPr>
          <w:rFonts w:ascii="Calibri" w:hAnsi="Calibri" w:cs="Calibri" w:eastAsia="Calibri"/>
          <w:b/>
          <w:color w:val="6B3CF0"/>
          <w:sz w:val="21"/>
        </w:rPr>
        <w:t>Заполните перед отправкой</w:t>
      </w:r>
    </w:p>
    <w:p>
      <w:pPr>
        <w:spacing w:after="40"/>
        <w:ind w:left="283"/>
      </w:pPr>
      <w:r>
        <w:rPr>
          <w:rFonts w:ascii="Calibri" w:hAnsi="Calibri" w:cs="Calibri" w:eastAsia="Calibri"/>
          <w:b w:val="0"/>
          <w:color w:val="15131F"/>
          <w:sz w:val="21"/>
        </w:rPr>
        <w:t>• Время этого обновления, чтобы клиенты видели, что оно свежее.</w:t>
      </w:r>
    </w:p>
    <w:p>
      <w:pPr>
        <w:spacing w:after="40"/>
        <w:ind w:left="283"/>
      </w:pPr>
      <w:r>
        <w:rPr>
          <w:rFonts w:ascii="Calibri" w:hAnsi="Calibri" w:cs="Calibri" w:eastAsia="Calibri"/>
          <w:b w:val="0"/>
          <w:color w:val="15131F"/>
          <w:sz w:val="21"/>
        </w:rPr>
        <w:t>• Что изменилось с прошлого обновления, или «без изменений»: только то, что сказал тот, кто устраняет сбой.</w:t>
      </w:r>
    </w:p>
    <w:p>
      <w:pPr>
        <w:spacing w:after="40"/>
        <w:ind w:left="283"/>
      </w:pPr>
      <w:r>
        <w:rPr>
          <w:rFonts w:ascii="Calibri" w:hAnsi="Calibri" w:cs="Calibri" w:eastAsia="Calibri"/>
          <w:b w:val="0"/>
          <w:color w:val="15131F"/>
          <w:sz w:val="21"/>
        </w:rPr>
        <w:t>• Снова обходной путь и время следующего обновления. Поставьте напоминание в календаре за 5 минут до него.</w:t>
      </w:r>
    </w:p>
    <w:p>
      <w:pPr>
        <w:spacing w:after="60"/>
      </w:pPr>
      <w:r>
        <w:rPr>
          <w:rFonts w:ascii="Calibri" w:hAnsi="Calibri" w:cs="Calibri" w:eastAsia="Calibri"/>
          <w:b/>
          <w:color w:val="6B3CF0"/>
          <w:sz w:val="21"/>
        </w:rPr>
        <w:t xml:space="preserve">Никогда не обещайте: </w:t>
      </w:r>
      <w:r>
        <w:rPr>
          <w:rFonts w:ascii="Calibri" w:hAnsi="Calibri" w:cs="Calibri" w:eastAsia="Calibri"/>
          <w:b w:val="0"/>
          <w:color w:val="5D5A70"/>
          <w:sz w:val="21"/>
        </w:rPr>
        <w:t>Срок восстановления, который вам никто не называл, или «скоро». Никогда не пропускайте обновление из-за того, что новостей нет. Правила PagerDuty допускают более редкие обновления после двух часов, но в каждом обновлении всё равно указано время следующего.</w:t>
      </w:r>
    </w:p>
    <w:p>
      <w:pPr>
        <w:spacing w:after="60"/>
      </w:pPr>
      <w:r>
        <w:rPr>
          <w:rFonts w:ascii="Calibri" w:hAnsi="Calibri" w:cs="Calibri" w:eastAsia="Calibri"/>
          <w:b/>
          <w:color w:val="6B3CF0"/>
          <w:sz w:val="21"/>
        </w:rPr>
        <w:t xml:space="preserve">Вместо срока восстановления назовите: </w:t>
      </w:r>
      <w:r>
        <w:rPr>
          <w:rFonts w:ascii="Calibri" w:hAnsi="Calibri" w:cs="Calibri" w:eastAsia="Calibri"/>
          <w:b w:val="0"/>
          <w:color w:val="5D5A70"/>
          <w:sz w:val="21"/>
        </w:rPr>
        <w:t>Конкретное время, Срока пока нет, Что ещё работает, Обходной путь</w:t>
      </w:r>
    </w:p>
    <w:p>
      <w:pPr>
        <w:spacing w:after="160"/>
      </w:pPr>
    </w:p>
    <w:p>
      <w:pPr>
        <w:spacing w:after="60"/>
      </w:pPr>
      <w:r>
        <w:rPr>
          <w:rFonts w:ascii="Calibri" w:hAnsi="Calibri" w:cs="Calibri" w:eastAsia="Calibri"/>
          <w:b/>
          <w:color w:val="15131F"/>
          <w:sz w:val="28"/>
        </w:rPr>
        <w:t>3. Обновление со сроком восстановления: только подтверждённым и с запасом</w:t>
      </w:r>
    </w:p>
    <w:p>
      <w:pPr>
        <w:spacing w:after="80"/>
      </w:pPr>
      <w:r>
        <w:rPr>
          <w:rFonts w:ascii="Calibri" w:hAnsi="Calibri" w:cs="Calibri" w:eastAsia="Calibri"/>
          <w:b w:val="0"/>
          <w:color w:val="5D5A70"/>
          <w:sz w:val="20"/>
        </w:rPr>
        <w:t>Называть срок: Только подтверждённый · Запас: +30 мин или +50% · Если сдвигается: Скажите заранее · Пример: Провайдер называет 08:30. Вы говорите «до 09:00». Исправлено в 08:20, сообщение о восстановлении в 08:44: обещание выполнено.</w:t>
      </w:r>
    </w:p>
    <w:p>
      <w:pPr>
        <w:spacing w:after="80"/>
      </w:pPr>
      <w:r>
        <w:rPr>
          <w:rFonts w:ascii="Calibri" w:hAnsi="Calibri" w:cs="Calibri" w:eastAsia="Calibri"/>
          <w:b w:val="0"/>
          <w:color w:val="15131F"/>
          <w:sz w:val="21"/>
        </w:rPr>
        <w:t>Называйте срок восстановления, только когда его подтвердил тот, кто устраняет сбой: ваш провайдер, разработчик или IT-поддержка, лучше письменно. Затем добавьте запас: не меньше 30 минут или половину оценки, если ремонт долгий. Клиенты запоминают время, которое вы назвали.</w:t>
      </w:r>
    </w:p>
    <w:p>
      <w:pPr>
        <w:spacing w:after="60"/>
      </w:pPr>
      <w:r>
        <w:rPr>
          <w:rFonts w:ascii="Calibri" w:hAnsi="Calibri" w:cs="Calibri" w:eastAsia="Calibri"/>
          <w:b/>
          <w:color w:val="6B3CF0"/>
          <w:sz w:val="21"/>
        </w:rPr>
        <w:t xml:space="preserve">Обновление для чата и соцсетей: </w:t>
      </w:r>
      <w:r>
        <w:rPr>
          <w:rFonts w:ascii="Calibri" w:hAnsi="Calibri" w:cs="Calibri" w:eastAsia="Calibri"/>
          <w:b w:val="0"/>
          <w:color w:val="15131F"/>
          <w:sz w:val="21"/>
        </w:rPr>
        <w:t>Обновление, [время]: причина найдена, и [кто устраняет сбой] ожидает, что [что не работает] заработает до [срока с запасом]. А пока: [обходной путь]. Мы подтвердим здесь, как только всё заработает. Следующее обновление до [времени следующего обновления].</w:t>
      </w:r>
    </w:p>
    <w:p>
      <w:pPr>
        <w:spacing w:after="60"/>
      </w:pPr>
      <w:r>
        <w:rPr>
          <w:rFonts w:ascii="Calibri" w:hAnsi="Calibri" w:cs="Calibri" w:eastAsia="Calibri"/>
          <w:b/>
          <w:color w:val="6B3CF0"/>
          <w:sz w:val="21"/>
        </w:rPr>
        <w:t xml:space="preserve">Тема письма: </w:t>
      </w:r>
      <w:r>
        <w:rPr>
          <w:rFonts w:ascii="Calibri" w:hAnsi="Calibri" w:cs="Calibri" w:eastAsia="Calibri"/>
          <w:b w:val="0"/>
          <w:color w:val="15131F"/>
          <w:sz w:val="21"/>
        </w:rPr>
        <w:t>Обновление: восстановление [сервиса] ожидается до [срока с запасом]</w:t>
      </w:r>
    </w:p>
    <w:p>
      <w:pPr>
        <w:spacing w:after="60"/>
      </w:pPr>
      <w:r>
        <w:rPr>
          <w:rFonts w:ascii="Calibri" w:hAnsi="Calibri" w:cs="Calibri" w:eastAsia="Calibri"/>
          <w:b/>
          <w:color w:val="6B3CF0"/>
          <w:sz w:val="21"/>
        </w:rPr>
        <w:t xml:space="preserve">Письмо: </w:t>
      </w:r>
      <w:r>
        <w:rPr>
          <w:rFonts w:ascii="Calibri" w:hAnsi="Calibri" w:cs="Calibri" w:eastAsia="Calibri"/>
          <w:b w:val="0"/>
          <w:color w:val="15131F"/>
          <w:sz w:val="21"/>
        </w:rPr>
        <w:t>Здравствуйте, [имя]!</w:t>
        <w:br/>
        <w:br/>
        <w:t>Причина сбоя ([что не работает]) найдена, и [кто устраняет сбой] ожидает, что всё заработает сегодня до [срока с запасом].</w:t>
        <w:br/>
        <w:br/>
        <w:t>А пока: [обходной путь].</w:t>
        <w:br/>
        <w:t>Что это значит для вас: [например, записи, сделанные до сбоя, сохранены].</w:t>
        <w:br/>
        <w:br/>
        <w:t>Мы напишем, когда всё заработает, или не позднее [времени следующего письма].</w:t>
        <w:br/>
        <w:br/>
        <w:t>[Ваше имя], [должность]</w:t>
        <w:br/>
        <w:t>[Название компании]</w:t>
      </w:r>
    </w:p>
    <w:p>
      <w:pPr>
        <w:spacing w:after="60"/>
      </w:pPr>
      <w:r>
        <w:rPr>
          <w:rFonts w:ascii="Calibri" w:hAnsi="Calibri" w:cs="Calibri" w:eastAsia="Calibri"/>
          <w:b/>
          <w:color w:val="6B3CF0"/>
          <w:sz w:val="21"/>
        </w:rPr>
        <w:t xml:space="preserve">Если срок сдвигается: </w:t>
      </w:r>
      <w:r>
        <w:rPr>
          <w:rFonts w:ascii="Calibri" w:hAnsi="Calibri" w:cs="Calibri" w:eastAsia="Calibri"/>
          <w:b w:val="0"/>
          <w:color w:val="15131F"/>
          <w:sz w:val="21"/>
        </w:rPr>
        <w:t>Обновление, [время]: устранение занимает больше времени, чем ожидалось, поэтому прежний срок ([срок с запасом]) уже не в силе. [Новый срок с запасом или: нового срока восстановления пока нет]. [Обходной путь] по-прежнему работает. Следующее обновление до [времени следующего обновления].</w:t>
      </w:r>
    </w:p>
    <w:p>
      <w:pPr>
        <w:spacing w:after="40"/>
      </w:pPr>
      <w:r>
        <w:rPr>
          <w:rFonts w:ascii="Calibri" w:hAnsi="Calibri" w:cs="Calibri" w:eastAsia="Calibri"/>
          <w:b/>
          <w:color w:val="6B3CF0"/>
          <w:sz w:val="21"/>
        </w:rPr>
        <w:t>Заполните перед отправкой</w:t>
      </w:r>
    </w:p>
    <w:p>
      <w:pPr>
        <w:spacing w:after="40"/>
        <w:ind w:left="283"/>
      </w:pPr>
      <w:r>
        <w:rPr>
          <w:rFonts w:ascii="Calibri" w:hAnsi="Calibri" w:cs="Calibri" w:eastAsia="Calibri"/>
          <w:b w:val="0"/>
          <w:color w:val="15131F"/>
          <w:sz w:val="21"/>
        </w:rPr>
        <w:t>• Источник срока: кто его подтвердил, когда и как. Запишите это в журнал.</w:t>
      </w:r>
    </w:p>
    <w:p>
      <w:pPr>
        <w:spacing w:after="40"/>
        <w:ind w:left="283"/>
      </w:pPr>
      <w:r>
        <w:rPr>
          <w:rFonts w:ascii="Calibri" w:hAnsi="Calibri" w:cs="Calibri" w:eastAsia="Calibri"/>
          <w:b w:val="0"/>
          <w:color w:val="15131F"/>
          <w:sz w:val="21"/>
        </w:rPr>
        <w:t>• Время следующего обновления: по-прежнему каждые 30 минут, даже когда срок известен.</w:t>
      </w:r>
    </w:p>
    <w:p>
      <w:pPr>
        <w:spacing w:after="60"/>
      </w:pPr>
      <w:r>
        <w:rPr>
          <w:rFonts w:ascii="Calibri" w:hAnsi="Calibri" w:cs="Calibri" w:eastAsia="Calibri"/>
          <w:b/>
          <w:color w:val="6B3CF0"/>
          <w:sz w:val="21"/>
        </w:rPr>
        <w:t xml:space="preserve">Никогда не обещайте: </w:t>
      </w:r>
      <w:r>
        <w:rPr>
          <w:rFonts w:ascii="Calibri" w:hAnsi="Calibri" w:cs="Calibri" w:eastAsia="Calibri"/>
          <w:b w:val="0"/>
          <w:color w:val="5D5A70"/>
          <w:sz w:val="21"/>
        </w:rPr>
        <w:t>Время, которое никто не подтвердил, или время без запаса. Если срок сдвинется, скажите об этом до того, как он пройдёт.</w:t>
      </w:r>
    </w:p>
    <w:p>
      <w:pPr>
        <w:spacing w:after="160"/>
      </w:pPr>
    </w:p>
    <w:p>
      <w:pPr>
        <w:spacing w:after="60"/>
      </w:pPr>
      <w:r>
        <w:rPr>
          <w:rFonts w:ascii="Calibri" w:hAnsi="Calibri" w:cs="Calibri" w:eastAsia="Calibri"/>
          <w:b/>
          <w:color w:val="15131F"/>
          <w:sz w:val="28"/>
        </w:rPr>
        <w:t>4. Обходной путь и что ещё работает, по типу сбоя</w:t>
      </w:r>
    </w:p>
    <w:p>
      <w:pPr>
        <w:spacing w:after="80"/>
      </w:pPr>
      <w:r>
        <w:rPr>
          <w:rFonts w:ascii="Calibri" w:hAnsi="Calibri" w:cs="Calibri" w:eastAsia="Calibri"/>
          <w:b w:val="0"/>
          <w:color w:val="5D5A70"/>
          <w:sz w:val="20"/>
        </w:rPr>
        <w:t>Правило: Только проверенный · Повторяйте: В каждом обновлении · Подготовьтесь заранее: Каждый вечер выгружайте записи на следующий день, держите второй номер телефона и запишите приветствие автоответчика на случай сбоя.</w:t>
      </w:r>
    </w:p>
    <w:p>
      <w:pPr>
        <w:spacing w:after="80"/>
      </w:pPr>
      <w:r>
        <w:rPr>
          <w:rFonts w:ascii="Calibri" w:hAnsi="Calibri" w:cs="Calibri" w:eastAsia="Calibri"/>
          <w:b w:val="0"/>
          <w:color w:val="15131F"/>
          <w:sz w:val="21"/>
        </w:rPr>
        <w:t>Большинство сбоев ломают что-то одно, а не всё сразу. В каждом сообщении называйте, что ещё работает, и предлагайте только тот обходной путь, который проверили сами.</w:t>
      </w:r>
    </w:p>
    <w:p>
      <w:pPr>
        <w:spacing w:after="40"/>
      </w:pPr>
      <w:r>
        <w:rPr>
          <w:rFonts w:ascii="Calibri" w:hAnsi="Calibri" w:cs="Calibri" w:eastAsia="Calibri"/>
          <w:b/>
          <w:color w:val="15131F"/>
          <w:sz w:val="22"/>
        </w:rPr>
        <w:t>4.1 Не работает система записи</w:t>
      </w:r>
    </w:p>
    <w:p>
      <w:pPr>
        <w:spacing w:after="60"/>
      </w:pPr>
      <w:r>
        <w:rPr>
          <w:rFonts w:ascii="Calibri" w:hAnsi="Calibri" w:cs="Calibri" w:eastAsia="Calibri"/>
          <w:b/>
          <w:color w:val="6B3CF0"/>
          <w:sz w:val="21"/>
        </w:rPr>
        <w:t xml:space="preserve">Ещё работает: </w:t>
      </w:r>
      <w:r>
        <w:rPr>
          <w:rFonts w:ascii="Calibri" w:hAnsi="Calibri" w:cs="Calibri" w:eastAsia="Calibri"/>
          <w:b w:val="0"/>
          <w:color w:val="5D5A70"/>
          <w:sz w:val="21"/>
        </w:rPr>
        <w:t>Вы открыты; существующие записи обычно сохраняются (уточните у провайдера).</w:t>
      </w:r>
    </w:p>
    <w:p>
      <w:pPr>
        <w:spacing w:after="60"/>
      </w:pPr>
      <w:r>
        <w:rPr>
          <w:rFonts w:ascii="Calibri" w:hAnsi="Calibri" w:cs="Calibri" w:eastAsia="Calibri"/>
          <w:b/>
          <w:color w:val="6B3CF0"/>
          <w:sz w:val="21"/>
        </w:rPr>
        <w:t xml:space="preserve">Обходной путь: </w:t>
      </w:r>
      <w:r>
        <w:rPr>
          <w:rFonts w:ascii="Calibri" w:hAnsi="Calibri" w:cs="Calibri" w:eastAsia="Calibri"/>
          <w:b w:val="0"/>
          <w:color w:val="5D5A70"/>
          <w:sz w:val="21"/>
        </w:rPr>
        <w:t>Запись и отмена по телефону, в чате или по почте; отметка о приходе по имени.</w:t>
      </w:r>
    </w:p>
    <w:p>
      <w:pPr>
        <w:spacing w:after="60"/>
      </w:pPr>
      <w:r>
        <w:rPr>
          <w:rFonts w:ascii="Calibri" w:hAnsi="Calibri" w:cs="Calibri" w:eastAsia="Calibri"/>
          <w:b/>
          <w:color w:val="6B3CF0"/>
          <w:sz w:val="21"/>
        </w:rPr>
        <w:t xml:space="preserve">Скажите: </w:t>
      </w:r>
      <w:r>
        <w:rPr>
          <w:rFonts w:ascii="Calibri" w:hAnsi="Calibri" w:cs="Calibri" w:eastAsia="Calibri"/>
          <w:b w:val="0"/>
          <w:color w:val="15131F"/>
          <w:sz w:val="21"/>
        </w:rPr>
        <w:t>Онлайн-запись сейчас не работает, но мы открыты, и все записи в силе. Чтобы записаться или отменить запись, ответьте здесь или позвоните по номеру [телефон].</w:t>
      </w:r>
    </w:p>
    <w:p>
      <w:pPr>
        <w:spacing w:after="40"/>
      </w:pPr>
    </w:p>
    <w:p>
      <w:pPr>
        <w:spacing w:after="40"/>
      </w:pPr>
      <w:r>
        <w:rPr>
          <w:rFonts w:ascii="Calibri" w:hAnsi="Calibri" w:cs="Calibri" w:eastAsia="Calibri"/>
          <w:b/>
          <w:color w:val="15131F"/>
          <w:sz w:val="22"/>
        </w:rPr>
        <w:t>4.2 Не работают онлайн-заказы</w:t>
      </w:r>
    </w:p>
    <w:p>
      <w:pPr>
        <w:spacing w:after="60"/>
      </w:pPr>
      <w:r>
        <w:rPr>
          <w:rFonts w:ascii="Calibri" w:hAnsi="Calibri" w:cs="Calibri" w:eastAsia="Calibri"/>
          <w:b/>
          <w:color w:val="6B3CF0"/>
          <w:sz w:val="21"/>
        </w:rPr>
        <w:t xml:space="preserve">Ещё работает: </w:t>
      </w:r>
      <w:r>
        <w:rPr>
          <w:rFonts w:ascii="Calibri" w:hAnsi="Calibri" w:cs="Calibri" w:eastAsia="Calibri"/>
          <w:b w:val="0"/>
          <w:color w:val="5D5A70"/>
          <w:sz w:val="21"/>
        </w:rPr>
        <w:t>Заказы по телефону, самовывоз, заказы, оформленные до сбоя.</w:t>
      </w:r>
    </w:p>
    <w:p>
      <w:pPr>
        <w:spacing w:after="60"/>
      </w:pPr>
      <w:r>
        <w:rPr>
          <w:rFonts w:ascii="Calibri" w:hAnsi="Calibri" w:cs="Calibri" w:eastAsia="Calibri"/>
          <w:b/>
          <w:color w:val="6B3CF0"/>
          <w:sz w:val="21"/>
        </w:rPr>
        <w:t xml:space="preserve">Обходной путь: </w:t>
      </w:r>
      <w:r>
        <w:rPr>
          <w:rFonts w:ascii="Calibri" w:hAnsi="Calibri" w:cs="Calibri" w:eastAsia="Calibri"/>
          <w:b w:val="0"/>
          <w:color w:val="5D5A70"/>
          <w:sz w:val="21"/>
        </w:rPr>
        <w:t>Принимайте заказы по телефону или в чате и подтверждайте каждый письменно.</w:t>
      </w:r>
    </w:p>
    <w:p>
      <w:pPr>
        <w:spacing w:after="60"/>
      </w:pPr>
      <w:r>
        <w:rPr>
          <w:rFonts w:ascii="Calibri" w:hAnsi="Calibri" w:cs="Calibri" w:eastAsia="Calibri"/>
          <w:b/>
          <w:color w:val="6B3CF0"/>
          <w:sz w:val="21"/>
        </w:rPr>
        <w:t xml:space="preserve">Скажите: </w:t>
      </w:r>
      <w:r>
        <w:rPr>
          <w:rFonts w:ascii="Calibri" w:hAnsi="Calibri" w:cs="Calibri" w:eastAsia="Calibri"/>
          <w:b w:val="0"/>
          <w:color w:val="15131F"/>
          <w:sz w:val="21"/>
        </w:rPr>
        <w:t>Онлайн-заказы сейчас не работают. Заказать можно по телефону [телефон] или здесь в чате, а заказы, оформленные до [времени начала], будут выполнены как обычно.</w:t>
      </w:r>
    </w:p>
    <w:p>
      <w:pPr>
        <w:spacing w:after="40"/>
      </w:pPr>
    </w:p>
    <w:p>
      <w:pPr>
        <w:spacing w:after="40"/>
      </w:pPr>
      <w:r>
        <w:rPr>
          <w:rFonts w:ascii="Calibri" w:hAnsi="Calibri" w:cs="Calibri" w:eastAsia="Calibri"/>
          <w:b/>
          <w:color w:val="15131F"/>
          <w:sz w:val="22"/>
        </w:rPr>
        <w:t>4.3 Не работает сайт</w:t>
      </w:r>
    </w:p>
    <w:p>
      <w:pPr>
        <w:spacing w:after="60"/>
      </w:pPr>
      <w:r>
        <w:rPr>
          <w:rFonts w:ascii="Calibri" w:hAnsi="Calibri" w:cs="Calibri" w:eastAsia="Calibri"/>
          <w:b/>
          <w:color w:val="6B3CF0"/>
          <w:sz w:val="21"/>
        </w:rPr>
        <w:t xml:space="preserve">Ещё работает: </w:t>
      </w:r>
      <w:r>
        <w:rPr>
          <w:rFonts w:ascii="Calibri" w:hAnsi="Calibri" w:cs="Calibri" w:eastAsia="Calibri"/>
          <w:b w:val="0"/>
          <w:color w:val="5D5A70"/>
          <w:sz w:val="21"/>
        </w:rPr>
        <w:t>Телефон, почта, сообщения в соцсетях, ваш магазин или офис.</w:t>
      </w:r>
    </w:p>
    <w:p>
      <w:pPr>
        <w:spacing w:after="60"/>
      </w:pPr>
      <w:r>
        <w:rPr>
          <w:rFonts w:ascii="Calibri" w:hAnsi="Calibri" w:cs="Calibri" w:eastAsia="Calibri"/>
          <w:b/>
          <w:color w:val="6B3CF0"/>
          <w:sz w:val="21"/>
        </w:rPr>
        <w:t xml:space="preserve">Обходной путь: </w:t>
      </w:r>
      <w:r>
        <w:rPr>
          <w:rFonts w:ascii="Calibri" w:hAnsi="Calibri" w:cs="Calibri" w:eastAsia="Calibri"/>
          <w:b w:val="0"/>
          <w:color w:val="5D5A70"/>
          <w:sz w:val="21"/>
        </w:rPr>
        <w:t>Закреплённый пост в соцсетях и приветствие автоответчика о сбое.</w:t>
      </w:r>
    </w:p>
    <w:p>
      <w:pPr>
        <w:spacing w:after="60"/>
      </w:pPr>
      <w:r>
        <w:rPr>
          <w:rFonts w:ascii="Calibri" w:hAnsi="Calibri" w:cs="Calibri" w:eastAsia="Calibri"/>
          <w:b/>
          <w:color w:val="6B3CF0"/>
          <w:sz w:val="21"/>
        </w:rPr>
        <w:t xml:space="preserve">Скажите: </w:t>
      </w:r>
      <w:r>
        <w:rPr>
          <w:rFonts w:ascii="Calibri" w:hAnsi="Calibri" w:cs="Calibri" w:eastAsia="Calibri"/>
          <w:b w:val="0"/>
          <w:color w:val="15131F"/>
          <w:sz w:val="21"/>
        </w:rPr>
        <w:t>С [времени начала] не работает наш сайт, но мы работаем как обычно. Звоните по номеру [телефон] или пишите нам в [соцсеть]. Следующее обновление до [времени следующего обновления].</w:t>
      </w:r>
    </w:p>
    <w:p>
      <w:pPr>
        <w:spacing w:after="40"/>
      </w:pPr>
    </w:p>
    <w:p>
      <w:pPr>
        <w:spacing w:after="40"/>
      </w:pPr>
      <w:r>
        <w:rPr>
          <w:rFonts w:ascii="Calibri" w:hAnsi="Calibri" w:cs="Calibri" w:eastAsia="Calibri"/>
          <w:b/>
          <w:color w:val="15131F"/>
          <w:sz w:val="22"/>
        </w:rPr>
        <w:t>4.4 Не проходит оплата картой</w:t>
      </w:r>
    </w:p>
    <w:p>
      <w:pPr>
        <w:spacing w:after="60"/>
      </w:pPr>
      <w:r>
        <w:rPr>
          <w:rFonts w:ascii="Calibri" w:hAnsi="Calibri" w:cs="Calibri" w:eastAsia="Calibri"/>
          <w:b/>
          <w:color w:val="6B3CF0"/>
          <w:sz w:val="21"/>
        </w:rPr>
        <w:t xml:space="preserve">Ещё работает: </w:t>
      </w:r>
      <w:r>
        <w:rPr>
          <w:rFonts w:ascii="Calibri" w:hAnsi="Calibri" w:cs="Calibri" w:eastAsia="Calibri"/>
          <w:b w:val="0"/>
          <w:color w:val="5D5A70"/>
          <w:sz w:val="21"/>
        </w:rPr>
        <w:t>Сама услуга; наличные или банковский перевод, если вы их принимаете.</w:t>
      </w:r>
    </w:p>
    <w:p>
      <w:pPr>
        <w:spacing w:after="60"/>
      </w:pPr>
      <w:r>
        <w:rPr>
          <w:rFonts w:ascii="Calibri" w:hAnsi="Calibri" w:cs="Calibri" w:eastAsia="Calibri"/>
          <w:b/>
          <w:color w:val="6B3CF0"/>
          <w:sz w:val="21"/>
        </w:rPr>
        <w:t xml:space="preserve">Обходной путь: </w:t>
      </w:r>
      <w:r>
        <w:rPr>
          <w:rFonts w:ascii="Calibri" w:hAnsi="Calibri" w:cs="Calibri" w:eastAsia="Calibri"/>
          <w:b w:val="0"/>
          <w:color w:val="5D5A70"/>
          <w:sz w:val="21"/>
        </w:rPr>
        <w:t>Подтвердите заказ сейчас, а запрос на оплату отправьте позже.</w:t>
      </w:r>
    </w:p>
    <w:p>
      <w:pPr>
        <w:spacing w:after="60"/>
      </w:pPr>
      <w:r>
        <w:rPr>
          <w:rFonts w:ascii="Calibri" w:hAnsi="Calibri" w:cs="Calibri" w:eastAsia="Calibri"/>
          <w:b/>
          <w:color w:val="6B3CF0"/>
          <w:sz w:val="21"/>
        </w:rPr>
        <w:t xml:space="preserve">Скажите: </w:t>
      </w:r>
      <w:r>
        <w:rPr>
          <w:rFonts w:ascii="Calibri" w:hAnsi="Calibri" w:cs="Calibri" w:eastAsia="Calibri"/>
          <w:b w:val="0"/>
          <w:color w:val="15131F"/>
          <w:sz w:val="21"/>
        </w:rPr>
        <w:t>Оплата картой сейчас не проходит. Мы подтвердили: [ваш заказ или запись] в силе. Запрос на оплату пришлём, когда всё заработает, и дважды деньги не спишем.</w:t>
      </w:r>
    </w:p>
    <w:p>
      <w:pPr>
        <w:spacing w:after="40"/>
      </w:pPr>
    </w:p>
    <w:p>
      <w:pPr>
        <w:spacing w:after="40"/>
      </w:pPr>
      <w:r>
        <w:rPr>
          <w:rFonts w:ascii="Calibri" w:hAnsi="Calibri" w:cs="Calibri" w:eastAsia="Calibri"/>
          <w:b/>
          <w:color w:val="15131F"/>
          <w:sz w:val="22"/>
        </w:rPr>
        <w:t>4.5 Не работает интернет, телефон или программа</w:t>
      </w:r>
    </w:p>
    <w:p>
      <w:pPr>
        <w:spacing w:after="60"/>
      </w:pPr>
      <w:r>
        <w:rPr>
          <w:rFonts w:ascii="Calibri" w:hAnsi="Calibri" w:cs="Calibri" w:eastAsia="Calibri"/>
          <w:b/>
          <w:color w:val="6B3CF0"/>
          <w:sz w:val="21"/>
        </w:rPr>
        <w:t xml:space="preserve">Ещё работает: </w:t>
      </w:r>
      <w:r>
        <w:rPr>
          <w:rFonts w:ascii="Calibri" w:hAnsi="Calibri" w:cs="Calibri" w:eastAsia="Calibri"/>
          <w:b w:val="0"/>
          <w:color w:val="5D5A70"/>
          <w:sz w:val="21"/>
        </w:rPr>
        <w:t>Мобильные телефоны, мобильный интернет и бумага.</w:t>
      </w:r>
    </w:p>
    <w:p>
      <w:pPr>
        <w:spacing w:after="60"/>
      </w:pPr>
      <w:r>
        <w:rPr>
          <w:rFonts w:ascii="Calibri" w:hAnsi="Calibri" w:cs="Calibri" w:eastAsia="Calibri"/>
          <w:b/>
          <w:color w:val="6B3CF0"/>
          <w:sz w:val="21"/>
        </w:rPr>
        <w:t xml:space="preserve">Обходной путь: </w:t>
      </w:r>
      <w:r>
        <w:rPr>
          <w:rFonts w:ascii="Calibri" w:hAnsi="Calibri" w:cs="Calibri" w:eastAsia="Calibri"/>
          <w:b w:val="0"/>
          <w:color w:val="5D5A70"/>
          <w:sz w:val="21"/>
        </w:rPr>
        <w:t>Раздача интернета с телефона, второй номер, распечатанный список сегодняшних записей.</w:t>
      </w:r>
    </w:p>
    <w:p>
      <w:pPr>
        <w:spacing w:after="60"/>
      </w:pPr>
      <w:r>
        <w:rPr>
          <w:rFonts w:ascii="Calibri" w:hAnsi="Calibri" w:cs="Calibri" w:eastAsia="Calibri"/>
          <w:b/>
          <w:color w:val="6B3CF0"/>
          <w:sz w:val="21"/>
        </w:rPr>
        <w:t xml:space="preserve">Скажите: </w:t>
      </w:r>
      <w:r>
        <w:rPr>
          <w:rFonts w:ascii="Calibri" w:hAnsi="Calibri" w:cs="Calibri" w:eastAsia="Calibri"/>
          <w:b w:val="0"/>
          <w:color w:val="15131F"/>
          <w:sz w:val="21"/>
        </w:rPr>
        <w:t>С [времени начала] не работает наша телефонная линия. Пожалуйста, напишите нам здесь или на [email-адрес]; мы отвечаем в течение [30] минут. Сегодняшние записи в силе.</w:t>
      </w:r>
    </w:p>
    <w:p>
      <w:pPr>
        <w:spacing w:after="40"/>
      </w:pPr>
    </w:p>
    <w:p>
      <w:pPr>
        <w:spacing w:after="160"/>
      </w:pPr>
    </w:p>
    <w:p>
      <w:pPr>
        <w:spacing w:after="60"/>
      </w:pPr>
      <w:r>
        <w:rPr>
          <w:rFonts w:ascii="Calibri" w:hAnsi="Calibri" w:cs="Calibri" w:eastAsia="Calibri"/>
          <w:b/>
          <w:color w:val="15131F"/>
          <w:sz w:val="28"/>
        </w:rPr>
        <w:t>5. Недовольные и срочные клиенты во время сбоя: короткие ответы</w:t>
      </w:r>
    </w:p>
    <w:p>
      <w:pPr>
        <w:spacing w:after="80"/>
      </w:pPr>
      <w:r>
        <w:rPr>
          <w:rFonts w:ascii="Calibri" w:hAnsi="Calibri" w:cs="Calibri" w:eastAsia="Calibri"/>
          <w:b w:val="0"/>
          <w:color w:val="5D5A70"/>
          <w:sz w:val="20"/>
        </w:rPr>
        <w:t>Длина ответа: 2–3 предложения · Решает о деньгах: Только владелец · Ответ после передачи: В течение 10 минут</w:t>
      </w:r>
    </w:p>
    <w:p>
      <w:pPr>
        <w:spacing w:after="80"/>
      </w:pPr>
      <w:r>
        <w:rPr>
          <w:rFonts w:ascii="Calibri" w:hAnsi="Calibri" w:cs="Calibri" w:eastAsia="Calibri"/>
          <w:b w:val="0"/>
          <w:color w:val="15131F"/>
          <w:sz w:val="21"/>
        </w:rPr>
        <w:t>У некоторых клиентов реальные потери: пропущенная запись, заказ на сегодняшний вечер. Отвечайте в 2 или 3 предложениях: признайте проблему, дайте факты и обходной путь, скажите, кто решает остальное.</w:t>
      </w:r>
    </w:p>
    <w:p>
      <w:pPr>
        <w:spacing w:after="40"/>
      </w:pPr>
      <w:r>
        <w:rPr>
          <w:rFonts w:ascii="Calibri" w:hAnsi="Calibri" w:cs="Calibri" w:eastAsia="Calibri"/>
          <w:b/>
          <w:color w:val="15131F"/>
          <w:sz w:val="22"/>
        </w:rPr>
        <w:t>5.1 Злится из-за сбоя</w:t>
      </w:r>
    </w:p>
    <w:p>
      <w:pPr>
        <w:spacing w:after="60"/>
      </w:pPr>
      <w:r>
        <w:rPr>
          <w:rFonts w:ascii="Calibri" w:hAnsi="Calibri" w:cs="Calibri" w:eastAsia="Calibri"/>
          <w:b/>
          <w:color w:val="6B3CF0"/>
          <w:sz w:val="21"/>
        </w:rPr>
        <w:t xml:space="preserve">Когда: </w:t>
      </w:r>
      <w:r>
        <w:rPr>
          <w:rFonts w:ascii="Calibri" w:hAnsi="Calibri" w:cs="Calibri" w:eastAsia="Calibri"/>
          <w:b w:val="0"/>
          <w:color w:val="5D5A70"/>
          <w:sz w:val="21"/>
        </w:rPr>
        <w:t>Расстроен, но ничего конкретного не просит.</w:t>
      </w:r>
    </w:p>
    <w:p>
      <w:pPr>
        <w:spacing w:after="60"/>
      </w:pPr>
      <w:r>
        <w:rPr>
          <w:rFonts w:ascii="Calibri" w:hAnsi="Calibri" w:cs="Calibri" w:eastAsia="Calibri"/>
          <w:b/>
          <w:color w:val="6B3CF0"/>
          <w:sz w:val="21"/>
        </w:rPr>
        <w:t xml:space="preserve">Передать человеку: </w:t>
      </w:r>
      <w:r>
        <w:rPr>
          <w:rFonts w:ascii="Calibri" w:hAnsi="Calibri" w:cs="Calibri" w:eastAsia="Calibri"/>
          <w:b w:val="0"/>
          <w:color w:val="5D5A70"/>
          <w:sz w:val="21"/>
        </w:rPr>
        <w:t>Если просит человека, грозит уйти или всё ещё злится после одного ответа.</w:t>
      </w:r>
    </w:p>
    <w:p>
      <w:pPr>
        <w:spacing w:after="60"/>
      </w:pPr>
      <w:r>
        <w:rPr>
          <w:rFonts w:ascii="Calibri" w:hAnsi="Calibri" w:cs="Calibri" w:eastAsia="Calibri"/>
          <w:b/>
          <w:color w:val="6B3CF0"/>
          <w:sz w:val="21"/>
        </w:rPr>
        <w:t xml:space="preserve">Ответ: </w:t>
      </w:r>
      <w:r>
        <w:rPr>
          <w:rFonts w:ascii="Calibri" w:hAnsi="Calibri" w:cs="Calibri" w:eastAsia="Calibri"/>
          <w:b w:val="0"/>
          <w:color w:val="15131F"/>
          <w:sz w:val="21"/>
        </w:rPr>
        <w:t>Понимаю ваше раздражение, [имя], и мне очень жаль. С [времени начала] у нас сбой: [что не работает]; пока что [обходной путь]. Следующее обновление до [времени следующего обновления].</w:t>
      </w:r>
    </w:p>
    <w:p>
      <w:pPr>
        <w:spacing w:after="40"/>
      </w:pPr>
    </w:p>
    <w:p>
      <w:pPr>
        <w:spacing w:after="40"/>
      </w:pPr>
      <w:r>
        <w:rPr>
          <w:rFonts w:ascii="Calibri" w:hAnsi="Calibri" w:cs="Calibri" w:eastAsia="Calibri"/>
          <w:b/>
          <w:color w:val="15131F"/>
          <w:sz w:val="22"/>
        </w:rPr>
        <w:t>5.2 Срок сегодня</w:t>
      </w:r>
    </w:p>
    <w:p>
      <w:pPr>
        <w:spacing w:after="60"/>
      </w:pPr>
      <w:r>
        <w:rPr>
          <w:rFonts w:ascii="Calibri" w:hAnsi="Calibri" w:cs="Calibri" w:eastAsia="Calibri"/>
          <w:b/>
          <w:color w:val="6B3CF0"/>
          <w:sz w:val="21"/>
        </w:rPr>
        <w:t xml:space="preserve">Когда: </w:t>
      </w:r>
      <w:r>
        <w:rPr>
          <w:rFonts w:ascii="Calibri" w:hAnsi="Calibri" w:cs="Calibri" w:eastAsia="Calibri"/>
          <w:b w:val="0"/>
          <w:color w:val="5D5A70"/>
          <w:sz w:val="21"/>
        </w:rPr>
        <w:t>Запись, заказ или доставка сегодня, которые обходной путь не спасает.</w:t>
      </w:r>
    </w:p>
    <w:p>
      <w:pPr>
        <w:spacing w:after="60"/>
      </w:pPr>
      <w:r>
        <w:rPr>
          <w:rFonts w:ascii="Calibri" w:hAnsi="Calibri" w:cs="Calibri" w:eastAsia="Calibri"/>
          <w:b/>
          <w:color w:val="6B3CF0"/>
          <w:sz w:val="21"/>
        </w:rPr>
        <w:t xml:space="preserve">Передать человеку: </w:t>
      </w:r>
      <w:r>
        <w:rPr>
          <w:rFonts w:ascii="Calibri" w:hAnsi="Calibri" w:cs="Calibri" w:eastAsia="Calibri"/>
          <w:b w:val="0"/>
          <w:color w:val="5D5A70"/>
          <w:sz w:val="21"/>
        </w:rPr>
        <w:t>Да, ответственному за сбой.</w:t>
      </w:r>
    </w:p>
    <w:p>
      <w:pPr>
        <w:spacing w:after="60"/>
      </w:pPr>
      <w:r>
        <w:rPr>
          <w:rFonts w:ascii="Calibri" w:hAnsi="Calibri" w:cs="Calibri" w:eastAsia="Calibri"/>
          <w:b/>
          <w:color w:val="6B3CF0"/>
          <w:sz w:val="21"/>
        </w:rPr>
        <w:t xml:space="preserve">Ответ: </w:t>
      </w:r>
      <w:r>
        <w:rPr>
          <w:rFonts w:ascii="Calibri" w:hAnsi="Calibri" w:cs="Calibri" w:eastAsia="Calibri"/>
          <w:b w:val="0"/>
          <w:color w:val="15131F"/>
          <w:sz w:val="21"/>
        </w:rPr>
        <w:t>Понимаю, что [что нужно клиенту] не может ждать. Передаю ваш вопрос со всеми подробностями коллеге, который может [что он может сделать]: это [имя]. [Имя] ответит здесь до [времени].</w:t>
      </w:r>
    </w:p>
    <w:p>
      <w:pPr>
        <w:spacing w:after="40"/>
      </w:pPr>
    </w:p>
    <w:p>
      <w:pPr>
        <w:spacing w:after="40"/>
      </w:pPr>
      <w:r>
        <w:rPr>
          <w:rFonts w:ascii="Calibri" w:hAnsi="Calibri" w:cs="Calibri" w:eastAsia="Calibri"/>
          <w:b/>
          <w:color w:val="15131F"/>
          <w:sz w:val="22"/>
        </w:rPr>
        <w:t>5.3 Возврат, компенсация или отмена штрафа</w:t>
      </w:r>
    </w:p>
    <w:p>
      <w:pPr>
        <w:spacing w:after="60"/>
      </w:pPr>
      <w:r>
        <w:rPr>
          <w:rFonts w:ascii="Calibri" w:hAnsi="Calibri" w:cs="Calibri" w:eastAsia="Calibri"/>
          <w:b/>
          <w:color w:val="6B3CF0"/>
          <w:sz w:val="21"/>
        </w:rPr>
        <w:t xml:space="preserve">Когда: </w:t>
      </w:r>
      <w:r>
        <w:rPr>
          <w:rFonts w:ascii="Calibri" w:hAnsi="Calibri" w:cs="Calibri" w:eastAsia="Calibri"/>
          <w:b w:val="0"/>
          <w:color w:val="5D5A70"/>
          <w:sz w:val="21"/>
        </w:rPr>
        <w:t>Вернуть деньги, компенсация по SLA или отмена штрафа.</w:t>
      </w:r>
    </w:p>
    <w:p>
      <w:pPr>
        <w:spacing w:after="60"/>
      </w:pPr>
      <w:r>
        <w:rPr>
          <w:rFonts w:ascii="Calibri" w:hAnsi="Calibri" w:cs="Calibri" w:eastAsia="Calibri"/>
          <w:b/>
          <w:color w:val="6B3CF0"/>
          <w:sz w:val="21"/>
        </w:rPr>
        <w:t xml:space="preserve">Передать человеку: </w:t>
      </w:r>
      <w:r>
        <w:rPr>
          <w:rFonts w:ascii="Calibri" w:hAnsi="Calibri" w:cs="Calibri" w:eastAsia="Calibri"/>
          <w:b w:val="0"/>
          <w:color w:val="5D5A70"/>
          <w:sz w:val="21"/>
        </w:rPr>
        <w:t>Всегда. Решает только [имя согласующего].</w:t>
      </w:r>
    </w:p>
    <w:p>
      <w:pPr>
        <w:spacing w:after="60"/>
      </w:pPr>
      <w:r>
        <w:rPr>
          <w:rFonts w:ascii="Calibri" w:hAnsi="Calibri" w:cs="Calibri" w:eastAsia="Calibri"/>
          <w:b/>
          <w:color w:val="6B3CF0"/>
          <w:sz w:val="21"/>
        </w:rPr>
        <w:t xml:space="preserve">Ответ: </w:t>
      </w:r>
      <w:r>
        <w:rPr>
          <w:rFonts w:ascii="Calibri" w:hAnsi="Calibri" w:cs="Calibri" w:eastAsia="Calibri"/>
          <w:b w:val="0"/>
          <w:color w:val="15131F"/>
          <w:sz w:val="21"/>
        </w:rPr>
        <w:t>Это справедливый вопрос. Решать вопросы о возвратах и компенсациях в этом чате я не могу, поэтому ваш запрос уже передан: [имя согласующего] ответит до [времени].</w:t>
      </w:r>
    </w:p>
    <w:p>
      <w:pPr>
        <w:spacing w:after="40"/>
      </w:pPr>
    </w:p>
    <w:p>
      <w:pPr>
        <w:spacing w:after="40"/>
      </w:pPr>
      <w:r>
        <w:rPr>
          <w:rFonts w:ascii="Calibri" w:hAnsi="Calibri" w:cs="Calibri" w:eastAsia="Calibri"/>
          <w:b/>
          <w:color w:val="15131F"/>
          <w:sz w:val="22"/>
        </w:rPr>
        <w:t>5.4 Беспокойство о данных, оплате или безопасности</w:t>
      </w:r>
    </w:p>
    <w:p>
      <w:pPr>
        <w:spacing w:after="60"/>
      </w:pPr>
      <w:r>
        <w:rPr>
          <w:rFonts w:ascii="Calibri" w:hAnsi="Calibri" w:cs="Calibri" w:eastAsia="Calibri"/>
          <w:b/>
          <w:color w:val="6B3CF0"/>
          <w:sz w:val="21"/>
        </w:rPr>
        <w:t xml:space="preserve">Когда: </w:t>
      </w:r>
      <w:r>
        <w:rPr>
          <w:rFonts w:ascii="Calibri" w:hAnsi="Calibri" w:cs="Calibri" w:eastAsia="Calibri"/>
          <w:b w:val="0"/>
          <w:color w:val="5D5A70"/>
          <w:sz w:val="21"/>
        </w:rPr>
        <w:t>Мои данные, платёж или аккаунт в безопасности?</w:t>
      </w:r>
    </w:p>
    <w:p>
      <w:pPr>
        <w:spacing w:after="60"/>
      </w:pPr>
      <w:r>
        <w:rPr>
          <w:rFonts w:ascii="Calibri" w:hAnsi="Calibri" w:cs="Calibri" w:eastAsia="Calibri"/>
          <w:b/>
          <w:color w:val="6B3CF0"/>
          <w:sz w:val="21"/>
        </w:rPr>
        <w:t xml:space="preserve">Передать человеку: </w:t>
      </w:r>
      <w:r>
        <w:rPr>
          <w:rFonts w:ascii="Calibri" w:hAnsi="Calibri" w:cs="Calibri" w:eastAsia="Calibri"/>
          <w:b w:val="0"/>
          <w:color w:val="5D5A70"/>
          <w:sz w:val="21"/>
        </w:rPr>
        <w:t>Да, сразу.</w:t>
      </w:r>
    </w:p>
    <w:p>
      <w:pPr>
        <w:spacing w:after="60"/>
      </w:pPr>
      <w:r>
        <w:rPr>
          <w:rFonts w:ascii="Calibri" w:hAnsi="Calibri" w:cs="Calibri" w:eastAsia="Calibri"/>
          <w:b/>
          <w:color w:val="6B3CF0"/>
          <w:sz w:val="21"/>
        </w:rPr>
        <w:t xml:space="preserve">Ответ: </w:t>
      </w:r>
      <w:r>
        <w:rPr>
          <w:rFonts w:ascii="Calibri" w:hAnsi="Calibri" w:cs="Calibri" w:eastAsia="Calibri"/>
          <w:b w:val="0"/>
          <w:color w:val="15131F"/>
          <w:sz w:val="21"/>
        </w:rPr>
        <w:t>Это важный вопрос, и я не хочу гадать. Ваш вопрос уже передан коллеге: [имя] ответит вам до [времени].</w:t>
      </w:r>
    </w:p>
    <w:p>
      <w:pPr>
        <w:spacing w:after="40"/>
      </w:pPr>
    </w:p>
    <w:p>
      <w:pPr>
        <w:spacing w:after="60"/>
      </w:pPr>
      <w:r>
        <w:rPr>
          <w:rFonts w:ascii="Calibri" w:hAnsi="Calibri" w:cs="Calibri" w:eastAsia="Calibri"/>
          <w:b/>
          <w:color w:val="6B3CF0"/>
          <w:sz w:val="21"/>
        </w:rPr>
        <w:t xml:space="preserve">Правило передачи: </w:t>
      </w:r>
      <w:r>
        <w:rPr>
          <w:rFonts w:ascii="Calibri" w:hAnsi="Calibri" w:cs="Calibri" w:eastAsia="Calibri"/>
          <w:b w:val="0"/>
          <w:color w:val="5D5A70"/>
          <w:sz w:val="21"/>
        </w:rPr>
        <w:t>Передавайте чат человеку, если речь о деньгах, сроке сегодня, угрозе судом, данных или безопасности, если клиент грозит уйти или второй раз просит позвать человека. Всем остальным — факты, обходной путь и время следующего обновления.</w:t>
      </w:r>
    </w:p>
    <w:p>
      <w:pPr>
        <w:spacing w:after="60"/>
      </w:pPr>
      <w:r>
        <w:rPr>
          <w:rFonts w:ascii="Calibri" w:hAnsi="Calibri" w:cs="Calibri" w:eastAsia="Calibri"/>
          <w:b/>
          <w:color w:val="6B3CF0"/>
          <w:sz w:val="21"/>
        </w:rPr>
        <w:t xml:space="preserve">Передавайте, если: </w:t>
      </w:r>
      <w:r>
        <w:rPr>
          <w:rFonts w:ascii="Calibri" w:hAnsi="Calibri" w:cs="Calibri" w:eastAsia="Calibri"/>
          <w:b w:val="0"/>
          <w:color w:val="5D5A70"/>
          <w:sz w:val="21"/>
        </w:rPr>
        <w:t>Возврат или компенсация, Срок сегодня, Угроза судом, Данные или безопасность, Просит второй раз</w:t>
      </w:r>
    </w:p>
    <w:p>
      <w:pPr>
        <w:spacing w:after="160"/>
      </w:pPr>
    </w:p>
    <w:p>
      <w:pPr>
        <w:spacing w:after="60"/>
      </w:pPr>
      <w:r>
        <w:rPr>
          <w:rFonts w:ascii="Calibri" w:hAnsi="Calibri" w:cs="Calibri" w:eastAsia="Calibri"/>
          <w:b/>
          <w:color w:val="15131F"/>
          <w:sz w:val="28"/>
        </w:rPr>
        <w:t>6. Сбой устранён: сообщение о восстановлении во всех каналах, которые вы использовали</w:t>
      </w:r>
    </w:p>
    <w:p>
      <w:pPr>
        <w:spacing w:after="80"/>
      </w:pPr>
      <w:r>
        <w:rPr>
          <w:rFonts w:ascii="Calibri" w:hAnsi="Calibri" w:cs="Calibri" w:eastAsia="Calibri"/>
          <w:b w:val="0"/>
          <w:color w:val="5D5A70"/>
          <w:sz w:val="20"/>
        </w:rPr>
        <w:t>Отправлять после: Вашего теста · Наблюдать: 15 минут · Каналы: Все задействованные · Затем: Удалите сводку о сбое из AI-агента, верните обычное приветствие автоответчика, открепите пост в соцсетях и запишите в журнал по одной строке о восстановлении на каждый канал.</w:t>
      </w:r>
    </w:p>
    <w:p>
      <w:pPr>
        <w:spacing w:after="80"/>
      </w:pPr>
      <w:r>
        <w:rPr>
          <w:rFonts w:ascii="Calibri" w:hAnsi="Calibri" w:cs="Calibri" w:eastAsia="Calibri"/>
          <w:b w:val="0"/>
          <w:color w:val="15131F"/>
          <w:sz w:val="21"/>
        </w:rPr>
        <w:t>Отправляйте сообщение о восстановлении во все каналы, куда ушло первое уведомление, и только после того, как прошёл ваш собственный тест (запишитесь, сделайте заказ или откройте страницу с телефона) и 15 минут прошли без ошибок. По правилам PagerDuty последнее сообщение подтверждает полное восстановление и ясно говорит, были ли потеряны данные.</w:t>
      </w:r>
    </w:p>
    <w:p>
      <w:pPr>
        <w:spacing w:after="60"/>
      </w:pPr>
      <w:r>
        <w:rPr>
          <w:rFonts w:ascii="Calibri" w:hAnsi="Calibri" w:cs="Calibri" w:eastAsia="Calibri"/>
          <w:b/>
          <w:color w:val="6B3CF0"/>
          <w:sz w:val="21"/>
        </w:rPr>
        <w:t xml:space="preserve">Чат и соцсети: </w:t>
      </w:r>
      <w:r>
        <w:rPr>
          <w:rFonts w:ascii="Calibri" w:hAnsi="Calibri" w:cs="Calibri" w:eastAsia="Calibri"/>
          <w:b w:val="0"/>
          <w:color w:val="15131F"/>
          <w:sz w:val="21"/>
        </w:rPr>
        <w:t>Всё исправлено: с [времени восстановления] снова работает [что не работало]. [Последствия, например ни одна запись не потеряна]. [Что нужно сделать, если нужно]. До [даты итогового письма] мы напишем [кому придёт итоговое письмо], что произошло.</w:t>
      </w:r>
    </w:p>
    <w:p>
      <w:pPr>
        <w:spacing w:after="60"/>
      </w:pPr>
      <w:r>
        <w:rPr>
          <w:rFonts w:ascii="Calibri" w:hAnsi="Calibri" w:cs="Calibri" w:eastAsia="Calibri"/>
          <w:b/>
          <w:color w:val="6B3CF0"/>
          <w:sz w:val="21"/>
        </w:rPr>
        <w:t xml:space="preserve">Тема письма: </w:t>
      </w:r>
      <w:r>
        <w:rPr>
          <w:rFonts w:ascii="Calibri" w:hAnsi="Calibri" w:cs="Calibri" w:eastAsia="Calibri"/>
          <w:b w:val="0"/>
          <w:color w:val="15131F"/>
          <w:sz w:val="21"/>
        </w:rPr>
        <w:t>Исправлено: [сервис] снова работает</w:t>
      </w:r>
    </w:p>
    <w:p>
      <w:pPr>
        <w:spacing w:after="60"/>
      </w:pPr>
      <w:r>
        <w:rPr>
          <w:rFonts w:ascii="Calibri" w:hAnsi="Calibri" w:cs="Calibri" w:eastAsia="Calibri"/>
          <w:b/>
          <w:color w:val="6B3CF0"/>
          <w:sz w:val="21"/>
        </w:rPr>
        <w:t xml:space="preserve">Письмо: </w:t>
      </w:r>
      <w:r>
        <w:rPr>
          <w:rFonts w:ascii="Calibri" w:hAnsi="Calibri" w:cs="Calibri" w:eastAsia="Calibri"/>
          <w:b w:val="0"/>
          <w:color w:val="15131F"/>
          <w:sz w:val="21"/>
        </w:rPr>
        <w:t>Здравствуйте, [имя]!</w:t>
        <w:br/>
        <w:br/>
        <w:t>Сегодня с [времени восстановления] снова работает [что не работало]. Мы сами проверили это в [время проверки].</w:t>
        <w:br/>
        <w:br/>
        <w:t>- [Последствия, например: ни одна запись не потеряна, данные не пострадали]</w:t>
        <w:br/>
        <w:t>- [Что нужно сделать вам, или: ничего]</w:t>
        <w:br/>
        <w:t>- [Уже принятое решение, например никаких штрафов за позднюю отмену в часы сбоя]</w:t>
        <w:br/>
        <w:br/>
        <w:t>До [даты итогового письма] мы пришлём короткое письмо о том, что произошло и что мы меняем.</w:t>
        <w:br/>
        <w:br/>
        <w:t>Спасибо за терпение, и ещё раз извините.</w:t>
        <w:br/>
        <w:t>[Ваше имя], [должность]</w:t>
        <w:br/>
        <w:t>[Название компании]</w:t>
      </w:r>
    </w:p>
    <w:p>
      <w:pPr>
        <w:spacing w:after="40"/>
      </w:pPr>
      <w:r>
        <w:rPr>
          <w:rFonts w:ascii="Calibri" w:hAnsi="Calibri" w:cs="Calibri" w:eastAsia="Calibri"/>
          <w:b/>
          <w:color w:val="6B3CF0"/>
          <w:sz w:val="21"/>
        </w:rPr>
        <w:t>Перед отправкой</w:t>
      </w:r>
    </w:p>
    <w:p>
      <w:pPr>
        <w:spacing w:after="40"/>
        <w:ind w:left="283"/>
      </w:pPr>
      <w:r>
        <w:rPr>
          <w:rFonts w:ascii="Calibri" w:hAnsi="Calibri" w:cs="Calibri" w:eastAsia="Calibri"/>
          <w:b w:val="0"/>
          <w:color w:val="15131F"/>
          <w:sz w:val="21"/>
        </w:rPr>
        <w:t>• Ваш собственный тест прошёл, затем 15 минут без ошибок.</w:t>
      </w:r>
    </w:p>
    <w:p>
      <w:pPr>
        <w:spacing w:after="40"/>
        <w:ind w:left="283"/>
      </w:pPr>
      <w:r>
        <w:rPr>
          <w:rFonts w:ascii="Calibri" w:hAnsi="Calibri" w:cs="Calibri" w:eastAsia="Calibri"/>
          <w:b w:val="0"/>
          <w:color w:val="15131F"/>
          <w:sz w:val="21"/>
        </w:rPr>
        <w:t>• Устранение: время восстановления, что исправлено и что потеряно, или «ничего не потеряно».</w:t>
      </w:r>
    </w:p>
    <w:p>
      <w:pPr>
        <w:spacing w:after="60"/>
      </w:pPr>
      <w:r>
        <w:rPr>
          <w:rFonts w:ascii="Calibri" w:hAnsi="Calibri" w:cs="Calibri" w:eastAsia="Calibri"/>
          <w:b/>
          <w:color w:val="6B3CF0"/>
          <w:sz w:val="21"/>
        </w:rPr>
        <w:t xml:space="preserve">Никогда не обещайте: </w:t>
      </w:r>
      <w:r>
        <w:rPr>
          <w:rFonts w:ascii="Calibri" w:hAnsi="Calibri" w:cs="Calibri" w:eastAsia="Calibri"/>
          <w:b w:val="0"/>
          <w:color w:val="5D5A70"/>
          <w:sz w:val="21"/>
        </w:rPr>
        <w:t>Что это больше никогда не повторится, или причину, которую никто не подтвердил.</w:t>
      </w:r>
    </w:p>
    <w:p>
      <w:pPr>
        <w:spacing w:after="160"/>
      </w:pPr>
    </w:p>
    <w:p>
      <w:pPr>
        <w:spacing w:after="60"/>
      </w:pPr>
      <w:r>
        <w:rPr>
          <w:rFonts w:ascii="Calibri" w:hAnsi="Calibri" w:cs="Calibri" w:eastAsia="Calibri"/>
          <w:b/>
          <w:color w:val="15131F"/>
          <w:sz w:val="28"/>
        </w:rPr>
        <w:t>7. Итоговое письмо после сбоя: что произошло и что изменилось</w:t>
      </w:r>
    </w:p>
    <w:p>
      <w:pPr>
        <w:spacing w:after="80"/>
      </w:pPr>
      <w:r>
        <w:rPr>
          <w:rFonts w:ascii="Calibri" w:hAnsi="Calibri" w:cs="Calibri" w:eastAsia="Calibri"/>
          <w:b w:val="0"/>
          <w:color w:val="5D5A70"/>
          <w:sz w:val="20"/>
        </w:rPr>
        <w:t>Отправить в течение: 1 рабочего дня · Компенсацию одобряет: Владелец · Отправитель: Ответственный за сбой · Кто решает о компенсации: Компенсация есть в условиях или SLA: начислите её, владелец подтверждает. Письменного правила нет: решает владелец, один раз для всех, кого затронул сбой.</w:t>
      </w:r>
    </w:p>
    <w:p>
      <w:pPr>
        <w:spacing w:after="80"/>
      </w:pPr>
      <w:r>
        <w:rPr>
          <w:rFonts w:ascii="Calibri" w:hAnsi="Calibri" w:cs="Calibri" w:eastAsia="Calibri"/>
          <w:b w:val="0"/>
          <w:color w:val="15131F"/>
          <w:sz w:val="21"/>
        </w:rPr>
        <w:t>В течение 1 рабочего дня напишите всем, кого затронул сбой или кто к вам обращался. Схема Atlassian: признайте проблему и извинитесь, объясните, что пошло не так, расскажите, как исправили и как предотвратите повторение, и извинитесь ещё раз. Добавьте решение о компенсации и кто его одобрил.</w:t>
      </w:r>
    </w:p>
    <w:p>
      <w:pPr>
        <w:spacing w:after="60"/>
      </w:pPr>
      <w:r>
        <w:rPr>
          <w:rFonts w:ascii="Calibri" w:hAnsi="Calibri" w:cs="Calibri" w:eastAsia="Calibri"/>
          <w:b/>
          <w:color w:val="6B3CF0"/>
          <w:sz w:val="21"/>
        </w:rPr>
        <w:t xml:space="preserve">Тема письма: </w:t>
      </w:r>
      <w:r>
        <w:rPr>
          <w:rFonts w:ascii="Calibri" w:hAnsi="Calibri" w:cs="Calibri" w:eastAsia="Calibri"/>
          <w:b w:val="0"/>
          <w:color w:val="15131F"/>
          <w:sz w:val="21"/>
        </w:rPr>
        <w:t>Сбой [сервиса] [дата]: что произошло и что мы изменили</w:t>
      </w:r>
    </w:p>
    <w:p>
      <w:pPr>
        <w:spacing w:after="60"/>
      </w:pPr>
      <w:r>
        <w:rPr>
          <w:rFonts w:ascii="Calibri" w:hAnsi="Calibri" w:cs="Calibri" w:eastAsia="Calibri"/>
          <w:b/>
          <w:color w:val="6B3CF0"/>
          <w:sz w:val="21"/>
        </w:rPr>
        <w:t xml:space="preserve">Письмо: </w:t>
      </w:r>
      <w:r>
        <w:rPr>
          <w:rFonts w:ascii="Calibri" w:hAnsi="Calibri" w:cs="Calibri" w:eastAsia="Calibri"/>
          <w:b w:val="0"/>
          <w:color w:val="15131F"/>
          <w:sz w:val="21"/>
        </w:rPr>
        <w:t>Здравствуйте, [имя]!</w:t>
        <w:br/>
        <w:br/>
        <w:t>[Дата] с [времени начала] до [времени восстановления] у нас был сбой: [что не работало]. Нам очень жаль: [чего это стоило клиентам, одним предложением].</w:t>
        <w:br/>
        <w:br/>
        <w:t>Что произошло: [простая причина, например у нашего сервиса онлайн-записи отказал сервер].</w:t>
        <w:br/>
        <w:t>Что мы сделали: [что вы делали во время сбоя].</w:t>
        <w:br/>
        <w:t>Что мы меняем: [от 1 до 3 конкретных изменений с датами].</w:t>
        <w:br/>
        <w:t>Компенсация: [компенсация и кто её одобрил, или удалите эту строку].</w:t>
        <w:br/>
        <w:br/>
        <w:t>Если вы считаете, что с вас списали деньги по ошибке, ответьте до [даты], и [имя] это проверит.</w:t>
        <w:br/>
        <w:br/>
        <w:t>Спасибо, что остаётесь с нами.</w:t>
        <w:br/>
        <w:t>[Ваше имя], [должность]</w:t>
        <w:br/>
        <w:t>[Название компании]</w:t>
      </w:r>
    </w:p>
    <w:p>
      <w:pPr>
        <w:spacing w:after="60"/>
      </w:pPr>
      <w:r>
        <w:rPr>
          <w:rFonts w:ascii="Calibri" w:hAnsi="Calibri" w:cs="Calibri" w:eastAsia="Calibri"/>
          <w:b/>
          <w:color w:val="6B3CF0"/>
          <w:sz w:val="21"/>
        </w:rPr>
        <w:t xml:space="preserve">Запрос компенсации: она есть в ваших условиях: </w:t>
      </w:r>
      <w:r>
        <w:rPr>
          <w:rFonts w:ascii="Calibri" w:hAnsi="Calibri" w:cs="Calibri" w:eastAsia="Calibri"/>
          <w:b w:val="0"/>
          <w:color w:val="15131F"/>
          <w:sz w:val="21"/>
        </w:rPr>
        <w:t>Спасибо, [имя]. По нашим данным, сбой ([что не работало]) длился с [времени начала] до [времени восстановления], всего [длительность]. Согласно [документ, где записано правило], вам полагается: [компенсация]. [Имя согласующего] подтверждает компенсацию, и вы увидите её [где и когда].</w:t>
      </w:r>
    </w:p>
    <w:p>
      <w:pPr>
        <w:spacing w:after="60"/>
      </w:pPr>
      <w:r>
        <w:rPr>
          <w:rFonts w:ascii="Calibri" w:hAnsi="Calibri" w:cs="Calibri" w:eastAsia="Calibri"/>
          <w:b/>
          <w:color w:val="6B3CF0"/>
          <w:sz w:val="21"/>
        </w:rPr>
        <w:t xml:space="preserve">Запрос компенсации: в ваших условиях её нет: </w:t>
      </w:r>
      <w:r>
        <w:rPr>
          <w:rFonts w:ascii="Calibri" w:hAnsi="Calibri" w:cs="Calibri" w:eastAsia="Calibri"/>
          <w:b w:val="0"/>
          <w:color w:val="15131F"/>
          <w:sz w:val="21"/>
        </w:rPr>
        <w:t>Спасибо, [имя]. Сбой ([что не работало]) длился с [времени начала] до [времени восстановления], и мне очень жаль, что так вышло. Компенсация за сбои в наших условиях не предусмотрена, но ваш запрос уже передан: [имя согласующего] ответит до [даты].</w:t>
      </w:r>
    </w:p>
    <w:p>
      <w:pPr>
        <w:spacing w:after="60"/>
      </w:pPr>
      <w:r>
        <w:rPr>
          <w:rFonts w:ascii="Calibri" w:hAnsi="Calibri" w:cs="Calibri" w:eastAsia="Calibri"/>
          <w:b/>
          <w:color w:val="6B3CF0"/>
          <w:sz w:val="21"/>
        </w:rPr>
        <w:t xml:space="preserve">Проверка завершения: </w:t>
      </w:r>
      <w:r>
        <w:rPr>
          <w:rFonts w:ascii="Calibri" w:hAnsi="Calibri" w:cs="Calibri" w:eastAsia="Calibri"/>
          <w:b w:val="0"/>
          <w:color w:val="5D5A70"/>
          <w:sz w:val="21"/>
        </w:rPr>
        <w:t>Сбой закрыт, только когда сообщение о восстановлении ушло во все задействованные каналы, это итоговое письмо отправлено и все строки журнала заполнены.</w:t>
      </w:r>
    </w:p>
    <w:p>
      <w:pPr>
        <w:spacing w:after="160"/>
      </w:pPr>
    </w:p>
    <w:p>
      <w:pPr>
        <w:spacing w:after="60"/>
      </w:pPr>
      <w:r>
        <w:rPr>
          <w:rFonts w:ascii="Calibri" w:hAnsi="Calibri" w:cs="Calibri" w:eastAsia="Calibri"/>
          <w:b/>
          <w:color w:val="15131F"/>
          <w:sz w:val="28"/>
        </w:rPr>
        <w:t>8. Инструкции для AI-агента во время сбоя</w:t>
      </w:r>
    </w:p>
    <w:p>
      <w:pPr>
        <w:spacing w:after="80"/>
      </w:pPr>
      <w:r>
        <w:rPr>
          <w:rFonts w:ascii="Calibri" w:hAnsi="Calibri" w:cs="Calibri" w:eastAsia="Calibri"/>
          <w:b w:val="0"/>
          <w:color w:val="5D5A70"/>
          <w:sz w:val="20"/>
        </w:rPr>
        <w:t>Обновлять сводку: Каждые 30 мин · Передаёт человеку: Деньги, сроки, суд · Удалить: Сразу после восстановления · В CRMsoftware.pro: «Мои боты» &gt; выберите бота &gt; вкладка «Основы»: «Инструкции» и «База знаний», затем «Сохранить изменения». Переданные чаты приходят в «Онлайн-поддержку».</w:t>
      </w:r>
    </w:p>
    <w:p>
      <w:pPr>
        <w:spacing w:after="80"/>
      </w:pPr>
      <w:r>
        <w:rPr>
          <w:rFonts w:ascii="Calibri" w:hAnsi="Calibri" w:cs="Calibri" w:eastAsia="Calibri"/>
          <w:b w:val="0"/>
          <w:color w:val="15131F"/>
          <w:sz w:val="21"/>
        </w:rPr>
        <w:t>В большинстве чатов во время сбоя спрашивают о трёх вещах: правда ли всё сломалось, что мне делать и когда заработает. AI-агент отвечает на них за секунды, но только фактами, которые вы ему дали. Вставьте правила в его «Инструкции», а сводку о сбое — в «Базу знаний».</w:t>
      </w:r>
    </w:p>
    <w:p>
      <w:pPr>
        <w:spacing w:after="60"/>
      </w:pPr>
      <w:r>
        <w:rPr>
          <w:rFonts w:ascii="Calibri" w:hAnsi="Calibri" w:cs="Calibri" w:eastAsia="Calibri"/>
          <w:b/>
          <w:color w:val="6B3CF0"/>
          <w:sz w:val="21"/>
        </w:rPr>
        <w:t xml:space="preserve">Вставьте в «Инструкции»: </w:t>
      </w:r>
      <w:r>
        <w:rPr>
          <w:rFonts w:ascii="Calibri" w:hAnsi="Calibri" w:cs="Calibri" w:eastAsia="Calibri"/>
          <w:b w:val="0"/>
          <w:color w:val="15131F"/>
          <w:sz w:val="21"/>
        </w:rPr>
        <w:t>ПРАВИЛА НА ВРЕМЯ СБОЯ (с [времени начала] [даты], пока их не удалят)</w:t>
        <w:br/>
        <w:t>1. Сейчас не работает [что не работает]. На вопросы об этом отвечай только фактами из блока «СВОДКА О СБОЕ» в базе знаний. Не добавляй причины, цифры или время.</w:t>
        <w:br/>
        <w:t>2. Никогда не называй срок восстановления, если его нет в сводке. Если его нет, скажи, что срока восстановления пока нет, и назови время следующего обновления.</w:t>
        <w:br/>
        <w:t>3. В каждом ответе о сбое называй, что ещё работает, обходной путь и время следующего обновления.</w:t>
        <w:br/>
        <w:t>4. Никогда не обещай возврат денег, компенсацию или отмену штрафа. Передай чат команде, если клиент просит об этом, у него срок сегодня, он упоминает суд, данные или безопасность или просит позвать человека.</w:t>
        <w:br/>
        <w:t>5. Отвечай о сбое в 2 или 3 предложениях. Извиняйся один раз.</w:t>
      </w:r>
    </w:p>
    <w:p>
      <w:pPr>
        <w:spacing w:after="60"/>
      </w:pPr>
      <w:r>
        <w:rPr>
          <w:rFonts w:ascii="Calibri" w:hAnsi="Calibri" w:cs="Calibri" w:eastAsia="Calibri"/>
          <w:b/>
          <w:color w:val="6B3CF0"/>
          <w:sz w:val="21"/>
        </w:rPr>
        <w:t xml:space="preserve">Вставьте в «Базу знаний»: </w:t>
      </w:r>
      <w:r>
        <w:rPr>
          <w:rFonts w:ascii="Calibri" w:hAnsi="Calibri" w:cs="Calibri" w:eastAsia="Calibri"/>
          <w:b w:val="0"/>
          <w:color w:val="15131F"/>
          <w:sz w:val="21"/>
        </w:rPr>
        <w:t>СВОДКА О СБОЕ, обновлено в [время] [даты]</w:t>
        <w:br/>
        <w:t>Не работает: [что не работает] с [времени начала].</w:t>
        <w:br/>
        <w:t>Ещё работает: [что ещё работает].</w:t>
        <w:br/>
        <w:t>Кого затрагивает: [кого затрагивает].</w:t>
        <w:br/>
        <w:t>Обходной путь: [обходной путь].</w:t>
        <w:br/>
        <w:t>Срок восстановления: [срок с запасом или пока нет].</w:t>
        <w:br/>
        <w:t>Решения: [например, никаких штрафов за позднюю отмену в часы сбоя, или нет].</w:t>
        <w:br/>
        <w:t>Следующее обновление: [время следующего обновления] в этом чате и в [соцсеть].</w:t>
      </w:r>
    </w:p>
    <w:p>
      <w:pPr>
        <w:spacing w:after="40"/>
      </w:pPr>
      <w:r>
        <w:rPr>
          <w:rFonts w:ascii="Calibri" w:hAnsi="Calibri" w:cs="Calibri" w:eastAsia="Calibri"/>
          <w:b/>
          <w:color w:val="6B3CF0"/>
          <w:sz w:val="21"/>
        </w:rPr>
        <w:t>Каждые 30 минут и в конце</w:t>
      </w:r>
    </w:p>
    <w:p>
      <w:pPr>
        <w:spacing w:after="40"/>
      </w:pPr>
      <w:r>
        <w:rPr>
          <w:rFonts w:ascii="Calibri" w:hAnsi="Calibri" w:cs="Calibri" w:eastAsia="Calibri"/>
          <w:b w:val="0"/>
          <w:color w:val="15131F"/>
          <w:sz w:val="21"/>
        </w:rPr>
        <w:t>1. Сначала обновите сводку: Новое время, срок восстановления и следующее обновление; сохраните, затем опубликуйте те же факты в других каналах.</w:t>
      </w:r>
    </w:p>
    <w:p>
      <w:pPr>
        <w:spacing w:after="40"/>
      </w:pPr>
      <w:r>
        <w:rPr>
          <w:rFonts w:ascii="Calibri" w:hAnsi="Calibri" w:cs="Calibri" w:eastAsia="Calibri"/>
          <w:b w:val="0"/>
          <w:color w:val="15131F"/>
          <w:sz w:val="21"/>
        </w:rPr>
        <w:t>2. Проверьте: Спросите «У вас всё сломалось?» и «Когда заработает?» и убедитесь, что ответы опираются на новую сводку.</w:t>
      </w:r>
    </w:p>
    <w:p>
      <w:pPr>
        <w:spacing w:after="40"/>
      </w:pPr>
      <w:r>
        <w:rPr>
          <w:rFonts w:ascii="Calibri" w:hAnsi="Calibri" w:cs="Calibri" w:eastAsia="Calibri"/>
          <w:b w:val="0"/>
          <w:color w:val="15131F"/>
          <w:sz w:val="21"/>
        </w:rPr>
        <w:t>3. После восстановления: Удалите оба блока, сохраните и проверьте, что AI-агент больше не упоминает сбой.</w:t>
      </w:r>
    </w:p>
    <w:p>
      <w:pPr>
        <w:spacing w:after="60"/>
      </w:pPr>
      <w:r>
        <w:rPr>
          <w:rFonts w:ascii="Calibri" w:hAnsi="Calibri" w:cs="Calibri" w:eastAsia="Calibri"/>
          <w:b/>
          <w:color w:val="6B3CF0"/>
          <w:sz w:val="21"/>
        </w:rPr>
        <w:t xml:space="preserve">Никогда не позволяйте AI-агенту: </w:t>
      </w:r>
      <w:r>
        <w:rPr>
          <w:rFonts w:ascii="Calibri" w:hAnsi="Calibri" w:cs="Calibri" w:eastAsia="Calibri"/>
          <w:b w:val="0"/>
          <w:color w:val="5D5A70"/>
          <w:sz w:val="21"/>
        </w:rPr>
        <w:t>Угадывать срок восстановления, объяснять причину, которую никто не подтвердил, или предлагать деньги.</w:t>
      </w:r>
    </w:p>
    <w:p>
      <w:pPr>
        <w:spacing w:after="160"/>
      </w:pPr>
    </w:p>
    <w:p>
      <w:pPr>
        <w:spacing w:after="80"/>
      </w:pPr>
      <w:r>
        <w:rPr>
          <w:rFonts w:ascii="Calibri" w:hAnsi="Calibri" w:cs="Calibri" w:eastAsia="Calibri"/>
          <w:b/>
          <w:color w:val="15131F"/>
          <w:sz w:val="28"/>
        </w:rPr>
        <w:t>Пример: Уведомление клиентов о сбое: студия йоги без онлайн-записи</w:t>
      </w:r>
    </w:p>
    <w:p>
      <w:pPr>
        <w:spacing w:after="120"/>
      </w:pPr>
      <w:r>
        <w:rPr>
          <w:rFonts w:ascii="Calibri" w:hAnsi="Calibri" w:cs="Calibri" w:eastAsia="Calibri"/>
          <w:b w:val="0"/>
          <w:color w:val="5D5A70"/>
          <w:sz w:val="21"/>
        </w:rPr>
        <w:t>Ironbark Yoga — вымышленная студия примерно на 600 клиентов, открывается в 06:00. Во вторник, 6 октября 2026 года, в 06:10 у неё перестаёт работать приложение для записи. Управляющий Тео пишет сводку о сбое; AI-агент отвечает по ней в чате, Ана публикует её в Instagram, а Тео пишет письмо 46 клиентам, записанным на занятия до полудня.</w:t>
      </w:r>
    </w:p>
    <w:p>
      <w:pPr>
        <w:spacing w:after="60"/>
      </w:pPr>
      <w:r>
        <w:rPr>
          <w:rFonts w:ascii="Calibri" w:hAnsi="Calibri" w:cs="Calibri" w:eastAsia="Calibri"/>
          <w:b/>
          <w:color w:val="6B3CF0"/>
          <w:sz w:val="21"/>
        </w:rPr>
        <w:t xml:space="preserve">Клиент: </w:t>
      </w:r>
      <w:r>
        <w:rPr>
          <w:rFonts w:ascii="Calibri" w:hAnsi="Calibri" w:cs="Calibri" w:eastAsia="Calibri"/>
          <w:b w:val="0"/>
          <w:color w:val="15131F"/>
          <w:sz w:val="21"/>
        </w:rPr>
        <w:t>Ваше приложение сломалось, и я не могу отменить занятие в 9:30. Если вы из-за этого возьмёте с меня штраф 15 $ за позднюю отмену, я от вас ухожу.</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Мне очень жаль, Джордан. Наше приложение для записи не работает с 06:10, поэтому отменить запись в приложении не получится. Занятия проходят по расписанию. Решать вопросы о штрафах я не могу, поэтому передаю вас Тео, управляющему студией. Он ответит здесь в течение 10 минут.</w:t>
      </w:r>
    </w:p>
    <w:p>
      <w:pPr>
        <w:spacing w:after="60"/>
      </w:pPr>
      <w:r>
        <w:rPr>
          <w:rFonts w:ascii="Calibri" w:hAnsi="Calibri" w:cs="Calibri" w:eastAsia="Calibri"/>
          <w:b/>
          <w:color w:val="6B3CF0"/>
          <w:sz w:val="21"/>
        </w:rPr>
        <w:t xml:space="preserve">Тео (управляющий студией): </w:t>
      </w:r>
      <w:r>
        <w:rPr>
          <w:rFonts w:ascii="Calibri" w:hAnsi="Calibri" w:cs="Calibri" w:eastAsia="Calibri"/>
          <w:b w:val="0"/>
          <w:color w:val="15131F"/>
          <w:sz w:val="21"/>
        </w:rPr>
        <w:t>Здравствуйте, Джордан, это Тео. Я отменил вашу запись на 9:30. Сегодня ни за одно занятие с 06:00 до 12:00 штрафов за позднюю отмену или неявку не будет; наша владелица Роса одобрила это несколько минут назад.</w:t>
      </w:r>
    </w:p>
    <w:p>
      <w:pPr>
        <w:spacing w:after="60"/>
      </w:pPr>
      <w:r>
        <w:rPr>
          <w:rFonts w:ascii="Calibri" w:hAnsi="Calibri" w:cs="Calibri" w:eastAsia="Calibri"/>
          <w:b/>
          <w:color w:val="6B3CF0"/>
          <w:sz w:val="21"/>
        </w:rPr>
        <w:t xml:space="preserve">Клиент: </w:t>
      </w:r>
      <w:r>
        <w:rPr>
          <w:rFonts w:ascii="Calibri" w:hAnsi="Calibri" w:cs="Calibri" w:eastAsia="Calibri"/>
          <w:b w:val="0"/>
          <w:color w:val="15131F"/>
          <w:sz w:val="21"/>
        </w:rPr>
        <w:t>Хорошо, спасибо. А когда приложение снова заработает?</w:t>
      </w:r>
    </w:p>
    <w:p>
      <w:pPr>
        <w:spacing w:after="60"/>
      </w:pPr>
      <w:r>
        <w:rPr>
          <w:rFonts w:ascii="Calibri" w:hAnsi="Calibri" w:cs="Calibri" w:eastAsia="Calibri"/>
          <w:b/>
          <w:color w:val="6B3CF0"/>
          <w:sz w:val="21"/>
        </w:rPr>
        <w:t xml:space="preserve">Тео (управляющий студией): </w:t>
      </w:r>
      <w:r>
        <w:rPr>
          <w:rFonts w:ascii="Calibri" w:hAnsi="Calibri" w:cs="Calibri" w:eastAsia="Calibri"/>
          <w:b w:val="0"/>
          <w:color w:val="15131F"/>
          <w:sz w:val="21"/>
        </w:rPr>
        <w:t>Провайдер ожидает исправления к 08:30, поэтому мы говорим: до 09:00. Следующее обновление здесь и в Instagram до 08:00.</w:t>
      </w:r>
    </w:p>
    <w:p>
      <w:pPr>
        <w:spacing w:after="80"/>
      </w:pPr>
    </w:p>
    <w:p>
      <w:pPr>
        <w:spacing w:after="80"/>
      </w:pPr>
      <w:r>
        <w:rPr>
          <w:rFonts w:ascii="Calibri" w:hAnsi="Calibri" w:cs="Calibri" w:eastAsia="Calibri"/>
          <w:b/>
          <w:color w:val="15131F"/>
          <w:sz w:val="24"/>
        </w:rPr>
        <w:t>Сводка о сбое на 07:48: поля, которые копирует каждое сообщение</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Не работает</w:t>
            </w:r>
          </w:p>
        </w:tc>
        <w:tc>
          <w:tcPr>
            <w:tcW w:type="dxa" w:w="4986"/>
          </w:tcPr>
          <w:p>
            <w:r/>
            <w:r>
              <w:rPr>
                <w:rFonts w:ascii="Calibri" w:hAnsi="Calibri" w:cs="Calibri" w:eastAsia="Calibri"/>
                <w:b w:val="0"/>
                <w:color w:val="15131F"/>
                <w:sz w:val="19"/>
              </w:rPr>
              <w:t>Приложение и запись на сайте с 06:10: нельзя записаться, отменить запись или оплатить онлайн</w:t>
            </w:r>
          </w:p>
        </w:tc>
      </w:tr>
      <w:tr>
        <w:tc>
          <w:tcPr>
            <w:tcW w:type="dxa" w:w="4986"/>
          </w:tcPr>
          <w:p>
            <w:r/>
            <w:r>
              <w:rPr>
                <w:rFonts w:ascii="Calibri" w:hAnsi="Calibri" w:cs="Calibri" w:eastAsia="Calibri"/>
                <w:b/>
                <w:color w:val="15131F"/>
                <w:sz w:val="19"/>
              </w:rPr>
              <w:t>Ещё работает</w:t>
            </w:r>
          </w:p>
        </w:tc>
        <w:tc>
          <w:tcPr>
            <w:tcW w:type="dxa" w:w="4986"/>
          </w:tcPr>
          <w:p>
            <w:r/>
            <w:r>
              <w:rPr>
                <w:rFonts w:ascii="Calibri" w:hAnsi="Calibri" w:cs="Calibri" w:eastAsia="Calibri"/>
                <w:b w:val="0"/>
                <w:color w:val="15131F"/>
                <w:sz w:val="19"/>
              </w:rPr>
              <w:t>Студия открыта, все занятия проходят, записи, сделанные до 06:10, сохранены</w:t>
            </w:r>
          </w:p>
        </w:tc>
      </w:tr>
      <w:tr>
        <w:tc>
          <w:tcPr>
            <w:tcW w:type="dxa" w:w="4986"/>
          </w:tcPr>
          <w:p>
            <w:r/>
            <w:r>
              <w:rPr>
                <w:rFonts w:ascii="Calibri" w:hAnsi="Calibri" w:cs="Calibri" w:eastAsia="Calibri"/>
                <w:b/>
                <w:color w:val="15131F"/>
                <w:sz w:val="19"/>
              </w:rPr>
              <w:t>Кого затрагивает</w:t>
            </w:r>
          </w:p>
        </w:tc>
        <w:tc>
          <w:tcPr>
            <w:tcW w:type="dxa" w:w="4986"/>
          </w:tcPr>
          <w:p>
            <w:r/>
            <w:r>
              <w:rPr>
                <w:rFonts w:ascii="Calibri" w:hAnsi="Calibri" w:cs="Calibri" w:eastAsia="Calibri"/>
                <w:b w:val="0"/>
                <w:color w:val="15131F"/>
                <w:sz w:val="19"/>
              </w:rPr>
              <w:t>Клиентов, которые записываются или отменяют запись онлайн; 46 клиентов записаны на время до 12:00</w:t>
            </w:r>
          </w:p>
        </w:tc>
      </w:tr>
      <w:tr>
        <w:tc>
          <w:tcPr>
            <w:tcW w:type="dxa" w:w="4986"/>
          </w:tcPr>
          <w:p>
            <w:r/>
            <w:r>
              <w:rPr>
                <w:rFonts w:ascii="Calibri" w:hAnsi="Calibri" w:cs="Calibri" w:eastAsia="Calibri"/>
                <w:b/>
                <w:color w:val="15131F"/>
                <w:sz w:val="19"/>
              </w:rPr>
              <w:t>Обходной путь</w:t>
            </w:r>
          </w:p>
        </w:tc>
        <w:tc>
          <w:tcPr>
            <w:tcW w:type="dxa" w:w="4986"/>
          </w:tcPr>
          <w:p>
            <w:r/>
            <w:r>
              <w:rPr>
                <w:rFonts w:ascii="Calibri" w:hAnsi="Calibri" w:cs="Calibri" w:eastAsia="Calibri"/>
                <w:b w:val="0"/>
                <w:color w:val="15131F"/>
                <w:sz w:val="19"/>
              </w:rPr>
              <w:t>Отметка по имени на стойке администратора; для отмены ответьте в чате или по почте</w:t>
            </w:r>
          </w:p>
        </w:tc>
      </w:tr>
      <w:tr>
        <w:tc>
          <w:tcPr>
            <w:tcW w:type="dxa" w:w="4986"/>
          </w:tcPr>
          <w:p>
            <w:r/>
            <w:r>
              <w:rPr>
                <w:rFonts w:ascii="Calibri" w:hAnsi="Calibri" w:cs="Calibri" w:eastAsia="Calibri"/>
                <w:b/>
                <w:color w:val="15131F"/>
                <w:sz w:val="19"/>
              </w:rPr>
              <w:t>Следующее обновление</w:t>
            </w:r>
          </w:p>
        </w:tc>
        <w:tc>
          <w:tcPr>
            <w:tcW w:type="dxa" w:w="4986"/>
          </w:tcPr>
          <w:p>
            <w:r/>
            <w:r>
              <w:rPr>
                <w:rFonts w:ascii="Calibri" w:hAnsi="Calibri" w:cs="Calibri" w:eastAsia="Calibri"/>
                <w:b w:val="0"/>
                <w:color w:val="15131F"/>
                <w:sz w:val="19"/>
              </w:rPr>
              <w:t>08:00 в чате и в Instagram; следующее письмо до 09:00</w:t>
            </w:r>
          </w:p>
        </w:tc>
      </w:tr>
      <w:tr>
        <w:tc>
          <w:tcPr>
            <w:tcW w:type="dxa" w:w="4986"/>
          </w:tcPr>
          <w:p>
            <w:r/>
            <w:r>
              <w:rPr>
                <w:rFonts w:ascii="Calibri" w:hAnsi="Calibri" w:cs="Calibri" w:eastAsia="Calibri"/>
                <w:b/>
                <w:color w:val="15131F"/>
                <w:sz w:val="19"/>
              </w:rPr>
              <w:t>Срок восстановления</w:t>
            </w:r>
          </w:p>
        </w:tc>
        <w:tc>
          <w:tcPr>
            <w:tcW w:type="dxa" w:w="4986"/>
          </w:tcPr>
          <w:p>
            <w:r/>
            <w:r>
              <w:rPr>
                <w:rFonts w:ascii="Calibri" w:hAnsi="Calibri" w:cs="Calibri" w:eastAsia="Calibri"/>
                <w:b w:val="0"/>
                <w:color w:val="15131F"/>
                <w:sz w:val="19"/>
              </w:rPr>
              <w:t>Провайдер: 08:30 (подтверждено в 07:24). Мы говорим: до 09:00</w:t>
            </w:r>
          </w:p>
        </w:tc>
      </w:tr>
      <w:tr>
        <w:tc>
          <w:tcPr>
            <w:tcW w:type="dxa" w:w="4986"/>
          </w:tcPr>
          <w:p>
            <w:r/>
            <w:r>
              <w:rPr>
                <w:rFonts w:ascii="Calibri" w:hAnsi="Calibri" w:cs="Calibri" w:eastAsia="Calibri"/>
                <w:b/>
                <w:color w:val="15131F"/>
                <w:sz w:val="19"/>
              </w:rPr>
              <w:t>Решения</w:t>
            </w:r>
          </w:p>
        </w:tc>
        <w:tc>
          <w:tcPr>
            <w:tcW w:type="dxa" w:w="4986"/>
          </w:tcPr>
          <w:p>
            <w:r/>
            <w:r>
              <w:rPr>
                <w:rFonts w:ascii="Calibri" w:hAnsi="Calibri" w:cs="Calibri" w:eastAsia="Calibri"/>
                <w:b w:val="0"/>
                <w:color w:val="15131F"/>
                <w:sz w:val="19"/>
              </w:rPr>
              <w:t>Без штрафов за позднюю отмену или неявку с 06:00 до 12:00, одобрила Роса в 07:44</w:t>
            </w:r>
          </w:p>
        </w:tc>
      </w:tr>
      <w:tr>
        <w:tc>
          <w:tcPr>
            <w:tcW w:type="dxa" w:w="4986"/>
          </w:tcPr>
          <w:p>
            <w:r/>
            <w:r>
              <w:rPr>
                <w:rFonts w:ascii="Calibri" w:hAnsi="Calibri" w:cs="Calibri" w:eastAsia="Calibri"/>
                <w:b/>
                <w:color w:val="15131F"/>
                <w:sz w:val="19"/>
              </w:rPr>
              <w:t>Итоговое письмо</w:t>
            </w:r>
          </w:p>
        </w:tc>
        <w:tc>
          <w:tcPr>
            <w:tcW w:type="dxa" w:w="4986"/>
          </w:tcPr>
          <w:p>
            <w:r/>
            <w:r>
              <w:rPr>
                <w:rFonts w:ascii="Calibri" w:hAnsi="Calibri" w:cs="Calibri" w:eastAsia="Calibri"/>
                <w:b w:val="0"/>
                <w:color w:val="15131F"/>
                <w:sz w:val="19"/>
              </w:rPr>
              <w:t>Письмо до 7 октября, 12:00, ответственный Тео</w:t>
            </w:r>
          </w:p>
        </w:tc>
      </w:tr>
    </w:tbl>
    <w:p/>
    <w:p>
      <w:pPr>
        <w:spacing w:after="80"/>
      </w:pPr>
      <w:r>
        <w:rPr>
          <w:rFonts w:ascii="Calibri" w:hAnsi="Calibri" w:cs="Calibri" w:eastAsia="Calibri"/>
          <w:b/>
          <w:color w:val="15131F"/>
          <w:sz w:val="24"/>
        </w:rPr>
        <w:t>Журнал сообщений, 6 октября: 17 сообщений, 3 канала</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Время</w:t>
            </w:r>
          </w:p>
        </w:tc>
        <w:tc>
          <w:tcPr>
            <w:tcW w:type="dxa" w:w="3324"/>
            <w:shd w:val="clear" w:color="auto" w:fill="EFE9FF"/>
          </w:tcPr>
          <w:p>
            <w:r/>
            <w:r>
              <w:rPr>
                <w:rFonts w:ascii="Calibri" w:hAnsi="Calibri" w:cs="Calibri" w:eastAsia="Calibri"/>
                <w:b/>
                <w:color w:val="15131F"/>
                <w:sz w:val="19"/>
              </w:rPr>
              <w:t>Канал и тип</w:t>
            </w:r>
          </w:p>
        </w:tc>
        <w:tc>
          <w:tcPr>
            <w:tcW w:type="dxa" w:w="3324"/>
            <w:shd w:val="clear" w:color="auto" w:fill="EFE9FF"/>
          </w:tcPr>
          <w:p>
            <w:r/>
            <w:r>
              <w:rPr>
                <w:rFonts w:ascii="Calibri" w:hAnsi="Calibri" w:cs="Calibri" w:eastAsia="Calibri"/>
                <w:b/>
                <w:color w:val="15131F"/>
                <w:sz w:val="19"/>
              </w:rPr>
              <w:t>Следующее обновление</w:t>
            </w:r>
          </w:p>
        </w:tc>
      </w:tr>
      <w:tr>
        <w:tc>
          <w:tcPr>
            <w:tcW w:type="dxa" w:w="3324"/>
          </w:tcPr>
          <w:p>
            <w:r/>
            <w:r>
              <w:rPr>
                <w:rFonts w:ascii="Calibri" w:hAnsi="Calibri" w:cs="Calibri" w:eastAsia="Calibri"/>
                <w:b w:val="0"/>
                <w:color w:val="15131F"/>
                <w:sz w:val="19"/>
              </w:rPr>
              <w:t>06:29</w:t>
            </w:r>
          </w:p>
        </w:tc>
        <w:tc>
          <w:tcPr>
            <w:tcW w:type="dxa" w:w="3324"/>
          </w:tcPr>
          <w:p>
            <w:r/>
            <w:r>
              <w:rPr>
                <w:rFonts w:ascii="Calibri" w:hAnsi="Calibri" w:cs="Calibri" w:eastAsia="Calibri"/>
                <w:b w:val="0"/>
                <w:color w:val="15131F"/>
                <w:sz w:val="19"/>
              </w:rPr>
              <w:t>Чат: первое уведомление</w:t>
            </w:r>
          </w:p>
        </w:tc>
        <w:tc>
          <w:tcPr>
            <w:tcW w:type="dxa" w:w="3324"/>
          </w:tcPr>
          <w:p>
            <w:r/>
            <w:r>
              <w:rPr>
                <w:rFonts w:ascii="Calibri" w:hAnsi="Calibri" w:cs="Calibri" w:eastAsia="Calibri"/>
                <w:b w:val="0"/>
                <w:color w:val="15131F"/>
                <w:sz w:val="19"/>
              </w:rPr>
              <w:t>07:00</w:t>
            </w:r>
          </w:p>
        </w:tc>
      </w:tr>
      <w:tr>
        <w:tc>
          <w:tcPr>
            <w:tcW w:type="dxa" w:w="3324"/>
          </w:tcPr>
          <w:p>
            <w:r/>
            <w:r>
              <w:rPr>
                <w:rFonts w:ascii="Calibri" w:hAnsi="Calibri" w:cs="Calibri" w:eastAsia="Calibri"/>
                <w:b w:val="0"/>
                <w:color w:val="15131F"/>
                <w:sz w:val="19"/>
              </w:rPr>
              <w:t>06:31</w:t>
            </w:r>
          </w:p>
        </w:tc>
        <w:tc>
          <w:tcPr>
            <w:tcW w:type="dxa" w:w="3324"/>
          </w:tcPr>
          <w:p>
            <w:r/>
            <w:r>
              <w:rPr>
                <w:rFonts w:ascii="Calibri" w:hAnsi="Calibri" w:cs="Calibri" w:eastAsia="Calibri"/>
                <w:b w:val="0"/>
                <w:color w:val="15131F"/>
                <w:sz w:val="19"/>
              </w:rPr>
              <w:t>Почта: первое уведомление</w:t>
            </w:r>
          </w:p>
        </w:tc>
        <w:tc>
          <w:tcPr>
            <w:tcW w:type="dxa" w:w="3324"/>
          </w:tcPr>
          <w:p>
            <w:r/>
            <w:r>
              <w:rPr>
                <w:rFonts w:ascii="Calibri" w:hAnsi="Calibri" w:cs="Calibri" w:eastAsia="Calibri"/>
                <w:b w:val="0"/>
                <w:color w:val="15131F"/>
                <w:sz w:val="19"/>
              </w:rPr>
              <w:t>До 08:30</w:t>
            </w:r>
          </w:p>
        </w:tc>
      </w:tr>
      <w:tr>
        <w:tc>
          <w:tcPr>
            <w:tcW w:type="dxa" w:w="3324"/>
          </w:tcPr>
          <w:p>
            <w:r/>
            <w:r>
              <w:rPr>
                <w:rFonts w:ascii="Calibri" w:hAnsi="Calibri" w:cs="Calibri" w:eastAsia="Calibri"/>
                <w:b w:val="0"/>
                <w:color w:val="15131F"/>
                <w:sz w:val="19"/>
              </w:rPr>
              <w:t>06:34</w:t>
            </w:r>
          </w:p>
        </w:tc>
        <w:tc>
          <w:tcPr>
            <w:tcW w:type="dxa" w:w="3324"/>
          </w:tcPr>
          <w:p>
            <w:r/>
            <w:r>
              <w:rPr>
                <w:rFonts w:ascii="Calibri" w:hAnsi="Calibri" w:cs="Calibri" w:eastAsia="Calibri"/>
                <w:b w:val="0"/>
                <w:color w:val="15131F"/>
                <w:sz w:val="19"/>
              </w:rPr>
              <w:t>Instagram: первое уведомление</w:t>
            </w:r>
          </w:p>
        </w:tc>
        <w:tc>
          <w:tcPr>
            <w:tcW w:type="dxa" w:w="3324"/>
          </w:tcPr>
          <w:p>
            <w:r/>
            <w:r>
              <w:rPr>
                <w:rFonts w:ascii="Calibri" w:hAnsi="Calibri" w:cs="Calibri" w:eastAsia="Calibri"/>
                <w:b w:val="0"/>
                <w:color w:val="15131F"/>
                <w:sz w:val="19"/>
              </w:rPr>
              <w:t>07:00</w:t>
            </w:r>
          </w:p>
        </w:tc>
      </w:tr>
      <w:tr>
        <w:tc>
          <w:tcPr>
            <w:tcW w:type="dxa" w:w="3324"/>
          </w:tcPr>
          <w:p>
            <w:r/>
            <w:r>
              <w:rPr>
                <w:rFonts w:ascii="Calibri" w:hAnsi="Calibri" w:cs="Calibri" w:eastAsia="Calibri"/>
                <w:b w:val="0"/>
                <w:color w:val="15131F"/>
                <w:sz w:val="19"/>
              </w:rPr>
              <w:t>07:30</w:t>
            </w:r>
          </w:p>
        </w:tc>
        <w:tc>
          <w:tcPr>
            <w:tcW w:type="dxa" w:w="3324"/>
          </w:tcPr>
          <w:p>
            <w:r/>
            <w:r>
              <w:rPr>
                <w:rFonts w:ascii="Calibri" w:hAnsi="Calibri" w:cs="Calibri" w:eastAsia="Calibri"/>
                <w:b w:val="0"/>
                <w:color w:val="15131F"/>
                <w:sz w:val="19"/>
              </w:rPr>
              <w:t>Чат: обновление со сроком</w:t>
            </w:r>
          </w:p>
        </w:tc>
        <w:tc>
          <w:tcPr>
            <w:tcW w:type="dxa" w:w="3324"/>
          </w:tcPr>
          <w:p>
            <w:r/>
            <w:r>
              <w:rPr>
                <w:rFonts w:ascii="Calibri" w:hAnsi="Calibri" w:cs="Calibri" w:eastAsia="Calibri"/>
                <w:b w:val="0"/>
                <w:color w:val="15131F"/>
                <w:sz w:val="19"/>
              </w:rPr>
              <w:t>08:00</w:t>
            </w:r>
          </w:p>
        </w:tc>
      </w:tr>
      <w:tr>
        <w:tc>
          <w:tcPr>
            <w:tcW w:type="dxa" w:w="3324"/>
          </w:tcPr>
          <w:p>
            <w:r/>
            <w:r>
              <w:rPr>
                <w:rFonts w:ascii="Calibri" w:hAnsi="Calibri" w:cs="Calibri" w:eastAsia="Calibri"/>
                <w:b w:val="0"/>
                <w:color w:val="15131F"/>
                <w:sz w:val="19"/>
              </w:rPr>
              <w:t>07:41</w:t>
            </w:r>
          </w:p>
        </w:tc>
        <w:tc>
          <w:tcPr>
            <w:tcW w:type="dxa" w:w="3324"/>
          </w:tcPr>
          <w:p>
            <w:r/>
            <w:r>
              <w:rPr>
                <w:rFonts w:ascii="Calibri" w:hAnsi="Calibri" w:cs="Calibri" w:eastAsia="Calibri"/>
                <w:b w:val="0"/>
                <w:color w:val="15131F"/>
                <w:sz w:val="19"/>
              </w:rPr>
              <w:t>Instagram: обновление, опоздание 11 мин</w:t>
            </w:r>
          </w:p>
        </w:tc>
        <w:tc>
          <w:tcPr>
            <w:tcW w:type="dxa" w:w="3324"/>
          </w:tcPr>
          <w:p>
            <w:r/>
            <w:r>
              <w:rPr>
                <w:rFonts w:ascii="Calibri" w:hAnsi="Calibri" w:cs="Calibri" w:eastAsia="Calibri"/>
                <w:b w:val="0"/>
                <w:color w:val="15131F"/>
                <w:sz w:val="19"/>
              </w:rPr>
              <w:t>08:00</w:t>
            </w:r>
          </w:p>
        </w:tc>
      </w:tr>
      <w:tr>
        <w:tc>
          <w:tcPr>
            <w:tcW w:type="dxa" w:w="3324"/>
          </w:tcPr>
          <w:p>
            <w:r/>
            <w:r>
              <w:rPr>
                <w:rFonts w:ascii="Calibri" w:hAnsi="Calibri" w:cs="Calibri" w:eastAsia="Calibri"/>
                <w:b w:val="0"/>
                <w:color w:val="15131F"/>
                <w:sz w:val="19"/>
              </w:rPr>
              <w:t>07:48</w:t>
            </w:r>
          </w:p>
        </w:tc>
        <w:tc>
          <w:tcPr>
            <w:tcW w:type="dxa" w:w="3324"/>
          </w:tcPr>
          <w:p>
            <w:r/>
            <w:r>
              <w:rPr>
                <w:rFonts w:ascii="Calibri" w:hAnsi="Calibri" w:cs="Calibri" w:eastAsia="Calibri"/>
                <w:b w:val="0"/>
                <w:color w:val="15131F"/>
                <w:sz w:val="19"/>
              </w:rPr>
              <w:t>Чат: обходной путь и отмена штрафов</w:t>
            </w:r>
          </w:p>
        </w:tc>
        <w:tc>
          <w:tcPr>
            <w:tcW w:type="dxa" w:w="3324"/>
          </w:tcPr>
          <w:p>
            <w:r/>
            <w:r>
              <w:rPr>
                <w:rFonts w:ascii="Calibri" w:hAnsi="Calibri" w:cs="Calibri" w:eastAsia="Calibri"/>
                <w:b w:val="0"/>
                <w:color w:val="15131F"/>
                <w:sz w:val="19"/>
              </w:rPr>
              <w:t>08:00</w:t>
            </w:r>
          </w:p>
        </w:tc>
      </w:tr>
      <w:tr>
        <w:tc>
          <w:tcPr>
            <w:tcW w:type="dxa" w:w="3324"/>
          </w:tcPr>
          <w:p>
            <w:r/>
            <w:r>
              <w:rPr>
                <w:rFonts w:ascii="Calibri" w:hAnsi="Calibri" w:cs="Calibri" w:eastAsia="Calibri"/>
                <w:b w:val="0"/>
                <w:color w:val="15131F"/>
                <w:sz w:val="19"/>
              </w:rPr>
              <w:t>08:44</w:t>
            </w:r>
          </w:p>
        </w:tc>
        <w:tc>
          <w:tcPr>
            <w:tcW w:type="dxa" w:w="3324"/>
          </w:tcPr>
          <w:p>
            <w:r/>
            <w:r>
              <w:rPr>
                <w:rFonts w:ascii="Calibri" w:hAnsi="Calibri" w:cs="Calibri" w:eastAsia="Calibri"/>
                <w:b w:val="0"/>
                <w:color w:val="15131F"/>
                <w:sz w:val="19"/>
              </w:rPr>
              <w:t>Чат: восстановление</w:t>
            </w:r>
          </w:p>
        </w:tc>
        <w:tc>
          <w:tcPr>
            <w:tcW w:type="dxa" w:w="3324"/>
          </w:tcPr>
          <w:p>
            <w:r/>
            <w:r>
              <w:rPr>
                <w:rFonts w:ascii="Calibri" w:hAnsi="Calibri" w:cs="Calibri" w:eastAsia="Calibri"/>
                <w:b w:val="0"/>
                <w:color w:val="15131F"/>
                <w:sz w:val="19"/>
              </w:rPr>
              <w:t>Нет</w:t>
            </w:r>
          </w:p>
        </w:tc>
      </w:tr>
      <w:tr>
        <w:tc>
          <w:tcPr>
            <w:tcW w:type="dxa" w:w="3324"/>
          </w:tcPr>
          <w:p>
            <w:r/>
            <w:r>
              <w:rPr>
                <w:rFonts w:ascii="Calibri" w:hAnsi="Calibri" w:cs="Calibri" w:eastAsia="Calibri"/>
                <w:b w:val="0"/>
                <w:color w:val="15131F"/>
                <w:sz w:val="19"/>
              </w:rPr>
              <w:t>08:46</w:t>
            </w:r>
          </w:p>
        </w:tc>
        <w:tc>
          <w:tcPr>
            <w:tcW w:type="dxa" w:w="3324"/>
          </w:tcPr>
          <w:p>
            <w:r/>
            <w:r>
              <w:rPr>
                <w:rFonts w:ascii="Calibri" w:hAnsi="Calibri" w:cs="Calibri" w:eastAsia="Calibri"/>
                <w:b w:val="0"/>
                <w:color w:val="15131F"/>
                <w:sz w:val="19"/>
              </w:rPr>
              <w:t>Instagram: восстановление</w:t>
            </w:r>
          </w:p>
        </w:tc>
        <w:tc>
          <w:tcPr>
            <w:tcW w:type="dxa" w:w="3324"/>
          </w:tcPr>
          <w:p>
            <w:r/>
            <w:r>
              <w:rPr>
                <w:rFonts w:ascii="Calibri" w:hAnsi="Calibri" w:cs="Calibri" w:eastAsia="Calibri"/>
                <w:b w:val="0"/>
                <w:color w:val="15131F"/>
                <w:sz w:val="19"/>
              </w:rPr>
              <w:t>Нет</w:t>
            </w:r>
          </w:p>
        </w:tc>
      </w:tr>
      <w:tr>
        <w:tc>
          <w:tcPr>
            <w:tcW w:type="dxa" w:w="3324"/>
          </w:tcPr>
          <w:p>
            <w:r/>
            <w:r>
              <w:rPr>
                <w:rFonts w:ascii="Calibri" w:hAnsi="Calibri" w:cs="Calibri" w:eastAsia="Calibri"/>
                <w:b w:val="0"/>
                <w:color w:val="15131F"/>
                <w:sz w:val="19"/>
              </w:rPr>
              <w:t>08:49</w:t>
            </w:r>
          </w:p>
        </w:tc>
        <w:tc>
          <w:tcPr>
            <w:tcW w:type="dxa" w:w="3324"/>
          </w:tcPr>
          <w:p>
            <w:r/>
            <w:r>
              <w:rPr>
                <w:rFonts w:ascii="Calibri" w:hAnsi="Calibri" w:cs="Calibri" w:eastAsia="Calibri"/>
                <w:b w:val="0"/>
                <w:color w:val="15131F"/>
                <w:sz w:val="19"/>
              </w:rPr>
              <w:t>Почта: восстановление</w:t>
            </w:r>
          </w:p>
        </w:tc>
        <w:tc>
          <w:tcPr>
            <w:tcW w:type="dxa" w:w="3324"/>
          </w:tcPr>
          <w:p>
            <w:r/>
            <w:r>
              <w:rPr>
                <w:rFonts w:ascii="Calibri" w:hAnsi="Calibri" w:cs="Calibri" w:eastAsia="Calibri"/>
                <w:b w:val="0"/>
                <w:color w:val="15131F"/>
                <w:sz w:val="19"/>
              </w:rPr>
              <w:t>Итоговое письмо до 7 октября, 12:00</w:t>
            </w:r>
          </w:p>
        </w:tc>
      </w:tr>
      <w:tr>
        <w:tc>
          <w:tcPr>
            <w:tcW w:type="dxa" w:w="3324"/>
          </w:tcPr>
          <w:p>
            <w:r/>
            <w:r>
              <w:rPr>
                <w:rFonts w:ascii="Calibri" w:hAnsi="Calibri" w:cs="Calibri" w:eastAsia="Calibri"/>
                <w:b w:val="0"/>
                <w:color w:val="15131F"/>
                <w:sz w:val="19"/>
              </w:rPr>
              <w:t>7 октября, 11:00</w:t>
            </w:r>
          </w:p>
        </w:tc>
        <w:tc>
          <w:tcPr>
            <w:tcW w:type="dxa" w:w="3324"/>
          </w:tcPr>
          <w:p>
            <w:r/>
            <w:r>
              <w:rPr>
                <w:rFonts w:ascii="Calibri" w:hAnsi="Calibri" w:cs="Calibri" w:eastAsia="Calibri"/>
                <w:b w:val="0"/>
                <w:color w:val="15131F"/>
                <w:sz w:val="19"/>
              </w:rPr>
              <w:t>Почта: итоговое письмо</w:t>
            </w:r>
          </w:p>
        </w:tc>
        <w:tc>
          <w:tcPr>
            <w:tcW w:type="dxa" w:w="3324"/>
          </w:tcPr>
          <w:p>
            <w:r/>
            <w:r>
              <w:rPr>
                <w:rFonts w:ascii="Calibri" w:hAnsi="Calibri" w:cs="Calibri" w:eastAsia="Calibri"/>
                <w:b w:val="0"/>
                <w:color w:val="15131F"/>
                <w:sz w:val="19"/>
              </w:rPr>
              <w:t>Нет</w:t>
            </w:r>
          </w:p>
        </w:tc>
      </w:tr>
    </w:tbl>
    <w:p/>
    <w:p>
      <w:pPr>
        <w:spacing w:after="80"/>
      </w:pPr>
      <w:r>
        <w:rPr>
          <w:rFonts w:ascii="Calibri" w:hAnsi="Calibri" w:cs="Calibri" w:eastAsia="Calibri"/>
          <w:b/>
          <w:color w:val="15131F"/>
          <w:sz w:val="24"/>
        </w:rPr>
        <w:t>Проверка завершения и запись в CRM</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Пункт</w:t>
            </w:r>
          </w:p>
        </w:tc>
        <w:tc>
          <w:tcPr>
            <w:tcW w:type="dxa" w:w="3324"/>
            <w:shd w:val="clear" w:color="auto" w:fill="EFE9FF"/>
          </w:tcPr>
          <w:p>
            <w:r/>
            <w:r>
              <w:rPr>
                <w:rFonts w:ascii="Calibri" w:hAnsi="Calibri" w:cs="Calibri" w:eastAsia="Calibri"/>
                <w:b/>
                <w:color w:val="15131F"/>
                <w:sz w:val="19"/>
              </w:rPr>
              <w:t>Записано</w:t>
            </w:r>
          </w:p>
        </w:tc>
        <w:tc>
          <w:tcPr>
            <w:tcW w:type="dxa" w:w="3324"/>
            <w:shd w:val="clear" w:color="auto" w:fill="EFE9FF"/>
          </w:tcPr>
          <w:p>
            <w:r/>
            <w:r>
              <w:rPr>
                <w:rFonts w:ascii="Calibri" w:hAnsi="Calibri" w:cs="Calibri" w:eastAsia="Calibri"/>
                <w:b/>
                <w:color w:val="15131F"/>
                <w:sz w:val="19"/>
              </w:rPr>
              <w:t>Статус</w:t>
            </w:r>
          </w:p>
        </w:tc>
      </w:tr>
      <w:tr>
        <w:tc>
          <w:tcPr>
            <w:tcW w:type="dxa" w:w="3324"/>
          </w:tcPr>
          <w:p>
            <w:r/>
            <w:r>
              <w:rPr>
                <w:rFonts w:ascii="Calibri" w:hAnsi="Calibri" w:cs="Calibri" w:eastAsia="Calibri"/>
                <w:b w:val="0"/>
                <w:color w:val="15131F"/>
                <w:sz w:val="19"/>
              </w:rPr>
              <w:t>Восстановление во всех каналах</w:t>
            </w:r>
          </w:p>
        </w:tc>
        <w:tc>
          <w:tcPr>
            <w:tcW w:type="dxa" w:w="3324"/>
          </w:tcPr>
          <w:p>
            <w:r/>
            <w:r>
              <w:rPr>
                <w:rFonts w:ascii="Calibri" w:hAnsi="Calibri" w:cs="Calibri" w:eastAsia="Calibri"/>
                <w:b w:val="0"/>
                <w:color w:val="15131F"/>
                <w:sz w:val="19"/>
              </w:rPr>
              <w:t>Чат 08:44, Instagram 08:46, почта 08:49</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Итоговое письмо отправлено</w:t>
            </w:r>
          </w:p>
        </w:tc>
        <w:tc>
          <w:tcPr>
            <w:tcW w:type="dxa" w:w="3324"/>
          </w:tcPr>
          <w:p>
            <w:r/>
            <w:r>
              <w:rPr>
                <w:rFonts w:ascii="Calibri" w:hAnsi="Calibri" w:cs="Calibri" w:eastAsia="Calibri"/>
                <w:b w:val="0"/>
                <w:color w:val="15131F"/>
                <w:sz w:val="19"/>
              </w:rPr>
              <w:t>Письмо 7 октября, 11:00</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Журнал заполнен</w:t>
            </w:r>
          </w:p>
        </w:tc>
        <w:tc>
          <w:tcPr>
            <w:tcW w:type="dxa" w:w="3324"/>
          </w:tcPr>
          <w:p>
            <w:r/>
            <w:r>
              <w:rPr>
                <w:rFonts w:ascii="Calibri" w:hAnsi="Calibri" w:cs="Calibri" w:eastAsia="Calibri"/>
                <w:b w:val="0"/>
                <w:color w:val="15131F"/>
                <w:sz w:val="19"/>
              </w:rPr>
              <w:t>17 строк, все поля заполнены</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Сводка о сбое удалена</w:t>
            </w:r>
          </w:p>
        </w:tc>
        <w:tc>
          <w:tcPr>
            <w:tcW w:type="dxa" w:w="3324"/>
          </w:tcPr>
          <w:p>
            <w:r/>
            <w:r>
              <w:rPr>
                <w:rFonts w:ascii="Calibri" w:hAnsi="Calibri" w:cs="Calibri" w:eastAsia="Calibri"/>
                <w:b w:val="0"/>
                <w:color w:val="15131F"/>
                <w:sz w:val="19"/>
              </w:rPr>
              <w:t>«Инструкции» и «База знаний», 08:45</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Чаты о сбое отмечены тегом</w:t>
            </w:r>
          </w:p>
        </w:tc>
        <w:tc>
          <w:tcPr>
            <w:tcW w:type="dxa" w:w="3324"/>
          </w:tcPr>
          <w:p>
            <w:r/>
            <w:r>
              <w:rPr>
                <w:rFonts w:ascii="Calibri" w:hAnsi="Calibri" w:cs="Calibri" w:eastAsia="Calibri"/>
                <w:b w:val="0"/>
                <w:color w:val="15131F"/>
                <w:sz w:val="19"/>
              </w:rPr>
              <w:t>41 чат, тег «Сбой 6 окт», 3 переданы человеку</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Задача по итоговому письму</w:t>
            </w:r>
          </w:p>
        </w:tc>
        <w:tc>
          <w:tcPr>
            <w:tcW w:type="dxa" w:w="3324"/>
          </w:tcPr>
          <w:p>
            <w:r/>
            <w:r>
              <w:rPr>
                <w:rFonts w:ascii="Calibri" w:hAnsi="Calibri" w:cs="Calibri" w:eastAsia="Calibri"/>
                <w:b w:val="0"/>
                <w:color w:val="15131F"/>
                <w:sz w:val="19"/>
              </w:rPr>
              <w:t>Тео, дедлайн 7 октября, 12:00</w:t>
            </w:r>
          </w:p>
        </w:tc>
        <w:tc>
          <w:tcPr>
            <w:tcW w:type="dxa" w:w="3324"/>
          </w:tcPr>
          <w:p>
            <w:r/>
            <w:r>
              <w:rPr>
                <w:rFonts w:ascii="Calibri" w:hAnsi="Calibri" w:cs="Calibri" w:eastAsia="Calibri"/>
                <w:b w:val="0"/>
                <w:color w:val="15131F"/>
                <w:sz w:val="19"/>
              </w:rPr>
              <w:t>Готово</w:t>
            </w:r>
          </w:p>
        </w:tc>
      </w:tr>
    </w:tbl>
    <w:p/>
    <w:p>
      <w:pPr>
        <w:spacing w:after="240"/>
      </w:pPr>
      <w:r>
        <w:rPr>
          <w:rFonts w:ascii="Calibri" w:hAnsi="Calibri" w:cs="Calibri" w:eastAsia="Calibri"/>
          <w:b w:val="0"/>
          <w:color w:val="5D5A70"/>
          <w:sz w:val="18"/>
        </w:rPr>
        <w:t>Вымышленная студия и клиент</w:t>
      </w:r>
    </w:p>
    <w:p>
      <w:pPr>
        <w:spacing w:after="80"/>
      </w:pPr>
      <w:r>
        <w:rPr>
          <w:rFonts w:ascii="Calibri" w:hAnsi="Calibri" w:cs="Calibri" w:eastAsia="Calibri"/>
          <w:b/>
          <w:color w:val="15131F"/>
          <w:sz w:val="28"/>
        </w:rPr>
        <w:t>Письмо клиентам о сбое, чат или соцсети: что и куда отправлять</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Канал</w:t>
            </w:r>
          </w:p>
        </w:tc>
        <w:tc>
          <w:tcPr>
            <w:tcW w:type="dxa" w:w="2493"/>
            <w:shd w:val="clear" w:color="auto" w:fill="EFE9FF"/>
          </w:tcPr>
          <w:p>
            <w:r/>
            <w:r>
              <w:rPr>
                <w:rFonts w:ascii="Calibri" w:hAnsi="Calibri" w:cs="Calibri" w:eastAsia="Calibri"/>
                <w:b/>
                <w:color w:val="15131F"/>
                <w:sz w:val="19"/>
              </w:rPr>
              <w:t>Что туда идёт</w:t>
            </w:r>
          </w:p>
        </w:tc>
        <w:tc>
          <w:tcPr>
            <w:tcW w:type="dxa" w:w="2493"/>
            <w:shd w:val="clear" w:color="auto" w:fill="EFE9FF"/>
          </w:tcPr>
          <w:p>
            <w:r/>
            <w:r>
              <w:rPr>
                <w:rFonts w:ascii="Calibri" w:hAnsi="Calibri" w:cs="Calibri" w:eastAsia="Calibri"/>
                <w:b/>
                <w:color w:val="15131F"/>
                <w:sz w:val="19"/>
              </w:rPr>
              <w:t>Как часто</w:t>
            </w:r>
          </w:p>
        </w:tc>
        <w:tc>
          <w:tcPr>
            <w:tcW w:type="dxa" w:w="2493"/>
            <w:shd w:val="clear" w:color="auto" w:fill="EFE9FF"/>
          </w:tcPr>
          <w:p>
            <w:r/>
            <w:r>
              <w:rPr>
                <w:rFonts w:ascii="Calibri" w:hAnsi="Calibri" w:cs="Calibri" w:eastAsia="Calibri"/>
                <w:b/>
                <w:color w:val="15131F"/>
                <w:sz w:val="19"/>
              </w:rPr>
              <w:t>Ответственный</w:t>
            </w:r>
          </w:p>
        </w:tc>
      </w:tr>
      <w:tr>
        <w:tc>
          <w:tcPr>
            <w:tcW w:type="dxa" w:w="2493"/>
          </w:tcPr>
          <w:p>
            <w:r/>
            <w:r>
              <w:rPr>
                <w:rFonts w:ascii="Calibri" w:hAnsi="Calibri" w:cs="Calibri" w:eastAsia="Calibri"/>
                <w:b w:val="0"/>
                <w:color w:val="15131F"/>
                <w:sz w:val="19"/>
              </w:rPr>
              <w:t>Чат на сайте (AI-агент и команда)</w:t>
            </w:r>
          </w:p>
        </w:tc>
        <w:tc>
          <w:tcPr>
            <w:tcW w:type="dxa" w:w="2493"/>
          </w:tcPr>
          <w:p>
            <w:r/>
            <w:r>
              <w:rPr>
                <w:rFonts w:ascii="Calibri" w:hAnsi="Calibri" w:cs="Calibri" w:eastAsia="Calibri"/>
                <w:b w:val="0"/>
                <w:color w:val="15131F"/>
                <w:sz w:val="19"/>
              </w:rPr>
              <w:t>Первое уведомление, каждое обновление, восстановление</w:t>
            </w:r>
          </w:p>
        </w:tc>
        <w:tc>
          <w:tcPr>
            <w:tcW w:type="dxa" w:w="2493"/>
          </w:tcPr>
          <w:p>
            <w:r/>
            <w:r>
              <w:rPr>
                <w:rFonts w:ascii="Calibri" w:hAnsi="Calibri" w:cs="Calibri" w:eastAsia="Calibri"/>
                <w:b w:val="0"/>
                <w:color w:val="15131F"/>
                <w:sz w:val="19"/>
              </w:rPr>
              <w:t>Каждые 30 минут: обновляйте сводку о сбое</w:t>
            </w:r>
          </w:p>
        </w:tc>
        <w:tc>
          <w:tcPr>
            <w:tcW w:type="dxa" w:w="2493"/>
          </w:tcPr>
          <w:p>
            <w:r/>
            <w:r>
              <w:rPr>
                <w:rFonts w:ascii="Calibri" w:hAnsi="Calibri" w:cs="Calibri" w:eastAsia="Calibri"/>
                <w:b w:val="0"/>
                <w:color w:val="15131F"/>
                <w:sz w:val="19"/>
              </w:rPr>
              <w:t>Ответственный за сбой</w:t>
            </w:r>
          </w:p>
        </w:tc>
      </w:tr>
      <w:tr>
        <w:tc>
          <w:tcPr>
            <w:tcW w:type="dxa" w:w="2493"/>
          </w:tcPr>
          <w:p>
            <w:r/>
            <w:r>
              <w:rPr>
                <w:rFonts w:ascii="Calibri" w:hAnsi="Calibri" w:cs="Calibri" w:eastAsia="Calibri"/>
                <w:b w:val="0"/>
                <w:color w:val="15131F"/>
                <w:sz w:val="19"/>
              </w:rPr>
              <w:t>Письмо клиентам, которых затронул сбой</w:t>
            </w:r>
          </w:p>
        </w:tc>
        <w:tc>
          <w:tcPr>
            <w:tcW w:type="dxa" w:w="2493"/>
          </w:tcPr>
          <w:p>
            <w:r/>
            <w:r>
              <w:rPr>
                <w:rFonts w:ascii="Calibri" w:hAnsi="Calibri" w:cs="Calibri" w:eastAsia="Calibri"/>
                <w:b w:val="0"/>
                <w:color w:val="15131F"/>
                <w:sz w:val="19"/>
              </w:rPr>
              <w:t>Первое уведомление, подтверждённый срок восстановления, восстановление, итоговое письмо</w:t>
            </w:r>
          </w:p>
        </w:tc>
        <w:tc>
          <w:tcPr>
            <w:tcW w:type="dxa" w:w="2493"/>
          </w:tcPr>
          <w:p>
            <w:r/>
            <w:r>
              <w:rPr>
                <w:rFonts w:ascii="Calibri" w:hAnsi="Calibri" w:cs="Calibri" w:eastAsia="Calibri"/>
                <w:b w:val="0"/>
                <w:color w:val="15131F"/>
                <w:sz w:val="19"/>
              </w:rPr>
              <w:t>В каждом письме указано время следующего</w:t>
            </w:r>
          </w:p>
        </w:tc>
        <w:tc>
          <w:tcPr>
            <w:tcW w:type="dxa" w:w="2493"/>
          </w:tcPr>
          <w:p>
            <w:r/>
            <w:r>
              <w:rPr>
                <w:rFonts w:ascii="Calibri" w:hAnsi="Calibri" w:cs="Calibri" w:eastAsia="Calibri"/>
                <w:b w:val="0"/>
                <w:color w:val="15131F"/>
                <w:sz w:val="19"/>
              </w:rPr>
              <w:t>Ответственный за сбой</w:t>
            </w:r>
          </w:p>
        </w:tc>
      </w:tr>
      <w:tr>
        <w:tc>
          <w:tcPr>
            <w:tcW w:type="dxa" w:w="2493"/>
          </w:tcPr>
          <w:p>
            <w:r/>
            <w:r>
              <w:rPr>
                <w:rFonts w:ascii="Calibri" w:hAnsi="Calibri" w:cs="Calibri" w:eastAsia="Calibri"/>
                <w:b w:val="0"/>
                <w:color w:val="15131F"/>
                <w:sz w:val="19"/>
              </w:rPr>
              <w:t>Соцсети (Instagram, Facebook, X)</w:t>
            </w:r>
          </w:p>
        </w:tc>
        <w:tc>
          <w:tcPr>
            <w:tcW w:type="dxa" w:w="2493"/>
          </w:tcPr>
          <w:p>
            <w:r/>
            <w:r>
              <w:rPr>
                <w:rFonts w:ascii="Calibri" w:hAnsi="Calibri" w:cs="Calibri" w:eastAsia="Calibri"/>
                <w:b w:val="0"/>
                <w:color w:val="15131F"/>
                <w:sz w:val="19"/>
              </w:rPr>
              <w:t>Первое уведомление, каждое обновление, восстановление; закрепляйте последнее</w:t>
            </w:r>
          </w:p>
        </w:tc>
        <w:tc>
          <w:tcPr>
            <w:tcW w:type="dxa" w:w="2493"/>
          </w:tcPr>
          <w:p>
            <w:r/>
            <w:r>
              <w:rPr>
                <w:rFonts w:ascii="Calibri" w:hAnsi="Calibri" w:cs="Calibri" w:eastAsia="Calibri"/>
                <w:b w:val="0"/>
                <w:color w:val="15131F"/>
                <w:sz w:val="19"/>
              </w:rPr>
              <w:t>Каждые 30 минут, тот же текст, что в чате</w:t>
            </w:r>
          </w:p>
        </w:tc>
        <w:tc>
          <w:tcPr>
            <w:tcW w:type="dxa" w:w="2493"/>
          </w:tcPr>
          <w:p>
            <w:r/>
            <w:r>
              <w:rPr>
                <w:rFonts w:ascii="Calibri" w:hAnsi="Calibri" w:cs="Calibri" w:eastAsia="Calibri"/>
                <w:b w:val="0"/>
                <w:color w:val="15131F"/>
                <w:sz w:val="19"/>
              </w:rPr>
              <w:t>Второй сотрудник</w:t>
            </w:r>
          </w:p>
        </w:tc>
      </w:tr>
      <w:tr>
        <w:tc>
          <w:tcPr>
            <w:tcW w:type="dxa" w:w="2493"/>
          </w:tcPr>
          <w:p>
            <w:r/>
            <w:r>
              <w:rPr>
                <w:rFonts w:ascii="Calibri" w:hAnsi="Calibri" w:cs="Calibri" w:eastAsia="Calibri"/>
                <w:b w:val="0"/>
                <w:color w:val="15131F"/>
                <w:sz w:val="19"/>
              </w:rPr>
              <w:t>Телефон и стойка администратора</w:t>
            </w:r>
          </w:p>
        </w:tc>
        <w:tc>
          <w:tcPr>
            <w:tcW w:type="dxa" w:w="2493"/>
          </w:tcPr>
          <w:p>
            <w:r/>
            <w:r>
              <w:rPr>
                <w:rFonts w:ascii="Calibri" w:hAnsi="Calibri" w:cs="Calibri" w:eastAsia="Calibri"/>
                <w:b w:val="0"/>
                <w:color w:val="15131F"/>
                <w:sz w:val="19"/>
              </w:rPr>
              <w:t>Приветствие автоответчика о сбое и скрипт для администратора</w:t>
            </w:r>
          </w:p>
        </w:tc>
        <w:tc>
          <w:tcPr>
            <w:tcW w:type="dxa" w:w="2493"/>
          </w:tcPr>
          <w:p>
            <w:r/>
            <w:r>
              <w:rPr>
                <w:rFonts w:ascii="Calibri" w:hAnsi="Calibri" w:cs="Calibri" w:eastAsia="Calibri"/>
                <w:b w:val="0"/>
                <w:color w:val="15131F"/>
                <w:sz w:val="19"/>
              </w:rPr>
              <w:t>С каждым обновлением</w:t>
            </w:r>
          </w:p>
        </w:tc>
        <w:tc>
          <w:tcPr>
            <w:tcW w:type="dxa" w:w="2493"/>
          </w:tcPr>
          <w:p>
            <w:r/>
            <w:r>
              <w:rPr>
                <w:rFonts w:ascii="Calibri" w:hAnsi="Calibri" w:cs="Calibri" w:eastAsia="Calibri"/>
                <w:b w:val="0"/>
                <w:color w:val="15131F"/>
                <w:sz w:val="19"/>
              </w:rPr>
              <w:t>Администратор</w:t>
            </w:r>
          </w:p>
        </w:tc>
      </w:tr>
      <w:tr>
        <w:tc>
          <w:tcPr>
            <w:tcW w:type="dxa" w:w="2493"/>
          </w:tcPr>
          <w:p>
            <w:r/>
            <w:r>
              <w:rPr>
                <w:rFonts w:ascii="Calibri" w:hAnsi="Calibri" w:cs="Calibri" w:eastAsia="Calibri"/>
                <w:b w:val="0"/>
                <w:color w:val="15131F"/>
                <w:sz w:val="19"/>
              </w:rPr>
              <w:t>Страница статуса, ваша или провайдера</w:t>
            </w:r>
          </w:p>
        </w:tc>
        <w:tc>
          <w:tcPr>
            <w:tcW w:type="dxa" w:w="2493"/>
          </w:tcPr>
          <w:p>
            <w:r/>
            <w:r>
              <w:rPr>
                <w:rFonts w:ascii="Calibri" w:hAnsi="Calibri" w:cs="Calibri" w:eastAsia="Calibri"/>
                <w:b w:val="0"/>
                <w:color w:val="15131F"/>
                <w:sz w:val="19"/>
              </w:rPr>
              <w:t>Ссылка на неё из других каналов</w:t>
            </w:r>
          </w:p>
        </w:tc>
        <w:tc>
          <w:tcPr>
            <w:tcW w:type="dxa" w:w="2493"/>
          </w:tcPr>
          <w:p>
            <w:r/>
            <w:r>
              <w:rPr>
                <w:rFonts w:ascii="Calibri" w:hAnsi="Calibri" w:cs="Calibri" w:eastAsia="Calibri"/>
                <w:b w:val="0"/>
                <w:color w:val="15131F"/>
                <w:sz w:val="19"/>
              </w:rPr>
              <w:t>Как в чате</w:t>
            </w:r>
          </w:p>
        </w:tc>
        <w:tc>
          <w:tcPr>
            <w:tcW w:type="dxa" w:w="2493"/>
          </w:tcPr>
          <w:p>
            <w:r/>
            <w:r>
              <w:rPr>
                <w:rFonts w:ascii="Calibri" w:hAnsi="Calibri" w:cs="Calibri" w:eastAsia="Calibri"/>
                <w:b w:val="0"/>
                <w:color w:val="15131F"/>
                <w:sz w:val="19"/>
              </w:rPr>
              <w:t>Ответственный за сбой</w:t>
            </w:r>
          </w:p>
        </w:tc>
      </w:tr>
    </w:tbl>
    <w:p/>
    <w:p>
      <w:pPr>
        <w:spacing w:after="120"/>
      </w:pPr>
      <w:r>
        <w:rPr>
          <w:rFonts w:ascii="Calibri" w:hAnsi="Calibri" w:cs="Calibri" w:eastAsia="Calibri"/>
          <w:b/>
          <w:color w:val="15131F"/>
          <w:sz w:val="28"/>
        </w:rPr>
        <w:t>Как пользоваться этим шаблоном сообщений о сбое</w:t>
      </w:r>
    </w:p>
    <w:p>
      <w:pPr>
        <w:spacing w:after="40"/>
      </w:pPr>
      <w:r>
        <w:rPr>
          <w:rFonts w:ascii="Calibri" w:hAnsi="Calibri" w:cs="Calibri" w:eastAsia="Calibri"/>
          <w:b/>
          <w:color w:val="15131F"/>
          <w:sz w:val="22"/>
        </w:rPr>
        <w:t>1. Подготовьтесь заранее</w:t>
      </w:r>
    </w:p>
    <w:p>
      <w:pPr>
        <w:spacing w:after="120"/>
      </w:pPr>
      <w:r>
        <w:rPr>
          <w:rFonts w:ascii="Calibri" w:hAnsi="Calibri" w:cs="Calibri" w:eastAsia="Calibri"/>
          <w:b w:val="0"/>
          <w:color w:val="15131F"/>
          <w:sz w:val="21"/>
        </w:rPr>
        <w:t>Назначьте ответственного за сбой, его заместителя и того, кто одобряет компенсации. Сохраните вкладки с 1 по 6 как черновики и сохранённые ответы.</w:t>
      </w:r>
    </w:p>
    <w:p>
      <w:pPr>
        <w:spacing w:after="40"/>
      </w:pPr>
      <w:r>
        <w:rPr>
          <w:rFonts w:ascii="Calibri" w:hAnsi="Calibri" w:cs="Calibri" w:eastAsia="Calibri"/>
          <w:b/>
          <w:color w:val="15131F"/>
          <w:sz w:val="22"/>
        </w:rPr>
        <w:t>2. Подтвердите сбой и отправьте первое уведомление</w:t>
      </w:r>
    </w:p>
    <w:p>
      <w:pPr>
        <w:spacing w:after="120"/>
      </w:pPr>
      <w:r>
        <w:rPr>
          <w:rFonts w:ascii="Calibri" w:hAnsi="Calibri" w:cs="Calibri" w:eastAsia="Calibri"/>
          <w:b w:val="0"/>
          <w:color w:val="15131F"/>
          <w:sz w:val="21"/>
        </w:rPr>
        <w:t>В течение 15 минут после подтверждения: заполните сводку о сбое, вставьте вкладку 8 в AI-агента, отправьте вкладку 1 во все каналы и запишите каждое сообщение в журнал.</w:t>
      </w:r>
    </w:p>
    <w:p>
      <w:pPr>
        <w:spacing w:after="40"/>
      </w:pPr>
      <w:r>
        <w:rPr>
          <w:rFonts w:ascii="Calibri" w:hAnsi="Calibri" w:cs="Calibri" w:eastAsia="Calibri"/>
          <w:b/>
          <w:color w:val="15131F"/>
          <w:sz w:val="22"/>
        </w:rPr>
        <w:t>3. Обновляйте каждые 30 минут</w:t>
      </w:r>
    </w:p>
    <w:p>
      <w:pPr>
        <w:spacing w:after="120"/>
      </w:pPr>
      <w:r>
        <w:rPr>
          <w:rFonts w:ascii="Calibri" w:hAnsi="Calibri" w:cs="Calibri" w:eastAsia="Calibri"/>
          <w:b w:val="0"/>
          <w:color w:val="15131F"/>
          <w:sz w:val="21"/>
        </w:rPr>
        <w:t>Вкладка 2, пока новостей нет, вкладка 3, когда срок восстановления подтверждён. Сначала обновляйте сводку, потом каналы. Случаи из вкладки 5 передавайте человеку.</w:t>
      </w:r>
    </w:p>
    <w:p>
      <w:pPr>
        <w:spacing w:after="40"/>
      </w:pPr>
      <w:r>
        <w:rPr>
          <w:rFonts w:ascii="Calibri" w:hAnsi="Calibri" w:cs="Calibri" w:eastAsia="Calibri"/>
          <w:b/>
          <w:color w:val="15131F"/>
          <w:sz w:val="22"/>
        </w:rPr>
        <w:t>4. Восстановление, итоговое письмо, закрытие</w:t>
      </w:r>
    </w:p>
    <w:p>
      <w:pPr>
        <w:spacing w:after="120"/>
      </w:pPr>
      <w:r>
        <w:rPr>
          <w:rFonts w:ascii="Calibri" w:hAnsi="Calibri" w:cs="Calibri" w:eastAsia="Calibri"/>
          <w:b w:val="0"/>
          <w:color w:val="15131F"/>
          <w:sz w:val="21"/>
        </w:rPr>
        <w:t>Проверьте сами, отправьте вкладку 6 во все каналы, удалите сводку о сбое, отправьте вкладку 7 в течение 1 рабочего дня. Закрывайте сбой, когда на листе «Итоги» стоит «Да».</w:t>
      </w:r>
    </w:p>
    <w:p>
      <w:pPr>
        <w:spacing w:after="80"/>
      </w:pPr>
      <w:r>
        <w:rPr>
          <w:rFonts w:ascii="Calibri" w:hAnsi="Calibri" w:cs="Calibri" w:eastAsia="Calibri"/>
          <w:b/>
          <w:color w:val="15131F"/>
          <w:sz w:val="24"/>
        </w:rPr>
        <w:t>Настройка в CRMsoftware.pro</w:t>
      </w:r>
    </w:p>
    <w:p>
      <w:pPr>
        <w:spacing w:after="60"/>
      </w:pPr>
      <w:r>
        <w:rPr>
          <w:rFonts w:ascii="Calibri" w:hAnsi="Calibri" w:cs="Calibri" w:eastAsia="Calibri"/>
          <w:b w:val="0"/>
          <w:color w:val="15131F"/>
          <w:sz w:val="21"/>
        </w:rPr>
        <w:t>1. «Мои боты» &gt; выберите бота &gt; вкладка «Основы»: вставьте правила из вкладки 8 в «Инструкции», а сводку о сбое — в «Базу знаний». Нажмите «Сохранить изменения» и проверьте в «Попробуйте бота». После восстановления удалите оба блока и сохраните.</w:t>
      </w:r>
    </w:p>
    <w:p>
      <w:pPr>
        <w:spacing w:after="60"/>
      </w:pPr>
      <w:r>
        <w:rPr>
          <w:rFonts w:ascii="Calibri" w:hAnsi="Calibri" w:cs="Calibri" w:eastAsia="Calibri"/>
          <w:b w:val="0"/>
          <w:color w:val="15131F"/>
          <w:sz w:val="21"/>
        </w:rPr>
        <w:t>2. Переданные чаты приходят в «Онлайн-поддержку» со статусом «Ожидает агента». Нажмите «Принять», ответьте, затем нажмите «Решить». Включите оповещения в «Настройках уведомлений».</w:t>
      </w:r>
    </w:p>
    <w:p>
      <w:pPr>
        <w:spacing w:after="60"/>
      </w:pPr>
      <w:r>
        <w:rPr>
          <w:rFonts w:ascii="Calibri" w:hAnsi="Calibri" w:cs="Calibri" w:eastAsia="Calibri"/>
          <w:b w:val="0"/>
          <w:color w:val="15131F"/>
          <w:sz w:val="21"/>
        </w:rPr>
        <w:t>3. «Настройки» &gt; «Теги разговоров» &gt; «Новый тег», например «Сбой 6 окт»: добавьте его к каждому чату о сбое, чтобы найти их для итогового письма.</w:t>
      </w:r>
    </w:p>
    <w:p>
      <w:pPr>
        <w:spacing w:after="60"/>
      </w:pPr>
      <w:r>
        <w:rPr>
          <w:rFonts w:ascii="Calibri" w:hAnsi="Calibri" w:cs="Calibri" w:eastAsia="Calibri"/>
          <w:b w:val="0"/>
          <w:color w:val="15131F"/>
          <w:sz w:val="21"/>
        </w:rPr>
        <w:t>4. На тарифе Growth сохраните сообщения для чата как «Сохраненные ответы»: «Настройки» &gt; «Сохраненные ответы» &gt; «Новый ответ», «Ярлык» (например /outage-update), «Заголовок», «Текст ответа», «Поделиться с командой».</w:t>
      </w:r>
    </w:p>
    <w:p>
      <w:pPr>
        <w:spacing w:after="60"/>
      </w:pPr>
      <w:r>
        <w:rPr>
          <w:rFonts w:ascii="Calibri" w:hAnsi="Calibri" w:cs="Calibri" w:eastAsia="Calibri"/>
          <w:b w:val="0"/>
          <w:color w:val="15131F"/>
          <w:sz w:val="21"/>
        </w:rPr>
        <w:t>5. «Задачи» &gt; «Новая задача»: «Название задачи» — «Итоговое письмо о сбое», «Исполнитель» — ответственный за сбой, «Дедлайн» — следующий рабочий день, «Приоритет» — «Высокий», «Сводка статуса требуется при завершении», чтобы решение о компенсации было записано до «Отметить выполненной».</w:t>
      </w:r>
    </w:p>
    <w:p>
      <w:pPr>
        <w:spacing w:after="200"/>
      </w:pPr>
      <w:r>
        <w:rPr>
          <w:rFonts w:ascii="Calibri" w:hAnsi="Calibri" w:cs="Calibri" w:eastAsia="Calibri"/>
          <w:b w:val="0"/>
          <w:color w:val="5D5A70"/>
          <w:sz w:val="21"/>
        </w:rPr>
        <w:t>AI-чат, базовая версия базы знаний и базовые задачи: Free, 3 пользователя. Передача человеку и «Онлайн-поддержка»: Launch, 19 $ в месяц при оплате за год. Сохранённые ответы: Growth, 49 $. В CRMsoftware.pro нет страницы статуса, и приложение не отправляет письма и рассылки о сбое; пользуйтесь своим почтовым сервисом и своими аккаунтами в соцсетях.</w:t>
      </w:r>
    </w:p>
    <w:p>
      <w:pPr>
        <w:spacing w:after="80"/>
      </w:pPr>
      <w:r>
        <w:rPr>
          <w:rFonts w:ascii="Calibri" w:hAnsi="Calibri" w:cs="Calibri" w:eastAsia="Calibri"/>
          <w:b/>
          <w:color w:val="15131F"/>
          <w:sz w:val="24"/>
        </w:rPr>
        <w:t>После каждого сбоя, 15 минут</w:t>
      </w:r>
    </w:p>
    <w:p>
      <w:pPr>
        <w:spacing w:after="60"/>
        <w:ind w:left="283"/>
      </w:pPr>
      <w:r>
        <w:rPr>
          <w:rFonts w:ascii="Calibri" w:hAnsi="Calibri" w:cs="Calibri" w:eastAsia="Calibri"/>
          <w:b w:val="0"/>
          <w:color w:val="15131F"/>
          <w:sz w:val="21"/>
        </w:rPr>
        <w:t>• Минуты от первого обращения до первого уведомления в сравнении с целью 15.</w:t>
      </w:r>
    </w:p>
    <w:p>
      <w:pPr>
        <w:spacing w:after="60"/>
        <w:ind w:left="283"/>
      </w:pPr>
      <w:r>
        <w:rPr>
          <w:rFonts w:ascii="Calibri" w:hAnsi="Calibri" w:cs="Calibri" w:eastAsia="Calibri"/>
          <w:b w:val="0"/>
          <w:color w:val="15131F"/>
          <w:sz w:val="21"/>
        </w:rPr>
        <w:t>• Обновления, отправленные с опозданием, и почему.</w:t>
      </w:r>
    </w:p>
    <w:p>
      <w:pPr>
        <w:spacing w:after="60"/>
        <w:ind w:left="283"/>
      </w:pPr>
      <w:r>
        <w:rPr>
          <w:rFonts w:ascii="Calibri" w:hAnsi="Calibri" w:cs="Calibri" w:eastAsia="Calibri"/>
          <w:b w:val="0"/>
          <w:color w:val="15131F"/>
          <w:sz w:val="21"/>
        </w:rPr>
        <w:t>• Вопросы, на которые AI-агент не смог ответить: добавьте их в черновик сводки о сбое.</w:t>
      </w:r>
    </w:p>
    <w:p>
      <w:pPr>
        <w:spacing w:after="160"/>
      </w:pPr>
    </w:p>
    <w:p>
      <w:pPr>
        <w:spacing w:after="120"/>
      </w:pPr>
      <w:r>
        <w:rPr>
          <w:rFonts w:ascii="Calibri" w:hAnsi="Calibri" w:cs="Calibri" w:eastAsia="Calibri"/>
          <w:b w:val="0"/>
          <w:color w:val="5D5A70"/>
          <w:sz w:val="18"/>
        </w:rPr>
        <w:t>Бесплатный шаблон от CRMsoftware.pro. Данные в примере вымышлены.</w:t>
      </w:r>
    </w:p>
    <w:p>
      <w:pPr>
        <w:spacing w:after="120"/>
      </w:pPr>
      <w:r>
        <w:rPr>
          <w:rFonts w:ascii="Calibri" w:hAnsi="Calibri" w:cs="Calibri" w:eastAsia="Calibri"/>
          <w:b w:val="0"/>
          <w:color w:val="6B3CF0"/>
          <w:sz w:val="18"/>
        </w:rPr>
        <w:t>https://crmsoftware.pro/ru/templates/service-outage-live-chat-response</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сообщения о сбое сервиса</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