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Шаблоны писем о задержке доставки</w:t>
      </w:r>
    </w:p>
    <w:p>
      <w:pPr>
        <w:spacing w:after="80"/>
      </w:pPr>
      <w:r>
        <w:rPr>
          <w:rFonts w:ascii="Calibri" w:hAnsi="Calibri" w:cs="Calibri" w:eastAsia="Calibri"/>
          <w:b w:val="0"/>
          <w:color w:val="5D5A70"/>
          <w:sz w:val="22"/>
        </w:rPr>
        <w:t>Предупреждение до вопроса, задержка у перевозчика, погода или таможня, уведомление об ожидании поставки, частичная отправка, потеряна или не получена, где мой заказ, жест доброй воли. От CRMsoftware.pro.</w:t>
      </w:r>
    </w:p>
    <w:p>
      <w:pPr>
        <w:spacing w:after="280"/>
      </w:pPr>
      <w:r>
        <w:rPr>
          <w:rFonts w:ascii="Calibri" w:hAnsi="Calibri" w:cs="Calibri" w:eastAsia="Calibri"/>
          <w:b w:val="0"/>
          <w:color w:val="5D5A70"/>
          <w:sz w:val="21"/>
        </w:rPr>
        <w:t>Выберите вкладку, которая соответствует причине и этапу задержки, и замените каждое слово в [скобках]. Срок перевозчика или поставщика называйте как их срок, своё следующее обновление — с днём и временем, план Б — с датой. Записывайте каждый задержанный заказ в журнал задержек Excel в день, когда узнали о нём.</w:t>
      </w:r>
    </w:p>
    <w:p>
      <w:pPr>
        <w:spacing w:after="160"/>
      </w:pPr>
      <w:r>
        <w:rPr>
          <w:rFonts w:ascii="Calibri" w:hAnsi="Calibri" w:cs="Calibri" w:eastAsia="Calibri"/>
          <w:b/>
          <w:color w:val="15131F"/>
          <w:sz w:val="32"/>
        </w:rPr>
        <w:t>Шаблоны</w:t>
      </w:r>
    </w:p>
    <w:p>
      <w:pPr>
        <w:spacing w:after="60"/>
      </w:pPr>
      <w:r>
        <w:rPr>
          <w:rFonts w:ascii="Calibri" w:hAnsi="Calibri" w:cs="Calibri" w:eastAsia="Calibri"/>
          <w:b/>
          <w:color w:val="15131F"/>
          <w:sz w:val="28"/>
        </w:rPr>
        <w:t>1. Шаблон письма о задержке доставки: предупреждение до вопроса</w:t>
      </w:r>
    </w:p>
    <w:p>
      <w:pPr>
        <w:spacing w:after="80"/>
      </w:pPr>
      <w:r>
        <w:rPr>
          <w:rFonts w:ascii="Calibri" w:hAnsi="Calibri" w:cs="Calibri" w:eastAsia="Calibri"/>
          <w:b w:val="0"/>
          <w:color w:val="5D5A70"/>
          <w:sz w:val="20"/>
        </w:rPr>
        <w:t>Отправить: В тот же день · Не позднее: Обещанной даты · План Б: Замена или возврат, с датой</w:t>
      </w:r>
    </w:p>
    <w:p>
      <w:pPr>
        <w:spacing w:after="80"/>
      </w:pPr>
      <w:r>
        <w:rPr>
          <w:rFonts w:ascii="Calibri" w:hAnsi="Calibri" w:cs="Calibri" w:eastAsia="Calibri"/>
          <w:b w:val="0"/>
          <w:color w:val="15131F"/>
          <w:sz w:val="21"/>
        </w:rPr>
        <w:t>Используйте этот шаблон письма о задержке доставки в тот же день, когда узнали, что заказ не успеет к обещанной дате, и всегда до этой даты.</w:t>
      </w:r>
    </w:p>
    <w:p>
      <w:pPr>
        <w:spacing w:after="40"/>
      </w:pPr>
      <w:r>
        <w:rPr>
          <w:rFonts w:ascii="Calibri" w:hAnsi="Calibri" w:cs="Calibri" w:eastAsia="Calibri"/>
          <w:b/>
          <w:color w:val="6B3CF0"/>
          <w:sz w:val="21"/>
        </w:rPr>
        <w:t>Отправляйте при первом из этих событий</w:t>
      </w:r>
    </w:p>
    <w:p>
      <w:pPr>
        <w:spacing w:after="40"/>
        <w:ind w:left="283"/>
      </w:pPr>
      <w:r>
        <w:rPr>
          <w:rFonts w:ascii="Calibri" w:hAnsi="Calibri" w:cs="Calibri" w:eastAsia="Calibri"/>
          <w:b w:val="0"/>
          <w:color w:val="15131F"/>
          <w:sz w:val="21"/>
        </w:rPr>
        <w:t>• Перевозчик сообщил о задержке или назвал новый срок, либо в отслеживании нет новых отметок 2 рабочих дня.</w:t>
      </w:r>
    </w:p>
    <w:p>
      <w:pPr>
        <w:spacing w:after="40"/>
        <w:ind w:left="283"/>
      </w:pPr>
      <w:r>
        <w:rPr>
          <w:rFonts w:ascii="Calibri" w:hAnsi="Calibri" w:cs="Calibri" w:eastAsia="Calibri"/>
          <w:b w:val="0"/>
          <w:color w:val="15131F"/>
          <w:sz w:val="21"/>
        </w:rPr>
        <w:t>• Наступил обещанный день доставки, а посылка к [10:00] ещё не выехала на доставку.</w:t>
      </w:r>
    </w:p>
    <w:p>
      <w:pPr>
        <w:spacing w:after="40"/>
        <w:ind w:left="283"/>
      </w:pPr>
      <w:r>
        <w:rPr>
          <w:rFonts w:ascii="Calibri" w:hAnsi="Calibri" w:cs="Calibri" w:eastAsia="Calibri"/>
          <w:b w:val="0"/>
          <w:color w:val="15131F"/>
          <w:sz w:val="21"/>
        </w:rPr>
        <w:t>• Вы не успеваете отгрузить заказ к обещанной дате отгрузки: отправьте уведомление об ожидании поставки из вкладки 4, его требует правило США.</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Заказ [номер заказа] придёт позже обещанного: новый срок [дата]</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Ваш заказ [номер заказа] не придёт к [обещанная дата], как мы обещали. Прошу прощения за это.</w:t>
        <w:br/>
        <w:br/>
        <w:t>Что я знаю: посылка ушла от нас [дата отгрузки], и [перевозчик] показывает её в [последнее местоположение] с [дата последней отметки]. Новый срок от перевозчика: [новая дата].</w:t>
        <w:br/>
        <w:br/>
        <w:t>Если посылка не придёт до [крайний срок ожидания], я отправлю замену экспресс-доставкой или верну деньги полностью, как вам удобнее. Сейчас от вас ничего не нужно.</w:t>
        <w:br/>
        <w:br/>
        <w:t>Отслеживание: [ссылка для отслеживания]</w:t>
        <w:br/>
        <w:t>Следующее обновление от меня: [день] до [время], или раньше, если отслеживание изменится.</w:t>
        <w:br/>
        <w:br/>
        <w:t>[ваше имя], [компания]</w:t>
      </w:r>
    </w:p>
    <w:p>
      <w:pPr>
        <w:spacing w:after="60"/>
      </w:pPr>
      <w:r>
        <w:rPr>
          <w:rFonts w:ascii="Calibri" w:hAnsi="Calibri" w:cs="Calibri" w:eastAsia="Calibri"/>
          <w:b/>
          <w:color w:val="6B3CF0"/>
          <w:sz w:val="21"/>
        </w:rPr>
        <w:t xml:space="preserve">Обещайте обновление, а не посылку: </w:t>
      </w:r>
      <w:r>
        <w:rPr>
          <w:rFonts w:ascii="Calibri" w:hAnsi="Calibri" w:cs="Calibri" w:eastAsia="Calibri"/>
          <w:b w:val="0"/>
          <w:color w:val="5D5A70"/>
          <w:sz w:val="21"/>
        </w:rPr>
        <w:t>Дату перевозчика называйте как дату перевозчика. Ваши собственные даты — это следующее обновление и крайний срок ожидания. Перевозчик ещё не назвал срок? Так и напишите и всё равно укажите дату обновления.</w:t>
      </w:r>
    </w:p>
    <w:p>
      <w:pPr>
        <w:spacing w:after="60"/>
      </w:pPr>
      <w:r>
        <w:rPr>
          <w:rFonts w:ascii="Calibri" w:hAnsi="Calibri" w:cs="Calibri" w:eastAsia="Calibri"/>
          <w:b/>
          <w:color w:val="6B3CF0"/>
          <w:sz w:val="21"/>
        </w:rPr>
        <w:t xml:space="preserve">Никогда: </w:t>
      </w:r>
      <w:r>
        <w:rPr>
          <w:rFonts w:ascii="Calibri" w:hAnsi="Calibri" w:cs="Calibri" w:eastAsia="Calibri"/>
          <w:b w:val="0"/>
          <w:color w:val="5D5A70"/>
          <w:sz w:val="21"/>
        </w:rPr>
        <w:t>«Скоро должна прийти», Свалить всё на перевозчика и замолчать, Дату, которую перевозчик не называл</w:t>
      </w:r>
    </w:p>
    <w:p>
      <w:pPr>
        <w:spacing w:after="160"/>
      </w:pPr>
    </w:p>
    <w:p>
      <w:pPr>
        <w:spacing w:after="60"/>
      </w:pPr>
      <w:r>
        <w:rPr>
          <w:rFonts w:ascii="Calibri" w:hAnsi="Calibri" w:cs="Calibri" w:eastAsia="Calibri"/>
          <w:b/>
          <w:color w:val="15131F"/>
          <w:sz w:val="28"/>
        </w:rPr>
        <w:t>2. Задержка у перевозчика: застряла в пути, план Б с датой</w:t>
      </w:r>
    </w:p>
    <w:p>
      <w:pPr>
        <w:spacing w:after="80"/>
      </w:pPr>
      <w:r>
        <w:rPr>
          <w:rFonts w:ascii="Calibri" w:hAnsi="Calibri" w:cs="Calibri" w:eastAsia="Calibri"/>
          <w:b w:val="0"/>
          <w:color w:val="5D5A70"/>
          <w:sz w:val="20"/>
        </w:rPr>
        <w:t>Обновление каждые: 2 рабочих дня · Розыск у перевозчика: Когда прошёл их новый срок · Перестать ждать: В записанную вами дату · Не ваша вина, но ваша посылка: В ЕС при потере посылки продавец отправляет идентичный товар или возвращает деньги. В Великобритании риск за товар остаётся на продавце, пока его не получит покупатель. Пишите как человек, который всё исправит.</w:t>
      </w:r>
    </w:p>
    <w:p>
      <w:pPr>
        <w:spacing w:after="40"/>
      </w:pPr>
      <w:r>
        <w:rPr>
          <w:rFonts w:ascii="Calibri" w:hAnsi="Calibri" w:cs="Calibri" w:eastAsia="Calibri"/>
          <w:b/>
          <w:color w:val="6B3CF0"/>
          <w:sz w:val="21"/>
        </w:rPr>
        <w:t>Когда использовать</w:t>
      </w:r>
    </w:p>
    <w:p>
      <w:pPr>
        <w:spacing w:after="40"/>
        <w:ind w:left="283"/>
      </w:pPr>
      <w:r>
        <w:rPr>
          <w:rFonts w:ascii="Calibri" w:hAnsi="Calibri" w:cs="Calibri" w:eastAsia="Calibri"/>
          <w:b w:val="0"/>
          <w:color w:val="15131F"/>
          <w:sz w:val="21"/>
        </w:rPr>
        <w:t>• Заказ отгружен вовремя, но отслеживание остановилось в сортировочном центре или на складе перевозчика либо показывает «задерживается» без причины.</w:t>
      </w:r>
    </w:p>
    <w:p>
      <w:pPr>
        <w:spacing w:after="40"/>
        <w:ind w:left="283"/>
      </w:pPr>
      <w:r>
        <w:rPr>
          <w:rFonts w:ascii="Calibri" w:hAnsi="Calibri" w:cs="Calibri" w:eastAsia="Calibri"/>
          <w:b w:val="0"/>
          <w:color w:val="15131F"/>
          <w:sz w:val="21"/>
        </w:rPr>
        <w:t>• Вы отправили предупреждение, и новый срок перевозчика прошёл.</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Заказ [номер заказа]: всё ещё у [перевозчик], и мой план до [крайний срок ожидания]</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Новости по заказу [номер заказа]. [Перевозчик] по-прежнему показывает посылку в [местоположение], последняя отметка [дата]. Сегодня мы открыли у них розыск, номер [номер у перевозчика].</w:t>
        <w:br/>
        <w:br/>
        <w:t>Мой план: если до [крайний срок ожидания] посылка не сдвинется, я отправлю замену экспресс-доставкой [дата] или верну деньги полностью, как вам удобнее. Ответьте «замена» или «возврат», и я всё оформлю.</w:t>
        <w:br/>
        <w:br/>
        <w:t>Следующее обновление: [день] до [время], даже если ничего не изменится.</w:t>
        <w:br/>
        <w:br/>
        <w:t>[ваше имя], [компания]</w:t>
      </w:r>
    </w:p>
    <w:p>
      <w:pPr>
        <w:spacing w:after="60"/>
      </w:pPr>
      <w:r>
        <w:rPr>
          <w:rFonts w:ascii="Calibri" w:hAnsi="Calibri" w:cs="Calibri" w:eastAsia="Calibri"/>
          <w:b/>
          <w:color w:val="6B3CF0"/>
          <w:sz w:val="21"/>
        </w:rPr>
        <w:t xml:space="preserve">Вариант для чата: </w:t>
      </w:r>
      <w:r>
        <w:rPr>
          <w:rFonts w:ascii="Calibri" w:hAnsi="Calibri" w:cs="Calibri" w:eastAsia="Calibri"/>
          <w:b w:val="0"/>
          <w:color w:val="15131F"/>
          <w:sz w:val="21"/>
        </w:rPr>
        <w:t>Заказ [номер заказа] всё ещё в [местоположение], последняя отметка [дата]. Сегодня мы открыли розыск у [перевозчик]. Если до [крайний срок ожидания] посылка не сдвинется, я отправлю замену экспресс-доставкой или верну деньги, на ваш выбор. Следующее обновление здесь [день] до [время].</w:t>
      </w:r>
    </w:p>
    <w:p>
      <w:pPr>
        <w:spacing w:after="60"/>
      </w:pPr>
      <w:r>
        <w:rPr>
          <w:rFonts w:ascii="Calibri" w:hAnsi="Calibri" w:cs="Calibri" w:eastAsia="Calibri"/>
          <w:b/>
          <w:color w:val="6B3CF0"/>
          <w:sz w:val="21"/>
        </w:rPr>
        <w:t xml:space="preserve">Пишите в обещанный день, даже без новостей: </w:t>
      </w:r>
      <w:r>
        <w:rPr>
          <w:rFonts w:ascii="Calibri" w:hAnsi="Calibri" w:cs="Calibri" w:eastAsia="Calibri"/>
          <w:b w:val="0"/>
          <w:color w:val="5D5A70"/>
          <w:sz w:val="21"/>
        </w:rPr>
        <w:t>«Без изменений, занимаемся, следующее обновление в четверг» не даёт случаю попасть в очередь жалоб. Каждые 2 рабочих дня до доставки.</w:t>
      </w:r>
    </w:p>
    <w:p>
      <w:pPr>
        <w:spacing w:after="160"/>
      </w:pPr>
    </w:p>
    <w:p>
      <w:pPr>
        <w:spacing w:after="60"/>
      </w:pPr>
      <w:r>
        <w:rPr>
          <w:rFonts w:ascii="Calibri" w:hAnsi="Calibri" w:cs="Calibri" w:eastAsia="Calibri"/>
          <w:b/>
          <w:color w:val="15131F"/>
          <w:sz w:val="28"/>
        </w:rPr>
        <w:t>3. Погода, забастовка или таможня: письмо с реальными датами</w:t>
      </w:r>
    </w:p>
    <w:p>
      <w:pPr>
        <w:spacing w:after="80"/>
      </w:pPr>
      <w:r>
        <w:rPr>
          <w:rFonts w:ascii="Calibri" w:hAnsi="Calibri" w:cs="Calibri" w:eastAsia="Calibri"/>
          <w:b w:val="0"/>
          <w:color w:val="5D5A70"/>
          <w:sz w:val="20"/>
        </w:rPr>
        <w:t>Причина: Словами перевозчика · Таможня: Сначала пошлины и документы · План Б: Вторая посылка другим маршрутом</w:t>
      </w:r>
    </w:p>
    <w:p>
      <w:pPr>
        <w:spacing w:after="40"/>
      </w:pPr>
      <w:r>
        <w:rPr>
          <w:rFonts w:ascii="Calibri" w:hAnsi="Calibri" w:cs="Calibri" w:eastAsia="Calibri"/>
          <w:b/>
          <w:color w:val="6B3CF0"/>
          <w:sz w:val="21"/>
        </w:rPr>
        <w:t>Когда использовать</w:t>
      </w:r>
    </w:p>
    <w:p>
      <w:pPr>
        <w:spacing w:after="40"/>
        <w:ind w:left="283"/>
      </w:pPr>
      <w:r>
        <w:rPr>
          <w:rFonts w:ascii="Calibri" w:hAnsi="Calibri" w:cs="Calibri" w:eastAsia="Calibri"/>
          <w:b w:val="0"/>
          <w:color w:val="15131F"/>
          <w:sz w:val="21"/>
        </w:rPr>
        <w:t>• Шторм, забастовка, закрытие порта или задержка на таможне остановили посылку, и перевозчик это подтверждает.</w:t>
      </w:r>
    </w:p>
    <w:p>
      <w:pPr>
        <w:spacing w:after="40"/>
        <w:ind w:left="283"/>
      </w:pPr>
      <w:r>
        <w:rPr>
          <w:rFonts w:ascii="Calibri" w:hAnsi="Calibri" w:cs="Calibri" w:eastAsia="Calibri"/>
          <w:b w:val="0"/>
          <w:color w:val="15131F"/>
          <w:sz w:val="21"/>
        </w:rPr>
        <w:t>• Таможня: клиенту, возможно, нужно оплатить пошлины или прислать документ, прежде чем посылка поедет дальше.</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Заказ [номер заказа] задержан из-за [причина]: что мы знаем и ваши варианты</w:t>
      </w:r>
    </w:p>
    <w:p>
      <w:pPr>
        <w:spacing w:after="60"/>
      </w:pPr>
      <w:r>
        <w:rPr>
          <w:rFonts w:ascii="Calibri" w:hAnsi="Calibri" w:cs="Calibri" w:eastAsia="Calibri"/>
          <w:b/>
          <w:color w:val="6B3CF0"/>
          <w:sz w:val="21"/>
        </w:rPr>
        <w:t xml:space="preserve">Письмо, погода или забастовка: </w:t>
      </w:r>
      <w:r>
        <w:rPr>
          <w:rFonts w:ascii="Calibri" w:hAnsi="Calibri" w:cs="Calibri" w:eastAsia="Calibri"/>
          <w:b w:val="0"/>
          <w:color w:val="15131F"/>
          <w:sz w:val="21"/>
        </w:rPr>
        <w:t>Здравствуйте, [имя]!</w:t>
        <w:br/>
        <w:br/>
        <w:t>Заказ [номер заказа] задержан из-за [причина, например шторма на северо-востоке] и не придёт к [обещанная дата]. [Перевозчик] приостановил доставку в [регион] и планирует возобновить её [дата]; новый срок доставки после этого: [новая дата].</w:t>
        <w:br/>
        <w:br/>
        <w:t>Если посылка нужна раньше, ответьте, и я проверю, успеет ли вторая посылка другим маршрутом прийти к [дата]. Если заказ не придёт до [крайний срок ожидания], я заменю его или верну деньги, на ваш выбор.</w:t>
        <w:br/>
        <w:br/>
        <w:t>Следующее обновление: [день] до [время].</w:t>
        <w:br/>
        <w:br/>
        <w:t>[ваше имя], [компания]</w:t>
      </w:r>
    </w:p>
    <w:p>
      <w:pPr>
        <w:spacing w:after="60"/>
      </w:pPr>
      <w:r>
        <w:rPr>
          <w:rFonts w:ascii="Calibri" w:hAnsi="Calibri" w:cs="Calibri" w:eastAsia="Calibri"/>
          <w:b/>
          <w:color w:val="6B3CF0"/>
          <w:sz w:val="21"/>
        </w:rPr>
        <w:t xml:space="preserve">Задержка на таможне, нужны действия клиента: </w:t>
      </w:r>
      <w:r>
        <w:rPr>
          <w:rFonts w:ascii="Calibri" w:hAnsi="Calibri" w:cs="Calibri" w:eastAsia="Calibri"/>
          <w:b w:val="0"/>
          <w:color w:val="15131F"/>
          <w:sz w:val="21"/>
        </w:rPr>
        <w:t>Здравствуйте, [имя]! Заказ [номер заказа] задержан на таможне в [страна]. Перед выпуском таможня просит [оплатить пошлины / копию вашего удостоверения личности]; вот ссылка перевозчика: [ссылка]. Если вы не хотите платить пошлины, ответьте, и я оформлю возврат посылки и верну деньги за товар [за вычетом обратной доставки, по нашим правилам]. [ваше имя], [компания]</w:t>
      </w:r>
    </w:p>
    <w:p>
      <w:pPr>
        <w:spacing w:after="60"/>
      </w:pPr>
      <w:r>
        <w:rPr>
          <w:rFonts w:ascii="Calibri" w:hAnsi="Calibri" w:cs="Calibri" w:eastAsia="Calibri"/>
          <w:b/>
          <w:color w:val="6B3CF0"/>
          <w:sz w:val="21"/>
        </w:rPr>
        <w:t xml:space="preserve">Никогда: </w:t>
      </w:r>
      <w:r>
        <w:rPr>
          <w:rFonts w:ascii="Calibri" w:hAnsi="Calibri" w:cs="Calibri" w:eastAsia="Calibri"/>
          <w:b w:val="0"/>
          <w:color w:val="5D5A70"/>
          <w:sz w:val="21"/>
        </w:rPr>
        <w:t>«Мы ничего не можем сделать», Дату возобновления, которую перевозчик не называл, Пошлины, которых клиент не ожидал при оформлении</w:t>
      </w:r>
    </w:p>
    <w:p>
      <w:pPr>
        <w:spacing w:after="160"/>
      </w:pPr>
    </w:p>
    <w:p>
      <w:pPr>
        <w:spacing w:after="60"/>
      </w:pPr>
      <w:r>
        <w:rPr>
          <w:rFonts w:ascii="Calibri" w:hAnsi="Calibri" w:cs="Calibri" w:eastAsia="Calibri"/>
          <w:b/>
          <w:color w:val="15131F"/>
          <w:sz w:val="28"/>
        </w:rPr>
        <w:t>4. Уведомление об ожидании поставки: новая дата или возврат</w:t>
      </w:r>
    </w:p>
    <w:p>
      <w:pPr>
        <w:spacing w:after="80"/>
      </w:pPr>
      <w:r>
        <w:rPr>
          <w:rFonts w:ascii="Calibri" w:hAnsi="Calibri" w:cs="Calibri" w:eastAsia="Calibri"/>
          <w:b w:val="0"/>
          <w:color w:val="5D5A70"/>
          <w:sz w:val="20"/>
        </w:rPr>
        <w:t>Не позднее: Обещанной даты отгрузки · Без названной даты: 30 дней: США, ЕС, Великобритания · Возврат при отмене, США: 7 рабочих дней · Не юридическая консультация: Формулировка для США следует 16 CFR Part 435; правила ЕС и Великобритании кратко изложены ниже. Для замены товара на другой сначала нужно согласие клиента: см. шаблоны ответов о товаре, которого нет в наличии.</w:t>
      </w:r>
    </w:p>
    <w:p>
      <w:pPr>
        <w:spacing w:after="80"/>
      </w:pPr>
      <w:r>
        <w:rPr>
          <w:rFonts w:ascii="Calibri" w:hAnsi="Calibri" w:cs="Calibri" w:eastAsia="Calibri"/>
          <w:b w:val="0"/>
          <w:color w:val="15131F"/>
          <w:sz w:val="21"/>
        </w:rPr>
        <w:t>Вы не можете отгрузить заказ к обещанной дате или в течение 30 дней, если ничего не обещали. В США правило FTC о заказах по почте, через интернет и по телефону требует, чтобы вы сами, без запроса клиента и не позднее этого срока, предложили ему точную новую дату отгрузки или сообщили, что назвать её не можете, а также дали выбор: отменить заказ с полным возвратом денег в течение 7 рабочих дней. Письмо по email считается таким уведомлением. В ЕС и Великобритании 30 дней — тоже срок по умолчанию.</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[Товар] из заказа [номер заказа] задерживается до [новая дата отгрузки]: подождать или отменить с полным возвратом</w:t>
      </w:r>
    </w:p>
    <w:p>
      <w:pPr>
        <w:spacing w:after="60"/>
      </w:pPr>
      <w:r>
        <w:rPr>
          <w:rFonts w:ascii="Calibri" w:hAnsi="Calibri" w:cs="Calibri" w:eastAsia="Calibri"/>
          <w:b/>
          <w:color w:val="6B3CF0"/>
          <w:sz w:val="21"/>
        </w:rPr>
        <w:t xml:space="preserve">Письмо, новая дата отгрузки в пределах 30 дней: </w:t>
      </w:r>
      <w:r>
        <w:rPr>
          <w:rFonts w:ascii="Calibri" w:hAnsi="Calibri" w:cs="Calibri" w:eastAsia="Calibri"/>
          <w:b w:val="0"/>
          <w:color w:val="15131F"/>
          <w:sz w:val="21"/>
        </w:rPr>
        <w:t>Здравствуйте, [имя]!</w:t>
        <w:br/>
        <w:br/>
        <w:t>Прошу прощения: [товар] из заказа [номер заказа] ожидает поставки и не будет отгружен к [обещанная дата отгрузки]. Поставщик подтвердил новую дату отгрузки: [новая дата отгрузки]; я пришлю вам отслеживание в день отправки.</w:t>
        <w:br/>
        <w:br/>
        <w:t>У вас два варианта:</w:t>
        <w:br/>
        <w:t>1. Подождать новую дату. Отвечать не нужно: если до отгрузки мы не получим от вас ответа, считаем это вашим согласием.</w:t>
        <w:br/>
        <w:t>2. Отменить заказ с полным возвратом [сумма]: ответьте «отмена» или нажмите [ссылка для отмены]. Деньги вернём в течение 7 рабочих дней на карту, с которой вы платили.</w:t>
        <w:br/>
        <w:br/>
        <w:t>Если мы не сможем отгрузить заказ к [новая дата отгрузки], я напишу снова до этого дня и предложу новый выбор.</w:t>
        <w:br/>
        <w:br/>
        <w:t>[ваше имя], [компания]</w:t>
      </w:r>
    </w:p>
    <w:p>
      <w:pPr>
        <w:spacing w:after="60"/>
      </w:pPr>
      <w:r>
        <w:rPr>
          <w:rFonts w:ascii="Calibri" w:hAnsi="Calibri" w:cs="Calibri" w:eastAsia="Calibri"/>
          <w:b/>
          <w:color w:val="6B3CF0"/>
          <w:sz w:val="21"/>
        </w:rPr>
        <w:t xml:space="preserve">Новая дата дальше 30 дней или неизвестна: </w:t>
      </w:r>
      <w:r>
        <w:rPr>
          <w:rFonts w:ascii="Calibri" w:hAnsi="Calibri" w:cs="Calibri" w:eastAsia="Calibri"/>
          <w:b w:val="0"/>
          <w:color w:val="15131F"/>
          <w:sz w:val="21"/>
        </w:rPr>
        <w:t>Здравствуйте, [имя]! [Товар] из заказа [номер заказа] ожидает поставки, потому что [причина], и точную дату отгрузки я пока назвать не могу. Вы можете отменить заказ в любой момент до отгрузки с полным возвратом [сумма]: ответьте «отмена» или нажмите [ссылка для отмены]. Если вы не ответите, а мы не отгрузим заказ до [обещанная дата плюс 30 дней], мы отменим его и вернём деньги полностью в течение 7 рабочих дней. Чтобы ждать дольше этой даты, ответьте «жду». [ваше имя], [компания]</w:t>
      </w:r>
    </w:p>
    <w:p>
      <w:pPr>
        <w:spacing w:after="60"/>
      </w:pPr>
      <w:r>
        <w:rPr>
          <w:rFonts w:ascii="Calibri" w:hAnsi="Calibri" w:cs="Calibri" w:eastAsia="Calibri"/>
          <w:b/>
          <w:color w:val="6B3CF0"/>
          <w:sz w:val="21"/>
        </w:rPr>
        <w:t xml:space="preserve">Второе уведомление: новая дата сорвалась: </w:t>
      </w:r>
      <w:r>
        <w:rPr>
          <w:rFonts w:ascii="Calibri" w:hAnsi="Calibri" w:cs="Calibri" w:eastAsia="Calibri"/>
          <w:b w:val="0"/>
          <w:color w:val="15131F"/>
          <w:sz w:val="21"/>
        </w:rPr>
        <w:t>Здравствуйте, [имя]! Мы обещали отгрузить [товар] к [новая дата отгрузки] и не успеваем; теперь поставщик называет [ещё более поздняя дата]. На этот раз молчание не сохраняет заказ: если вы не ответите «жду» до [дата], я отменю заказ и верну [сумма] полностью в течение 7 рабочих дней. [ваше имя], [компания]</w:t>
      </w:r>
    </w:p>
    <w:p>
      <w:pPr>
        <w:spacing w:after="40"/>
      </w:pPr>
      <w:r>
        <w:rPr>
          <w:rFonts w:ascii="Calibri" w:hAnsi="Calibri" w:cs="Calibri" w:eastAsia="Calibri"/>
          <w:b/>
          <w:color w:val="6B3CF0"/>
          <w:sz w:val="21"/>
        </w:rPr>
        <w:t>Правила уведомления, США</w:t>
      </w:r>
    </w:p>
    <w:p>
      <w:pPr>
        <w:spacing w:after="40"/>
        <w:ind w:left="283"/>
      </w:pPr>
      <w:r>
        <w:rPr>
          <w:rFonts w:ascii="Calibri" w:hAnsi="Calibri" w:cs="Calibri" w:eastAsia="Calibri"/>
          <w:b w:val="0"/>
          <w:color w:val="15131F"/>
          <w:sz w:val="21"/>
        </w:rPr>
        <w:t>• Новая дата не позднее 30 дней: отсутствие ответа означает согласие ждать. Позже или неизвестна: заказ отменяется сам в исходную дату плюс 30 дней, если клиент не согласится ждать, и он может отменить его в любой момент до отгрузки.</w:t>
      </w:r>
    </w:p>
    <w:p>
      <w:pPr>
        <w:spacing w:after="40"/>
        <w:ind w:left="283"/>
      </w:pPr>
      <w:r>
        <w:rPr>
          <w:rFonts w:ascii="Calibri" w:hAnsi="Calibri" w:cs="Calibri" w:eastAsia="Calibri"/>
          <w:b w:val="0"/>
          <w:color w:val="15131F"/>
          <w:sz w:val="21"/>
        </w:rPr>
        <w:t>• Второе уведомление: молчание больше не считается согласием. Полный возврат денег в течение 7 рабочих дней; бонус на счёт не считается.</w:t>
      </w:r>
    </w:p>
    <w:p>
      <w:pPr>
        <w:spacing w:after="160"/>
      </w:pPr>
    </w:p>
    <w:p>
      <w:pPr>
        <w:spacing w:after="60"/>
      </w:pPr>
      <w:r>
        <w:rPr>
          <w:rFonts w:ascii="Calibri" w:hAnsi="Calibri" w:cs="Calibri" w:eastAsia="Calibri"/>
          <w:b/>
          <w:color w:val="15131F"/>
          <w:sz w:val="28"/>
        </w:rPr>
        <w:t>5. Частичная отправка: что ушло, что ещё придёт, без доплаты</w:t>
      </w:r>
    </w:p>
    <w:p>
      <w:pPr>
        <w:spacing w:after="80"/>
      </w:pPr>
      <w:r>
        <w:rPr>
          <w:rFonts w:ascii="Calibri" w:hAnsi="Calibri" w:cs="Calibri" w:eastAsia="Calibri"/>
          <w:b w:val="0"/>
          <w:color w:val="5D5A70"/>
          <w:sz w:val="20"/>
        </w:rPr>
        <w:t>Делим, если: 1 товар опаздывает на 3+ дня · Вторая посылка: За ваш счёт · Опаздывающий товар: Вариант отмены, возврат</w:t>
      </w:r>
    </w:p>
    <w:p>
      <w:pPr>
        <w:spacing w:after="40"/>
      </w:pPr>
      <w:r>
        <w:rPr>
          <w:rFonts w:ascii="Calibri" w:hAnsi="Calibri" w:cs="Calibri" w:eastAsia="Calibri"/>
          <w:b/>
          <w:color w:val="6B3CF0"/>
          <w:sz w:val="21"/>
        </w:rPr>
        <w:t>Когда использовать</w:t>
      </w:r>
    </w:p>
    <w:p>
      <w:pPr>
        <w:spacing w:after="40"/>
        <w:ind w:left="283"/>
      </w:pPr>
      <w:r>
        <w:rPr>
          <w:rFonts w:ascii="Calibri" w:hAnsi="Calibri" w:cs="Calibri" w:eastAsia="Calibri"/>
          <w:b w:val="0"/>
          <w:color w:val="15131F"/>
          <w:sz w:val="21"/>
        </w:rPr>
        <w:t>• Большая часть заказа готова, а один товар опаздывает на [3] рабочих дня или больше: отправьте то, что есть, за свой счёт.</w:t>
      </w:r>
    </w:p>
    <w:p>
      <w:pPr>
        <w:spacing w:after="40"/>
        <w:ind w:left="283"/>
      </w:pPr>
      <w:r>
        <w:rPr>
          <w:rFonts w:ascii="Calibri" w:hAnsi="Calibri" w:cs="Calibri" w:eastAsia="Calibri"/>
          <w:b w:val="0"/>
          <w:color w:val="15131F"/>
          <w:sz w:val="21"/>
        </w:rPr>
        <w:t>• Сначала спросите, если клиент платит пошлины за каждую посылку или если товары имеют смысл только вместе.</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Часть заказа [номер заказа] отправляем сегодня; [товар] придёт [дата]</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Чтобы не задерживать весь заказ из-за одного товара, мы разделили заказ [номер заказа] на две посылки.</w:t>
        <w:br/>
        <w:br/>
        <w:t>Отправлено сегодня: [товары]. Отслеживание: [ссылка для отслеживания]. Ожидаемая доставка: [дата].</w:t>
        <w:br/>
        <w:t>Ещё в пути: [товар], он отправится [дата] с отдельным письмом с отслеживанием.</w:t>
        <w:br/>
        <w:br/>
        <w:t>За вторую посылку доплачивать не нужно. Если вы не хотите ждать [товар], ответьте «отменить его», и я верну [сумма] за этот товар в течение 7 рабочих дней.</w:t>
        <w:br/>
        <w:br/>
        <w:t>[ваше имя], [компания]</w:t>
      </w:r>
    </w:p>
    <w:p>
      <w:pPr>
        <w:spacing w:after="60"/>
      </w:pPr>
      <w:r>
        <w:rPr>
          <w:rFonts w:ascii="Calibri" w:hAnsi="Calibri" w:cs="Calibri" w:eastAsia="Calibri"/>
          <w:b/>
          <w:color w:val="6B3CF0"/>
          <w:sz w:val="21"/>
        </w:rPr>
        <w:t xml:space="preserve">Укажите в обоих письмах и на накладной: </w:t>
      </w:r>
      <w:r>
        <w:rPr>
          <w:rFonts w:ascii="Calibri" w:hAnsi="Calibri" w:cs="Calibri" w:eastAsia="Calibri"/>
          <w:b w:val="0"/>
          <w:color w:val="5D5A70"/>
          <w:sz w:val="21"/>
        </w:rPr>
        <w:t>Посылка 1 из 2, Что в какой посылке, Дата второй посылки</w:t>
      </w:r>
    </w:p>
    <w:p>
      <w:pPr>
        <w:spacing w:after="160"/>
      </w:pPr>
    </w:p>
    <w:p>
      <w:pPr>
        <w:spacing w:after="60"/>
      </w:pPr>
      <w:r>
        <w:rPr>
          <w:rFonts w:ascii="Calibri" w:hAnsi="Calibri" w:cs="Calibri" w:eastAsia="Calibri"/>
          <w:b/>
          <w:color w:val="15131F"/>
          <w:sz w:val="28"/>
        </w:rPr>
        <w:t>6. Потеряна в пути или «доставлена»: когда перестать ждать</w:t>
      </w:r>
    </w:p>
    <w:p>
      <w:pPr>
        <w:spacing w:after="80"/>
      </w:pPr>
      <w:r>
        <w:rPr>
          <w:rFonts w:ascii="Calibri" w:hAnsi="Calibri" w:cs="Calibri" w:eastAsia="Calibri"/>
          <w:b w:val="0"/>
          <w:color w:val="5D5A70"/>
          <w:sz w:val="20"/>
        </w:rPr>
        <w:t>Перестать ждать через: 5 рабочих дней · «Доставлено»: 2 рабочих дня, затем действуйте · Кто выбирает: Клиент: замена или возврат · Кто несёт риск: В ЕС при потере посылки продавец отправляет идентичный товар или возвращает деньги. В Великобритании риск за товар остаётся на продавце, пока его не получит покупатель. Возвращайте деньги вместо замены, если товар распродан, если второе ожидание сорвёт дату клиента или если он сам просит.</w:t>
      </w:r>
    </w:p>
    <w:p>
      <w:pPr>
        <w:spacing w:after="40"/>
      </w:pPr>
      <w:r>
        <w:rPr>
          <w:rFonts w:ascii="Calibri" w:hAnsi="Calibri" w:cs="Calibri" w:eastAsia="Calibri"/>
          <w:b/>
          <w:color w:val="6B3CF0"/>
          <w:sz w:val="21"/>
        </w:rPr>
        <w:t>Правило крайнего срока ожидания</w:t>
      </w:r>
    </w:p>
    <w:p>
      <w:pPr>
        <w:spacing w:after="40"/>
      </w:pPr>
      <w:r>
        <w:rPr>
          <w:rFonts w:ascii="Calibri" w:hAnsi="Calibri" w:cs="Calibri" w:eastAsia="Calibri"/>
          <w:b w:val="0"/>
          <w:color w:val="15131F"/>
          <w:sz w:val="21"/>
        </w:rPr>
        <w:t>1. День 0: Срок перевозчика прошёл, а доставки нет: отправьте предупреждение или обновление с крайним сроком ожидания.</w:t>
      </w:r>
    </w:p>
    <w:p>
      <w:pPr>
        <w:spacing w:after="40"/>
      </w:pPr>
      <w:r>
        <w:rPr>
          <w:rFonts w:ascii="Calibri" w:hAnsi="Calibri" w:cs="Calibri" w:eastAsia="Calibri"/>
          <w:b w:val="0"/>
          <w:color w:val="15131F"/>
          <w:sz w:val="21"/>
        </w:rPr>
        <w:t>2. Розыск: Нет отметок [5] рабочих дней после срока перевозчика: откройте розыск у перевозчика и назовите дату, когда перестанете ждать.</w:t>
      </w:r>
    </w:p>
    <w:p>
      <w:pPr>
        <w:spacing w:after="40"/>
      </w:pPr>
      <w:r>
        <w:rPr>
          <w:rFonts w:ascii="Calibri" w:hAnsi="Calibri" w:cs="Calibri" w:eastAsia="Calibri"/>
          <w:b w:val="0"/>
          <w:color w:val="15131F"/>
          <w:sz w:val="21"/>
        </w:rPr>
        <w:t>3. Крайний срок ожидания: Есть результат розыска или нет, вы отправляете замену экспресс-доставкой или возвращаете деньги, на выбор клиента. Претензия к перевозчику — ваша забота.</w:t>
      </w:r>
    </w:p>
    <w:p>
      <w:pPr>
        <w:spacing w:after="40"/>
      </w:pPr>
      <w:r>
        <w:rPr>
          <w:rFonts w:ascii="Calibri" w:hAnsi="Calibri" w:cs="Calibri" w:eastAsia="Calibri"/>
          <w:b w:val="0"/>
          <w:color w:val="15131F"/>
          <w:sz w:val="21"/>
        </w:rPr>
        <w:t>4. Доставлено, но не получено: Проверьте обычные места и соседей, розыск в тот же день. Не нашлось за 2 рабочих дня: замена или возврат денег.</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Заказ [номер заказа]: сегодня отправляю замену</w:t>
      </w:r>
    </w:p>
    <w:p>
      <w:pPr>
        <w:spacing w:after="60"/>
      </w:pPr>
      <w:r>
        <w:rPr>
          <w:rFonts w:ascii="Calibri" w:hAnsi="Calibri" w:cs="Calibri" w:eastAsia="Calibri"/>
          <w:b/>
          <w:color w:val="6B3CF0"/>
          <w:sz w:val="21"/>
        </w:rPr>
        <w:t xml:space="preserve">Письмо, потеря в пути: </w:t>
      </w:r>
      <w:r>
        <w:rPr>
          <w:rFonts w:ascii="Calibri" w:hAnsi="Calibri" w:cs="Calibri" w:eastAsia="Calibri"/>
          <w:b w:val="0"/>
          <w:color w:val="15131F"/>
          <w:sz w:val="21"/>
        </w:rPr>
        <w:t>Здравствуйте, [имя]!</w:t>
        <w:br/>
        <w:br/>
        <w:t>Заказ [номер заказа] не двигается с [дата последней отметки], и розыск у [перевозчик] к названной мной дате ничего не дал. Я не буду заставлять вас ждать дальше.</w:t>
        <w:br/>
        <w:br/>
        <w:t>Замена отправляется сегодня экспресс-доставкой. Отслеживание: [ссылка для отслеживания], ожидаемая доставка [дата]. Если вы предпочитаете возврат [сумма], ответьте «возврат» до [время], и я остановлю отправку замены.</w:t>
        <w:br/>
        <w:br/>
        <w:t>Если первая посылка всё-таки найдётся, ответьте, и я пришлю оплаченную этикетку для возврата.</w:t>
        <w:br/>
        <w:br/>
        <w:t>[ваше имя], [компания]</w:t>
      </w:r>
    </w:p>
    <w:p>
      <w:pPr>
        <w:spacing w:after="60"/>
      </w:pPr>
      <w:r>
        <w:rPr>
          <w:rFonts w:ascii="Calibri" w:hAnsi="Calibri" w:cs="Calibri" w:eastAsia="Calibri"/>
          <w:b/>
          <w:color w:val="6B3CF0"/>
          <w:sz w:val="21"/>
        </w:rPr>
        <w:t xml:space="preserve">Доставлено, но не получено: </w:t>
      </w:r>
      <w:r>
        <w:rPr>
          <w:rFonts w:ascii="Calibri" w:hAnsi="Calibri" w:cs="Calibri" w:eastAsia="Calibri"/>
          <w:b w:val="0"/>
          <w:color w:val="15131F"/>
          <w:sz w:val="21"/>
        </w:rPr>
        <w:t>Здравствуйте, [имя]! [Перевозчик] показывает заказ [номер заказа] доставленным [дата] в [время] [к двери / в постамат]. Проверьте, пожалуйста, [крыльцо, почтовый ящик, укромное место] и спросите соседей. Сегодня мы открыли розыск у перевозчика. Если посылка не найдётся до [дата, 2 рабочих дня], я отправлю замену или верну деньги, на ваш выбор. [ваше имя], [компания]</w:t>
      </w:r>
    </w:p>
    <w:p>
      <w:pPr>
        <w:spacing w:after="160"/>
      </w:pPr>
    </w:p>
    <w:p>
      <w:pPr>
        <w:spacing w:after="60"/>
      </w:pPr>
      <w:r>
        <w:rPr>
          <w:rFonts w:ascii="Calibri" w:hAnsi="Calibri" w:cs="Calibri" w:eastAsia="Calibri"/>
          <w:b/>
          <w:color w:val="15131F"/>
          <w:sz w:val="28"/>
        </w:rPr>
        <w:t>7. Ответ на «Где мой заказ?» по email и в чате</w:t>
      </w:r>
    </w:p>
    <w:p>
      <w:pPr>
        <w:spacing w:after="80"/>
      </w:pPr>
      <w:r>
        <w:rPr>
          <w:rFonts w:ascii="Calibri" w:hAnsi="Calibri" w:cs="Calibri" w:eastAsia="Calibri"/>
          <w:b w:val="0"/>
          <w:color w:val="5D5A70"/>
          <w:sz w:val="20"/>
        </w:rPr>
        <w:t>Ответ в течение: 1 рабочего часа · Отметить как: Спросил первым · Ещё не отгружен: Вкладка 4, с извинением</w:t>
      </w:r>
    </w:p>
    <w:p>
      <w:pPr>
        <w:spacing w:after="80"/>
      </w:pPr>
      <w:r>
        <w:rPr>
          <w:rFonts w:ascii="Calibri" w:hAnsi="Calibri" w:cs="Calibri" w:eastAsia="Calibri"/>
          <w:b w:val="0"/>
          <w:color w:val="15131F"/>
          <w:sz w:val="21"/>
        </w:rPr>
        <w:t>Клиент написал первым, значит, предупреждение опоздало. Ответьте фактами, которые видите, планом Б с датой и следующим обновлением. Затем отметьте случай в журнале как «спросил первым».</w:t>
      </w:r>
    </w:p>
    <w:p>
      <w:pPr>
        <w:spacing w:after="60"/>
      </w:pPr>
      <w:r>
        <w:rPr>
          <w:rFonts w:ascii="Calibri" w:hAnsi="Calibri" w:cs="Calibri" w:eastAsia="Calibri"/>
          <w:b/>
          <w:color w:val="6B3CF0"/>
          <w:sz w:val="21"/>
        </w:rPr>
        <w:t xml:space="preserve">Тема: </w:t>
      </w:r>
      <w:r>
        <w:rPr>
          <w:rFonts w:ascii="Calibri" w:hAnsi="Calibri" w:cs="Calibri" w:eastAsia="Calibri"/>
          <w:b w:val="0"/>
          <w:color w:val="15131F"/>
          <w:sz w:val="21"/>
        </w:rPr>
        <w:t>Re: заказ [номер заказа]: где он и что будет дальше</w:t>
      </w:r>
    </w:p>
    <w:p>
      <w:pPr>
        <w:spacing w:after="60"/>
      </w:pPr>
      <w:r>
        <w:rPr>
          <w:rFonts w:ascii="Calibri" w:hAnsi="Calibri" w:cs="Calibri" w:eastAsia="Calibri"/>
          <w:b/>
          <w:color w:val="6B3CF0"/>
          <w:sz w:val="21"/>
        </w:rPr>
        <w:t xml:space="preserve">Письмо: </w:t>
      </w:r>
      <w:r>
        <w:rPr>
          <w:rFonts w:ascii="Calibri" w:hAnsi="Calibri" w:cs="Calibri" w:eastAsia="Calibri"/>
          <w:b w:val="0"/>
          <w:color w:val="15131F"/>
          <w:sz w:val="21"/>
        </w:rPr>
        <w:t>Здравствуйте, [имя]!</w:t>
        <w:br/>
        <w:br/>
        <w:t>Спасибо, что написали, и простите, что пришлось. Заказ [номер заказа] ушёл от нас [дата отгрузки], и [перевозчик] показывает его в [местоположение], последняя отметка [дата]. Текущий срок от перевозчика: [новая дата].</w:t>
        <w:br/>
        <w:br/>
        <w:t>Если посылка не придёт до [крайний срок ожидания], я отправлю замену экспресс-доставкой или верну деньги, как вам удобнее. Следующее обновление от меня: [день] до [время].</w:t>
        <w:br/>
        <w:br/>
        <w:t>Отслеживание: [ссылка для отслеживания]</w:t>
        <w:br/>
        <w:br/>
        <w:t>[ваше имя], [компания]</w:t>
      </w:r>
    </w:p>
    <w:p>
      <w:pPr>
        <w:spacing w:after="60"/>
      </w:pPr>
      <w:r>
        <w:rPr>
          <w:rFonts w:ascii="Calibri" w:hAnsi="Calibri" w:cs="Calibri" w:eastAsia="Calibri"/>
          <w:b/>
          <w:color w:val="6B3CF0"/>
          <w:sz w:val="21"/>
        </w:rPr>
        <w:t xml:space="preserve">Ответ человека в чате: </w:t>
      </w:r>
      <w:r>
        <w:rPr>
          <w:rFonts w:ascii="Calibri" w:hAnsi="Calibri" w:cs="Calibri" w:eastAsia="Calibri"/>
          <w:b w:val="0"/>
          <w:color w:val="15131F"/>
          <w:sz w:val="21"/>
        </w:rPr>
        <w:t>Проверяю заказ [номер заказа]. Он ушёл от нас [дата отгрузки]; [перевозчик] показывает его в [местоположение], срок [новая дата]. Если до [крайний срок ожидания] посылки у вас не будет, заменю её или верну деньги. Обновление здесь до [день].</w:t>
      </w:r>
    </w:p>
    <w:p>
      <w:pPr>
        <w:spacing w:after="60"/>
      </w:pPr>
      <w:r>
        <w:rPr>
          <w:rFonts w:ascii="Calibri" w:hAnsi="Calibri" w:cs="Calibri" w:eastAsia="Calibri"/>
          <w:b/>
          <w:color w:val="6B3CF0"/>
          <w:sz w:val="21"/>
        </w:rPr>
        <w:t xml:space="preserve">Ответ в базе знаний для AI-агента: </w:t>
      </w:r>
      <w:r>
        <w:rPr>
          <w:rFonts w:ascii="Calibri" w:hAnsi="Calibri" w:cs="Calibri" w:eastAsia="Calibri"/>
          <w:b w:val="0"/>
          <w:color w:val="15131F"/>
          <w:sz w:val="21"/>
        </w:rPr>
        <w:t>Где мой заказ? Этот чат не видит отслеживание перевозчика в реальном времени, поэтому не будет угадывать дату. Ссылка для отслеживания есть в письме об отправке. Если срок перевозчика прошёл, напишите на [email поддержки] с номером заказа: сотрудник проверит отслеживание и ответит в течение [1 рабочего часа, с понедельника по пятницу]. Если посылка не пришла через [5] рабочих дней после срока перевозчика, мы отправим замену экспресс-доставкой или вернём деньги, на ваш выбор.</w:t>
      </w:r>
    </w:p>
    <w:p>
      <w:pPr>
        <w:spacing w:after="60"/>
      </w:pPr>
      <w:r>
        <w:rPr>
          <w:rFonts w:ascii="Calibri" w:hAnsi="Calibri" w:cs="Calibri" w:eastAsia="Calibri"/>
          <w:b/>
          <w:color w:val="6B3CF0"/>
          <w:sz w:val="21"/>
        </w:rPr>
        <w:t xml:space="preserve">Никогда в этом ответе: </w:t>
      </w:r>
      <w:r>
        <w:rPr>
          <w:rFonts w:ascii="Calibri" w:hAnsi="Calibri" w:cs="Calibri" w:eastAsia="Calibri"/>
          <w:b w:val="0"/>
          <w:color w:val="5D5A70"/>
          <w:sz w:val="21"/>
        </w:rPr>
        <w:t>«Обратитесь к перевозчику», «Подождите ещё несколько дней», Дату наугад</w:t>
      </w:r>
    </w:p>
    <w:p>
      <w:pPr>
        <w:spacing w:after="160"/>
      </w:pPr>
    </w:p>
    <w:p>
      <w:pPr>
        <w:spacing w:after="60"/>
      </w:pPr>
      <w:r>
        <w:rPr>
          <w:rFonts w:ascii="Calibri" w:hAnsi="Calibri" w:cs="Calibri" w:eastAsia="Calibri"/>
          <w:b/>
          <w:color w:val="15131F"/>
          <w:sz w:val="28"/>
        </w:rPr>
        <w:t>8. Жест доброй воли после опоздания доставки: когда и сколько</w:t>
      </w:r>
    </w:p>
    <w:p>
      <w:pPr>
        <w:spacing w:after="80"/>
      </w:pPr>
      <w:r>
        <w:rPr>
          <w:rFonts w:ascii="Calibri" w:hAnsi="Calibri" w:cs="Calibri" w:eastAsia="Calibri"/>
          <w:b w:val="0"/>
          <w:color w:val="5D5A70"/>
          <w:sz w:val="20"/>
        </w:rPr>
        <w:t>Стоимость доставки: Возврат в тот же день · Вторая задержка: Фиксированная сумма с лимитом · Погода, таможня: Без жеста</w:t>
      </w:r>
    </w:p>
    <w:p>
      <w:pPr>
        <w:spacing w:after="40"/>
      </w:pPr>
      <w:r>
        <w:rPr>
          <w:rFonts w:ascii="Calibri" w:hAnsi="Calibri" w:cs="Calibri" w:eastAsia="Calibri"/>
          <w:b/>
          <w:color w:val="15131F"/>
          <w:sz w:val="22"/>
        </w:rPr>
        <w:t>8.1 Клиент заплатил за скорость, которой не получил</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Верните стоимость доставки в день, когда узнали, не дожидаясь просьбы. Это цена услуги, которую клиент не получил, а не подарок.</w:t>
      </w:r>
    </w:p>
    <w:p>
      <w:pPr>
        <w:spacing w:after="60"/>
      </w:pPr>
      <w:r>
        <w:rPr>
          <w:rFonts w:ascii="Calibri" w:hAnsi="Calibri" w:cs="Calibri" w:eastAsia="Calibri"/>
          <w:b/>
          <w:color w:val="6B3CF0"/>
          <w:sz w:val="21"/>
        </w:rPr>
        <w:t xml:space="preserve">Сколько: </w:t>
      </w:r>
      <w:r>
        <w:rPr>
          <w:rFonts w:ascii="Calibri" w:hAnsi="Calibri" w:cs="Calibri" w:eastAsia="Calibri"/>
          <w:b w:val="0"/>
          <w:color w:val="5D5A70"/>
          <w:sz w:val="21"/>
        </w:rPr>
        <w:t>Всю сумму, на карту, с которой платили.</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Мы вернули [18 $], которые вы заплатили за доставку за 2 дня, потому что в 2 дня мы не уложились. Деньги появятся на карте в течение [5–10] рабочих дней.</w:t>
      </w:r>
    </w:p>
    <w:p>
      <w:pPr>
        <w:spacing w:after="40"/>
      </w:pPr>
    </w:p>
    <w:p>
      <w:pPr>
        <w:spacing w:after="40"/>
      </w:pPr>
      <w:r>
        <w:rPr>
          <w:rFonts w:ascii="Calibri" w:hAnsi="Calibri" w:cs="Calibri" w:eastAsia="Calibri"/>
          <w:b/>
          <w:color w:val="15131F"/>
          <w:sz w:val="22"/>
        </w:rPr>
        <w:t>8.2 Вторая задержка или сорванная важная дата</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Сорвался уже ваш собственный новый срок, или задержка стоила клиенту чего-то конкретного (поездка, событие, подарок). Фиксированная сумма, никогда не процент скидки на следующий заказ.</w:t>
      </w:r>
    </w:p>
    <w:p>
      <w:pPr>
        <w:spacing w:after="60"/>
      </w:pPr>
      <w:r>
        <w:rPr>
          <w:rFonts w:ascii="Calibri" w:hAnsi="Calibri" w:cs="Calibri" w:eastAsia="Calibri"/>
          <w:b/>
          <w:color w:val="6B3CF0"/>
          <w:sz w:val="21"/>
        </w:rPr>
        <w:t xml:space="preserve">Сколько: </w:t>
      </w:r>
      <w:r>
        <w:rPr>
          <w:rFonts w:ascii="Calibri" w:hAnsi="Calibri" w:cs="Calibri" w:eastAsia="Calibri"/>
          <w:b w:val="0"/>
          <w:color w:val="5D5A70"/>
          <w:sz w:val="21"/>
        </w:rPr>
        <w:t>До [10]% от заказа, но не больше [25 $]. Больше одобряет владелец.</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Я знаю, что заказ был нужен к [их дата]. Мы начислили [15 $] бонусом на ваш счёт: без промокода, срок не ограничен. Простите, что сорвали дату.</w:t>
      </w:r>
    </w:p>
    <w:p>
      <w:pPr>
        <w:spacing w:after="40"/>
      </w:pPr>
    </w:p>
    <w:p>
      <w:pPr>
        <w:spacing w:after="40"/>
      </w:pPr>
      <w:r>
        <w:rPr>
          <w:rFonts w:ascii="Calibri" w:hAnsi="Calibri" w:cs="Calibri" w:eastAsia="Calibri"/>
          <w:b/>
          <w:color w:val="15131F"/>
          <w:sz w:val="22"/>
        </w:rPr>
        <w:t>8.3 Погода, таможня или посылка, пришедшая в рамках вашего плана</w:t>
      </w:r>
    </w:p>
    <w:p>
      <w:pPr>
        <w:spacing w:after="60"/>
      </w:pPr>
      <w:r>
        <w:rPr>
          <w:rFonts w:ascii="Calibri" w:hAnsi="Calibri" w:cs="Calibri" w:eastAsia="Calibri"/>
          <w:b/>
          <w:color w:val="6B3CF0"/>
          <w:sz w:val="21"/>
        </w:rPr>
        <w:t xml:space="preserve">Правило: </w:t>
      </w:r>
      <w:r>
        <w:rPr>
          <w:rFonts w:ascii="Calibri" w:hAnsi="Calibri" w:cs="Calibri" w:eastAsia="Calibri"/>
          <w:b w:val="0"/>
          <w:color w:val="5D5A70"/>
          <w:sz w:val="21"/>
        </w:rPr>
        <w:t>Без жеста. Честное предупреждение, обновление в срок и доставленная посылка — вот решение. Скидка здесь приучает клиентов ждать денег за каждую медленную неделю.</w:t>
      </w:r>
    </w:p>
    <w:p>
      <w:pPr>
        <w:spacing w:after="60"/>
      </w:pPr>
      <w:r>
        <w:rPr>
          <w:rFonts w:ascii="Calibri" w:hAnsi="Calibri" w:cs="Calibri" w:eastAsia="Calibri"/>
          <w:b/>
          <w:color w:val="6B3CF0"/>
          <w:sz w:val="21"/>
        </w:rPr>
        <w:t xml:space="preserve">Вместо этого: </w:t>
      </w:r>
      <w:r>
        <w:rPr>
          <w:rFonts w:ascii="Calibri" w:hAnsi="Calibri" w:cs="Calibri" w:eastAsia="Calibri"/>
          <w:b w:val="0"/>
          <w:color w:val="5D5A70"/>
          <w:sz w:val="21"/>
        </w:rPr>
        <w:t>Короткая благодарность после доставки: Благодарственные письма.</w:t>
      </w:r>
    </w:p>
    <w:p>
      <w:pPr>
        <w:spacing w:after="60"/>
      </w:pPr>
      <w:r>
        <w:rPr>
          <w:rFonts w:ascii="Calibri" w:hAnsi="Calibri" w:cs="Calibri" w:eastAsia="Calibri"/>
          <w:b/>
          <w:color w:val="6B3CF0"/>
          <w:sz w:val="21"/>
        </w:rPr>
        <w:t xml:space="preserve">Фраза: </w:t>
      </w:r>
      <w:r>
        <w:rPr>
          <w:rFonts w:ascii="Calibri" w:hAnsi="Calibri" w:cs="Calibri" w:eastAsia="Calibri"/>
          <w:b w:val="0"/>
          <w:color w:val="15131F"/>
          <w:sz w:val="21"/>
        </w:rPr>
        <w:t>Спасибо за терпение, пока перевозчик навёрстывал. Если с заказом что-то не так, ответьте здесь, и я лично всё улажу.</w:t>
      </w:r>
    </w:p>
    <w:p>
      <w:pPr>
        <w:spacing w:after="40"/>
      </w:pPr>
    </w:p>
    <w:p>
      <w:pPr>
        <w:spacing w:after="60"/>
      </w:pPr>
      <w:r>
        <w:rPr>
          <w:rFonts w:ascii="Calibri" w:hAnsi="Calibri" w:cs="Calibri" w:eastAsia="Calibri"/>
          <w:b/>
          <w:color w:val="6B3CF0"/>
          <w:sz w:val="21"/>
        </w:rPr>
        <w:t xml:space="preserve">Записывайте каждый жест: </w:t>
      </w:r>
      <w:r>
        <w:rPr>
          <w:rFonts w:ascii="Calibri" w:hAnsi="Calibri" w:cs="Calibri" w:eastAsia="Calibri"/>
          <w:b w:val="0"/>
          <w:color w:val="5D5A70"/>
          <w:sz w:val="21"/>
        </w:rPr>
        <w:t>Запишите сумму и причину в журнал задержек. Если одна причина съедает большую часть денег на жесты, исправьте её, вместо того чтобы платить за неё каждый месяц.</w:t>
      </w:r>
    </w:p>
    <w:p>
      <w:pPr>
        <w:spacing w:after="60"/>
      </w:pPr>
      <w:r>
        <w:rPr>
          <w:rFonts w:ascii="Calibri" w:hAnsi="Calibri" w:cs="Calibri" w:eastAsia="Calibri"/>
          <w:b/>
          <w:color w:val="6B3CF0"/>
          <w:sz w:val="21"/>
        </w:rPr>
        <w:t xml:space="preserve">Никогда: </w:t>
      </w:r>
      <w:r>
        <w:rPr>
          <w:rFonts w:ascii="Calibri" w:hAnsi="Calibri" w:cs="Calibri" w:eastAsia="Calibri"/>
          <w:b w:val="0"/>
          <w:color w:val="5D5A70"/>
          <w:sz w:val="21"/>
        </w:rPr>
        <w:t>Процент скидки на следующий заказ, Жест вместо возврата, который просили, Жест, который никто не записал</w:t>
      </w:r>
    </w:p>
    <w:p>
      <w:pPr>
        <w:spacing w:after="160"/>
      </w:pPr>
    </w:p>
    <w:p>
      <w:pPr>
        <w:spacing w:after="80"/>
      </w:pPr>
      <w:r>
        <w:rPr>
          <w:rFonts w:ascii="Calibri" w:hAnsi="Calibri" w:cs="Calibri" w:eastAsia="Calibri"/>
          <w:b/>
          <w:color w:val="15131F"/>
          <w:sz w:val="28"/>
        </w:rPr>
        <w:t>Пример: Посылка «за 2 дня», которая шла неделю: решено до вопроса клиента</w:t>
      </w:r>
    </w:p>
    <w:p>
      <w:pPr>
        <w:spacing w:after="120"/>
      </w:pPr>
      <w:r>
        <w:rPr>
          <w:rFonts w:ascii="Calibri" w:hAnsi="Calibri" w:cs="Calibri" w:eastAsia="Calibri"/>
          <w:b w:val="0"/>
          <w:color w:val="5D5A70"/>
          <w:sz w:val="21"/>
        </w:rPr>
        <w:t>Sablewood Outdoor Gear, вымышленный интернет-магазин товаров для кемпинга и походов, использует эти шаблоны писем о задержке доставки. Руководитель поддержки Хана Соренсен ведёт заказ SW-31877 для Джерома Паттерсона: палатка и туристический коврик, 418 $ плюс 18 $ за доставку за 2 дня, отгружен в понедельник 5 октября 2026 с обещанной доставкой в среду 7 октября.</w:t>
      </w:r>
    </w:p>
    <w:p>
      <w:pPr>
        <w:spacing w:after="60"/>
      </w:pPr>
      <w:r>
        <w:rPr>
          <w:rFonts w:ascii="Calibri" w:hAnsi="Calibri" w:cs="Calibri" w:eastAsia="Calibri"/>
          <w:b/>
          <w:color w:val="6B3CF0"/>
          <w:sz w:val="21"/>
        </w:rPr>
        <w:t xml:space="preserve">Хана (поддержка): </w:t>
      </w:r>
      <w:r>
        <w:rPr>
          <w:rFonts w:ascii="Calibri" w:hAnsi="Calibri" w:cs="Calibri" w:eastAsia="Calibri"/>
          <w:b w:val="0"/>
          <w:color w:val="15131F"/>
          <w:sz w:val="21"/>
        </w:rPr>
        <w:t>Ср 7 окт., 09:20, письмо: Здравствуйте, Джером! Ваш заказ SW-31877 не придёт сегодня, как мы обещали. Прошу прощения за это. Посылка ушла от нас в понедельник, и перевозчик показывает её в своём региональном сортировочном центре со вторника, 03:40. Новый срок от перевозчика: пятница 9 октября. Если посылка не придёт до понедельника 12 октября, я отправлю замену экспресс-доставкой или верну деньги полностью, как вам удобнее. Следующее обновление от меня: в пятницу до 17:00, или раньше, если отслеживание изменится. Хана Соренсен, Sablewood Outdoor Gear</w:t>
      </w:r>
    </w:p>
    <w:p>
      <w:pPr>
        <w:spacing w:after="60"/>
      </w:pPr>
      <w:r>
        <w:rPr>
          <w:rFonts w:ascii="Calibri" w:hAnsi="Calibri" w:cs="Calibri" w:eastAsia="Calibri"/>
          <w:b/>
          <w:color w:val="6B3CF0"/>
          <w:sz w:val="21"/>
        </w:rPr>
        <w:t xml:space="preserve">Джером (клиент): </w:t>
      </w:r>
      <w:r>
        <w:rPr>
          <w:rFonts w:ascii="Calibri" w:hAnsi="Calibri" w:cs="Calibri" w:eastAsia="Calibri"/>
          <w:b w:val="0"/>
          <w:color w:val="15131F"/>
          <w:sz w:val="21"/>
        </w:rPr>
        <w:t>Ср 7 окт., 10:05, письмо: Спасибо, что написали раньше, чем мне пришлось спрашивать. Палатка нужна мне к пятнице 16 октября, 17-го я уезжаю в поход.</w:t>
      </w:r>
    </w:p>
    <w:p>
      <w:pPr>
        <w:spacing w:after="60"/>
      </w:pPr>
      <w:r>
        <w:rPr>
          <w:rFonts w:ascii="Calibri" w:hAnsi="Calibri" w:cs="Calibri" w:eastAsia="Calibri"/>
          <w:b/>
          <w:color w:val="6B3CF0"/>
          <w:sz w:val="21"/>
        </w:rPr>
        <w:t xml:space="preserve">Хана (поддержка): </w:t>
      </w:r>
      <w:r>
        <w:rPr>
          <w:rFonts w:ascii="Calibri" w:hAnsi="Calibri" w:cs="Calibri" w:eastAsia="Calibri"/>
          <w:b w:val="0"/>
          <w:color w:val="15131F"/>
          <w:sz w:val="21"/>
        </w:rPr>
        <w:t>Ср 7 окт., 10:30, письмо: Принято, пятница 16 октября — та дата, которая важна. Крайний срок ожидания остаётся прежним, понедельник 12 октября: если к тому времени посылки у вас не будет, замена уйдёт во вторник экспресс-доставкой и придёт до четверга 15 октября. Я также вернула 18 $, которые вы заплатили за доставку за 2 дня, потому что в 2 дня мы не уложились.</w:t>
      </w:r>
    </w:p>
    <w:p>
      <w:pPr>
        <w:spacing w:after="60"/>
      </w:pPr>
      <w:r>
        <w:rPr>
          <w:rFonts w:ascii="Calibri" w:hAnsi="Calibri" w:cs="Calibri" w:eastAsia="Calibri"/>
          <w:b/>
          <w:color w:val="6B3CF0"/>
          <w:sz w:val="21"/>
        </w:rPr>
        <w:t xml:space="preserve">Хана (поддержка): </w:t>
      </w:r>
      <w:r>
        <w:rPr>
          <w:rFonts w:ascii="Calibri" w:hAnsi="Calibri" w:cs="Calibri" w:eastAsia="Calibri"/>
          <w:b w:val="0"/>
          <w:color w:val="15131F"/>
          <w:sz w:val="21"/>
        </w:rPr>
        <w:t>Пт 9 окт., 16:40, письмо: Новости по SW-31877: сегодня утром посылка покинула сортировочный центр, и перевозчик теперь называет понедельник 12 октября. План остаётся прежним. Следующее обновление в понедельник до 10:00.</w:t>
      </w:r>
    </w:p>
    <w:p>
      <w:pPr>
        <w:spacing w:after="60"/>
      </w:pPr>
      <w:r>
        <w:rPr>
          <w:rFonts w:ascii="Calibri" w:hAnsi="Calibri" w:cs="Calibri" w:eastAsia="Calibri"/>
          <w:b/>
          <w:color w:val="6B3CF0"/>
          <w:sz w:val="21"/>
        </w:rPr>
        <w:t xml:space="preserve">Джером (клиент): </w:t>
      </w:r>
      <w:r>
        <w:rPr>
          <w:rFonts w:ascii="Calibri" w:hAnsi="Calibri" w:cs="Calibri" w:eastAsia="Calibri"/>
          <w:b w:val="0"/>
          <w:color w:val="15131F"/>
          <w:sz w:val="21"/>
        </w:rPr>
        <w:t>Сб 10 окт., 11:30, чат на сайте: Здравствуйте, есть новости по заказу SW-31877? Отслеживание всё ещё показывает понедельник.</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Этот чат не видит отслеживание перевозчика в реальном времени, поэтому я не буду угадывать дату. Наше правило: если посылка не пришла к крайнему сроку ожидания из письма Ханы, мы отправляем замену экспресс-доставкой или возвращаем деньги, на ваш выбор. Хана проверит отслеживание в понедельник утром и напишет вам до 10:00. Передать ей ваше сообщение?</w:t>
      </w:r>
    </w:p>
    <w:p>
      <w:pPr>
        <w:spacing w:after="60"/>
      </w:pPr>
      <w:r>
        <w:rPr>
          <w:rFonts w:ascii="Calibri" w:hAnsi="Calibri" w:cs="Calibri" w:eastAsia="Calibri"/>
          <w:b/>
          <w:color w:val="6B3CF0"/>
          <w:sz w:val="21"/>
        </w:rPr>
        <w:t xml:space="preserve">Джером (клиент): </w:t>
      </w:r>
      <w:r>
        <w:rPr>
          <w:rFonts w:ascii="Calibri" w:hAnsi="Calibri" w:cs="Calibri" w:eastAsia="Calibri"/>
          <w:b w:val="0"/>
          <w:color w:val="15131F"/>
          <w:sz w:val="21"/>
        </w:rPr>
        <w:t>Да, пожалуйста.</w:t>
      </w:r>
    </w:p>
    <w:p>
      <w:pPr>
        <w:spacing w:after="60"/>
      </w:pPr>
      <w:r>
        <w:rPr>
          <w:rFonts w:ascii="Calibri" w:hAnsi="Calibri" w:cs="Calibri" w:eastAsia="Calibri"/>
          <w:b/>
          <w:color w:val="6B3CF0"/>
          <w:sz w:val="21"/>
        </w:rPr>
        <w:t xml:space="preserve">AI-агент: </w:t>
      </w:r>
      <w:r>
        <w:rPr>
          <w:rFonts w:ascii="Calibri" w:hAnsi="Calibri" w:cs="Calibri" w:eastAsia="Calibri"/>
          <w:b w:val="0"/>
          <w:color w:val="15131F"/>
          <w:sz w:val="21"/>
        </w:rPr>
        <w:t>Готово. Ваше сообщение и номер заказа SW-31877 у Ханы.</w:t>
      </w:r>
    </w:p>
    <w:p>
      <w:pPr>
        <w:spacing w:after="60"/>
      </w:pPr>
      <w:r>
        <w:rPr>
          <w:rFonts w:ascii="Calibri" w:hAnsi="Calibri" w:cs="Calibri" w:eastAsia="Calibri"/>
          <w:b/>
          <w:color w:val="6B3CF0"/>
          <w:sz w:val="21"/>
        </w:rPr>
        <w:t xml:space="preserve">Хана (поддержка): </w:t>
      </w:r>
      <w:r>
        <w:rPr>
          <w:rFonts w:ascii="Calibri" w:hAnsi="Calibri" w:cs="Calibri" w:eastAsia="Calibri"/>
          <w:b w:val="0"/>
          <w:color w:val="15131F"/>
          <w:sz w:val="21"/>
        </w:rPr>
        <w:t>Пн 12 окт., 09:10, письмо: Хорошие новости: в 07:52 SW-31877 передан курьеру на доставку. Если до конца дня посылки у вас не будет, замена уйдёт завтра экспресс-доставкой, как договорились.</w:t>
      </w:r>
    </w:p>
    <w:p>
      <w:pPr>
        <w:spacing w:after="60"/>
      </w:pPr>
      <w:r>
        <w:rPr>
          <w:rFonts w:ascii="Calibri" w:hAnsi="Calibri" w:cs="Calibri" w:eastAsia="Calibri"/>
          <w:b/>
          <w:color w:val="6B3CF0"/>
          <w:sz w:val="21"/>
        </w:rPr>
        <w:t xml:space="preserve">Хана (поддержка): </w:t>
      </w:r>
      <w:r>
        <w:rPr>
          <w:rFonts w:ascii="Calibri" w:hAnsi="Calibri" w:cs="Calibri" w:eastAsia="Calibri"/>
          <w:b w:val="0"/>
          <w:color w:val="15131F"/>
          <w:sz w:val="21"/>
        </w:rPr>
        <w:t>Пн 12 окт., 17:30, письмо: Отслеживание показывает, что SW-31877 доставлен в 14:10 к вашей двери. Подтвердите, пожалуйста, что всё пришло в порядке. Спасибо за терпение и хорошего похода!</w:t>
      </w:r>
    </w:p>
    <w:p>
      <w:pPr>
        <w:spacing w:after="60"/>
      </w:pPr>
      <w:r>
        <w:rPr>
          <w:rFonts w:ascii="Calibri" w:hAnsi="Calibri" w:cs="Calibri" w:eastAsia="Calibri"/>
          <w:b/>
          <w:color w:val="6B3CF0"/>
          <w:sz w:val="21"/>
        </w:rPr>
        <w:t xml:space="preserve">Джером (клиент): </w:t>
      </w:r>
      <w:r>
        <w:rPr>
          <w:rFonts w:ascii="Calibri" w:hAnsi="Calibri" w:cs="Calibri" w:eastAsia="Calibri"/>
          <w:b w:val="0"/>
          <w:color w:val="15131F"/>
          <w:sz w:val="21"/>
        </w:rPr>
        <w:t>Пн 12 окт., 18:05, письмо: Получил, всё в порядке. Спасибо, что держали в курсе.</w:t>
      </w:r>
    </w:p>
    <w:p>
      <w:pPr>
        <w:spacing w:after="80"/>
      </w:pPr>
    </w:p>
    <w:p>
      <w:pPr>
        <w:spacing w:after="80"/>
      </w:pPr>
      <w:r>
        <w:rPr>
          <w:rFonts w:ascii="Calibri" w:hAnsi="Calibri" w:cs="Calibri" w:eastAsia="Calibri"/>
          <w:b/>
          <w:color w:val="15131F"/>
          <w:sz w:val="24"/>
        </w:rPr>
        <w:t>Журнал задержек: SW-31877</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Заказ</w:t>
            </w:r>
          </w:p>
        </w:tc>
        <w:tc>
          <w:tcPr>
            <w:tcW w:type="dxa" w:w="4986"/>
          </w:tcPr>
          <w:p>
            <w:r/>
            <w:r>
              <w:rPr>
                <w:rFonts w:ascii="Calibri" w:hAnsi="Calibri" w:cs="Calibri" w:eastAsia="Calibri"/>
                <w:b w:val="0"/>
                <w:color w:val="15131F"/>
                <w:sz w:val="19"/>
              </w:rPr>
              <w:t>SW-31877, палатка и коврик, 418 $</w:t>
            </w:r>
          </w:p>
        </w:tc>
      </w:tr>
      <w:tr>
        <w:tc>
          <w:tcPr>
            <w:tcW w:type="dxa" w:w="4986"/>
          </w:tcPr>
          <w:p>
            <w:r/>
            <w:r>
              <w:rPr>
                <w:rFonts w:ascii="Calibri" w:hAnsi="Calibri" w:cs="Calibri" w:eastAsia="Calibri"/>
                <w:b/>
                <w:color w:val="15131F"/>
                <w:sz w:val="19"/>
              </w:rPr>
              <w:t>Перевозчик, услуга</w:t>
            </w:r>
          </w:p>
        </w:tc>
        <w:tc>
          <w:tcPr>
            <w:tcW w:type="dxa" w:w="4986"/>
          </w:tcPr>
          <w:p>
            <w:r/>
            <w:r>
              <w:rPr>
                <w:rFonts w:ascii="Calibri" w:hAnsi="Calibri" w:cs="Calibri" w:eastAsia="Calibri"/>
                <w:b w:val="0"/>
                <w:color w:val="15131F"/>
                <w:sz w:val="19"/>
              </w:rPr>
              <w:t>Перевозчик, доставка за 2 дня, 18 $</w:t>
            </w:r>
          </w:p>
        </w:tc>
      </w:tr>
      <w:tr>
        <w:tc>
          <w:tcPr>
            <w:tcW w:type="dxa" w:w="4986"/>
          </w:tcPr>
          <w:p>
            <w:r/>
            <w:r>
              <w:rPr>
                <w:rFonts w:ascii="Calibri" w:hAnsi="Calibri" w:cs="Calibri" w:eastAsia="Calibri"/>
                <w:b/>
                <w:color w:val="15131F"/>
                <w:sz w:val="19"/>
              </w:rPr>
              <w:t>Обещано</w:t>
            </w:r>
          </w:p>
        </w:tc>
        <w:tc>
          <w:tcPr>
            <w:tcW w:type="dxa" w:w="4986"/>
          </w:tcPr>
          <w:p>
            <w:r/>
            <w:r>
              <w:rPr>
                <w:rFonts w:ascii="Calibri" w:hAnsi="Calibri" w:cs="Calibri" w:eastAsia="Calibri"/>
                <w:b w:val="0"/>
                <w:color w:val="15131F"/>
                <w:sz w:val="19"/>
              </w:rPr>
              <w:t>Ср 7 окт.</w:t>
            </w:r>
          </w:p>
        </w:tc>
      </w:tr>
      <w:tr>
        <w:tc>
          <w:tcPr>
            <w:tcW w:type="dxa" w:w="4986"/>
          </w:tcPr>
          <w:p>
            <w:r/>
            <w:r>
              <w:rPr>
                <w:rFonts w:ascii="Calibri" w:hAnsi="Calibri" w:cs="Calibri" w:eastAsia="Calibri"/>
                <w:b/>
                <w:color w:val="15131F"/>
                <w:sz w:val="19"/>
              </w:rPr>
              <w:t>Причина</w:t>
            </w:r>
          </w:p>
        </w:tc>
        <w:tc>
          <w:tcPr>
            <w:tcW w:type="dxa" w:w="4986"/>
          </w:tcPr>
          <w:p>
            <w:r/>
            <w:r>
              <w:rPr>
                <w:rFonts w:ascii="Calibri" w:hAnsi="Calibri" w:cs="Calibri" w:eastAsia="Calibri"/>
                <w:b w:val="0"/>
                <w:color w:val="15131F"/>
                <w:sz w:val="19"/>
              </w:rPr>
              <w:t>Задержка у перевозчика, в сортировочном центре</w:t>
            </w:r>
          </w:p>
        </w:tc>
      </w:tr>
      <w:tr>
        <w:tc>
          <w:tcPr>
            <w:tcW w:type="dxa" w:w="4986"/>
          </w:tcPr>
          <w:p>
            <w:r/>
            <w:r>
              <w:rPr>
                <w:rFonts w:ascii="Calibri" w:hAnsi="Calibri" w:cs="Calibri" w:eastAsia="Calibri"/>
                <w:b/>
                <w:color w:val="15131F"/>
                <w:sz w:val="19"/>
              </w:rPr>
              <w:t>Предупреждение отправлено</w:t>
            </w:r>
          </w:p>
        </w:tc>
        <w:tc>
          <w:tcPr>
            <w:tcW w:type="dxa" w:w="4986"/>
          </w:tcPr>
          <w:p>
            <w:r/>
            <w:r>
              <w:rPr>
                <w:rFonts w:ascii="Calibri" w:hAnsi="Calibri" w:cs="Calibri" w:eastAsia="Calibri"/>
                <w:b w:val="0"/>
                <w:color w:val="15131F"/>
                <w:sz w:val="19"/>
              </w:rPr>
              <w:t>Ср 7 окт., 09:20, до его вопроса</w:t>
            </w:r>
          </w:p>
        </w:tc>
      </w:tr>
      <w:tr>
        <w:tc>
          <w:tcPr>
            <w:tcW w:type="dxa" w:w="4986"/>
          </w:tcPr>
          <w:p>
            <w:r/>
            <w:r>
              <w:rPr>
                <w:rFonts w:ascii="Calibri" w:hAnsi="Calibri" w:cs="Calibri" w:eastAsia="Calibri"/>
                <w:b/>
                <w:color w:val="15131F"/>
                <w:sz w:val="19"/>
              </w:rPr>
              <w:t>Новая дата</w:t>
            </w:r>
          </w:p>
        </w:tc>
        <w:tc>
          <w:tcPr>
            <w:tcW w:type="dxa" w:w="4986"/>
          </w:tcPr>
          <w:p>
            <w:r/>
            <w:r>
              <w:rPr>
                <w:rFonts w:ascii="Calibri" w:hAnsi="Calibri" w:cs="Calibri" w:eastAsia="Calibri"/>
                <w:b w:val="0"/>
                <w:color w:val="15131F"/>
                <w:sz w:val="19"/>
              </w:rPr>
              <w:t>Пт 9 окт., затем пн 12 окт.</w:t>
            </w:r>
          </w:p>
        </w:tc>
      </w:tr>
      <w:tr>
        <w:tc>
          <w:tcPr>
            <w:tcW w:type="dxa" w:w="4986"/>
          </w:tcPr>
          <w:p>
            <w:r/>
            <w:r>
              <w:rPr>
                <w:rFonts w:ascii="Calibri" w:hAnsi="Calibri" w:cs="Calibri" w:eastAsia="Calibri"/>
                <w:b/>
                <w:color w:val="15131F"/>
                <w:sz w:val="19"/>
              </w:rPr>
              <w:t>Крайний срок ожидания</w:t>
            </w:r>
          </w:p>
        </w:tc>
        <w:tc>
          <w:tcPr>
            <w:tcW w:type="dxa" w:w="4986"/>
          </w:tcPr>
          <w:p>
            <w:r/>
            <w:r>
              <w:rPr>
                <w:rFonts w:ascii="Calibri" w:hAnsi="Calibri" w:cs="Calibri" w:eastAsia="Calibri"/>
                <w:b w:val="0"/>
                <w:color w:val="15131F"/>
                <w:sz w:val="19"/>
              </w:rPr>
              <w:t>Пн 12 окт.</w:t>
            </w:r>
          </w:p>
        </w:tc>
      </w:tr>
      <w:tr>
        <w:tc>
          <w:tcPr>
            <w:tcW w:type="dxa" w:w="4986"/>
          </w:tcPr>
          <w:p>
            <w:r/>
            <w:r>
              <w:rPr>
                <w:rFonts w:ascii="Calibri" w:hAnsi="Calibri" w:cs="Calibri" w:eastAsia="Calibri"/>
                <w:b/>
                <w:color w:val="15131F"/>
                <w:sz w:val="19"/>
              </w:rPr>
              <w:t>Жест</w:t>
            </w:r>
          </w:p>
        </w:tc>
        <w:tc>
          <w:tcPr>
            <w:tcW w:type="dxa" w:w="4986"/>
          </w:tcPr>
          <w:p>
            <w:r/>
            <w:r>
              <w:rPr>
                <w:rFonts w:ascii="Calibri" w:hAnsi="Calibri" w:cs="Calibri" w:eastAsia="Calibri"/>
                <w:b w:val="0"/>
                <w:color w:val="15131F"/>
                <w:sz w:val="19"/>
              </w:rPr>
              <w:t>Возврат стоимости доставки, 18 $</w:t>
            </w:r>
          </w:p>
        </w:tc>
      </w:tr>
      <w:tr>
        <w:tc>
          <w:tcPr>
            <w:tcW w:type="dxa" w:w="4986"/>
          </w:tcPr>
          <w:p>
            <w:r/>
            <w:r>
              <w:rPr>
                <w:rFonts w:ascii="Calibri" w:hAnsi="Calibri" w:cs="Calibri" w:eastAsia="Calibri"/>
                <w:b/>
                <w:color w:val="15131F"/>
                <w:sz w:val="19"/>
              </w:rPr>
              <w:t>Результат</w:t>
            </w:r>
          </w:p>
        </w:tc>
        <w:tc>
          <w:tcPr>
            <w:tcW w:type="dxa" w:w="4986"/>
          </w:tcPr>
          <w:p>
            <w:r/>
            <w:r>
              <w:rPr>
                <w:rFonts w:ascii="Calibri" w:hAnsi="Calibri" w:cs="Calibri" w:eastAsia="Calibri"/>
                <w:b w:val="0"/>
                <w:color w:val="15131F"/>
                <w:sz w:val="19"/>
              </w:rPr>
              <w:t>Доставлен пн 12 окт., на 5 дней позже</w:t>
            </w:r>
          </w:p>
        </w:tc>
      </w:tr>
    </w:tbl>
    <w:p/>
    <w:p>
      <w:pPr>
        <w:spacing w:after="80"/>
      </w:pPr>
      <w:r>
        <w:rPr>
          <w:rFonts w:ascii="Calibri" w:hAnsi="Calibri" w:cs="Calibri" w:eastAsia="Calibri"/>
          <w:b/>
          <w:color w:val="15131F"/>
          <w:sz w:val="24"/>
        </w:rPr>
        <w:t>Все сообщения, 7–12 октября</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Когда</w:t>
            </w:r>
          </w:p>
        </w:tc>
        <w:tc>
          <w:tcPr>
            <w:tcW w:type="dxa" w:w="3324"/>
            <w:shd w:val="clear" w:color="auto" w:fill="EFE9FF"/>
          </w:tcPr>
          <w:p>
            <w:r/>
            <w:r>
              <w:rPr>
                <w:rFonts w:ascii="Calibri" w:hAnsi="Calibri" w:cs="Calibri" w:eastAsia="Calibri"/>
                <w:b/>
                <w:color w:val="15131F"/>
                <w:sz w:val="19"/>
              </w:rPr>
              <w:t>Сообщение</w:t>
            </w:r>
          </w:p>
        </w:tc>
        <w:tc>
          <w:tcPr>
            <w:tcW w:type="dxa" w:w="3324"/>
            <w:shd w:val="clear" w:color="auto" w:fill="EFE9FF"/>
          </w:tcPr>
          <w:p>
            <w:r/>
            <w:r>
              <w:rPr>
                <w:rFonts w:ascii="Calibri" w:hAnsi="Calibri" w:cs="Calibri" w:eastAsia="Calibri"/>
                <w:b/>
                <w:color w:val="15131F"/>
                <w:sz w:val="19"/>
              </w:rPr>
              <w:t>Канал</w:t>
            </w:r>
          </w:p>
        </w:tc>
      </w:tr>
      <w:tr>
        <w:tc>
          <w:tcPr>
            <w:tcW w:type="dxa" w:w="3324"/>
          </w:tcPr>
          <w:p>
            <w:r/>
            <w:r>
              <w:rPr>
                <w:rFonts w:ascii="Calibri" w:hAnsi="Calibri" w:cs="Calibri" w:eastAsia="Calibri"/>
                <w:b w:val="0"/>
                <w:color w:val="15131F"/>
                <w:sz w:val="19"/>
              </w:rPr>
              <w:t>Ср 7 окт., 09:20</w:t>
            </w:r>
          </w:p>
        </w:tc>
        <w:tc>
          <w:tcPr>
            <w:tcW w:type="dxa" w:w="3324"/>
          </w:tcPr>
          <w:p>
            <w:r/>
            <w:r>
              <w:rPr>
                <w:rFonts w:ascii="Calibri" w:hAnsi="Calibri" w:cs="Calibri" w:eastAsia="Calibri"/>
                <w:b w:val="0"/>
                <w:color w:val="15131F"/>
                <w:sz w:val="19"/>
              </w:rPr>
              <w:t>Предупреждение, до его вопроса</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Ср 7 окт., 10:30</w:t>
            </w:r>
          </w:p>
        </w:tc>
        <w:tc>
          <w:tcPr>
            <w:tcW w:type="dxa" w:w="3324"/>
          </w:tcPr>
          <w:p>
            <w:r/>
            <w:r>
              <w:rPr>
                <w:rFonts w:ascii="Calibri" w:hAnsi="Calibri" w:cs="Calibri" w:eastAsia="Calibri"/>
                <w:b w:val="0"/>
                <w:color w:val="15131F"/>
                <w:sz w:val="19"/>
              </w:rPr>
              <w:t>Его дата записана, 18 $ возвращены</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Пт 9 окт., 16:40</w:t>
            </w:r>
          </w:p>
        </w:tc>
        <w:tc>
          <w:tcPr>
            <w:tcW w:type="dxa" w:w="3324"/>
          </w:tcPr>
          <w:p>
            <w:r/>
            <w:r>
              <w:rPr>
                <w:rFonts w:ascii="Calibri" w:hAnsi="Calibri" w:cs="Calibri" w:eastAsia="Calibri"/>
                <w:b w:val="0"/>
                <w:color w:val="15131F"/>
                <w:sz w:val="19"/>
              </w:rPr>
              <w:t>Снова в пути, пн 12 окт.</w:t>
            </w:r>
          </w:p>
        </w:tc>
        <w:tc>
          <w:tcPr>
            <w:tcW w:type="dxa" w:w="3324"/>
          </w:tcPr>
          <w:p>
            <w:r/>
            <w:r>
              <w:rPr>
                <w:rFonts w:ascii="Calibri" w:hAnsi="Calibri" w:cs="Calibri" w:eastAsia="Calibri"/>
                <w:b w:val="0"/>
                <w:color w:val="15131F"/>
                <w:sz w:val="19"/>
              </w:rPr>
              <w:t>Email</w:t>
            </w:r>
          </w:p>
        </w:tc>
      </w:tr>
      <w:tr>
        <w:tc>
          <w:tcPr>
            <w:tcW w:type="dxa" w:w="3324"/>
          </w:tcPr>
          <w:p>
            <w:r/>
            <w:r>
              <w:rPr>
                <w:rFonts w:ascii="Calibri" w:hAnsi="Calibri" w:cs="Calibri" w:eastAsia="Calibri"/>
                <w:b w:val="0"/>
                <w:color w:val="15131F"/>
                <w:sz w:val="19"/>
              </w:rPr>
              <w:t>Сб 10 окт., 11:30</w:t>
            </w:r>
          </w:p>
        </w:tc>
        <w:tc>
          <w:tcPr>
            <w:tcW w:type="dxa" w:w="3324"/>
          </w:tcPr>
          <w:p>
            <w:r/>
            <w:r>
              <w:rPr>
                <w:rFonts w:ascii="Calibri" w:hAnsi="Calibri" w:cs="Calibri" w:eastAsia="Calibri"/>
                <w:b w:val="0"/>
                <w:color w:val="15131F"/>
                <w:sz w:val="19"/>
              </w:rPr>
              <w:t>AI-агент, передано Хане</w:t>
            </w:r>
          </w:p>
        </w:tc>
        <w:tc>
          <w:tcPr>
            <w:tcW w:type="dxa" w:w="3324"/>
          </w:tcPr>
          <w:p>
            <w:r/>
            <w:r>
              <w:rPr>
                <w:rFonts w:ascii="Calibri" w:hAnsi="Calibri" w:cs="Calibri" w:eastAsia="Calibri"/>
                <w:b w:val="0"/>
                <w:color w:val="15131F"/>
                <w:sz w:val="19"/>
              </w:rPr>
              <w:t>Чат</w:t>
            </w:r>
          </w:p>
        </w:tc>
      </w:tr>
      <w:tr>
        <w:tc>
          <w:tcPr>
            <w:tcW w:type="dxa" w:w="3324"/>
          </w:tcPr>
          <w:p>
            <w:r/>
            <w:r>
              <w:rPr>
                <w:rFonts w:ascii="Calibri" w:hAnsi="Calibri" w:cs="Calibri" w:eastAsia="Calibri"/>
                <w:b w:val="0"/>
                <w:color w:val="15131F"/>
                <w:sz w:val="19"/>
              </w:rPr>
              <w:t>Пн 12 окт., 17:30</w:t>
            </w:r>
          </w:p>
        </w:tc>
        <w:tc>
          <w:tcPr>
            <w:tcW w:type="dxa" w:w="3324"/>
          </w:tcPr>
          <w:p>
            <w:r/>
            <w:r>
              <w:rPr>
                <w:rFonts w:ascii="Calibri" w:hAnsi="Calibri" w:cs="Calibri" w:eastAsia="Calibri"/>
                <w:b w:val="0"/>
                <w:color w:val="15131F"/>
                <w:sz w:val="19"/>
              </w:rPr>
              <w:t>Доставлен, закрыт</w:t>
            </w:r>
          </w:p>
        </w:tc>
        <w:tc>
          <w:tcPr>
            <w:tcW w:type="dxa" w:w="3324"/>
          </w:tcPr>
          <w:p>
            <w:r/>
            <w:r>
              <w:rPr>
                <w:rFonts w:ascii="Calibri" w:hAnsi="Calibri" w:cs="Calibri" w:eastAsia="Calibri"/>
                <w:b w:val="0"/>
                <w:color w:val="15131F"/>
                <w:sz w:val="19"/>
              </w:rPr>
              <w:t>Email</w:t>
            </w:r>
          </w:p>
        </w:tc>
      </w:tr>
    </w:tbl>
    <w:p/>
    <w:p>
      <w:pPr>
        <w:spacing w:after="80"/>
      </w:pPr>
      <w:r>
        <w:rPr>
          <w:rFonts w:ascii="Calibri" w:hAnsi="Calibri" w:cs="Calibri" w:eastAsia="Calibri"/>
          <w:b/>
          <w:color w:val="15131F"/>
          <w:sz w:val="24"/>
        </w:rPr>
        <w:t>В CRMsoftware.pro 12 октября</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«Онлайн-поддержка»</w:t>
            </w:r>
          </w:p>
        </w:tc>
        <w:tc>
          <w:tcPr>
            <w:tcW w:type="dxa" w:w="4986"/>
          </w:tcPr>
          <w:p>
            <w:r/>
            <w:r>
              <w:rPr>
                <w:rFonts w:ascii="Calibri" w:hAnsi="Calibri" w:cs="Calibri" w:eastAsia="Calibri"/>
                <w:b w:val="0"/>
                <w:color w:val="15131F"/>
                <w:sz w:val="19"/>
              </w:rPr>
              <w:t>Чат от сб 10 окт.: «Ожидает агента», принят пн 09:05, решён пн 18:10</w:t>
            </w:r>
          </w:p>
        </w:tc>
      </w:tr>
      <w:tr>
        <w:tc>
          <w:tcPr>
            <w:tcW w:type="dxa" w:w="4986"/>
          </w:tcPr>
          <w:p>
            <w:r/>
            <w:r>
              <w:rPr>
                <w:rFonts w:ascii="Calibri" w:hAnsi="Calibri" w:cs="Calibri" w:eastAsia="Calibri"/>
                <w:b/>
                <w:color w:val="15131F"/>
                <w:sz w:val="19"/>
              </w:rPr>
              <w:t>Тег разговора</w:t>
            </w:r>
          </w:p>
        </w:tc>
        <w:tc>
          <w:tcPr>
            <w:tcW w:type="dxa" w:w="4986"/>
          </w:tcPr>
          <w:p>
            <w:r/>
            <w:r>
              <w:rPr>
                <w:rFonts w:ascii="Calibri" w:hAnsi="Calibri" w:cs="Calibri" w:eastAsia="Calibri"/>
                <w:b w:val="0"/>
                <w:color w:val="15131F"/>
                <w:sz w:val="19"/>
              </w:rPr>
              <w:t>shipping-delay</w:t>
            </w:r>
          </w:p>
        </w:tc>
      </w:tr>
      <w:tr>
        <w:tc>
          <w:tcPr>
            <w:tcW w:type="dxa" w:w="4986"/>
          </w:tcPr>
          <w:p>
            <w:r/>
            <w:r>
              <w:rPr>
                <w:rFonts w:ascii="Calibri" w:hAnsi="Calibri" w:cs="Calibri" w:eastAsia="Calibri"/>
                <w:b/>
                <w:color w:val="15131F"/>
                <w:sz w:val="19"/>
              </w:rPr>
              <w:t>«Заметки» на контакте</w:t>
            </w:r>
          </w:p>
        </w:tc>
        <w:tc>
          <w:tcPr>
            <w:tcW w:type="dxa" w:w="4986"/>
          </w:tcPr>
          <w:p>
            <w:r/>
            <w:r>
              <w:rPr>
                <w:rFonts w:ascii="Calibri" w:hAnsi="Calibri" w:cs="Calibri" w:eastAsia="Calibri"/>
                <w:b w:val="0"/>
                <w:color w:val="15131F"/>
                <w:sz w:val="19"/>
              </w:rPr>
              <w:t>SW-31877: в сортировочном центре 6–9 окт.; 18 $ за доставку возвращены; доставлен 12 окт.</w:t>
            </w:r>
          </w:p>
        </w:tc>
      </w:tr>
      <w:tr>
        <w:tc>
          <w:tcPr>
            <w:tcW w:type="dxa" w:w="4986"/>
          </w:tcPr>
          <w:p>
            <w:r/>
            <w:r>
              <w:rPr>
                <w:rFonts w:ascii="Calibri" w:hAnsi="Calibri" w:cs="Calibri" w:eastAsia="Calibri"/>
                <w:b/>
                <w:color w:val="15131F"/>
                <w:sz w:val="19"/>
              </w:rPr>
              <w:t>«Задачи»</w:t>
            </w:r>
          </w:p>
        </w:tc>
        <w:tc>
          <w:tcPr>
            <w:tcW w:type="dxa" w:w="4986"/>
          </w:tcPr>
          <w:p>
            <w:r/>
            <w:r>
              <w:rPr>
                <w:rFonts w:ascii="Calibri" w:hAnsi="Calibri" w:cs="Calibri" w:eastAsia="Calibri"/>
                <w:b w:val="0"/>
                <w:color w:val="15131F"/>
                <w:sz w:val="19"/>
              </w:rPr>
              <w:t>Проверка отслеживания SW-31877, «Дедлайн» пн 12 окт. 09:00, выполнена</w:t>
            </w:r>
          </w:p>
        </w:tc>
      </w:tr>
      <w:tr>
        <w:tc>
          <w:tcPr>
            <w:tcW w:type="dxa" w:w="4986"/>
          </w:tcPr>
          <w:p>
            <w:r/>
            <w:r>
              <w:rPr>
                <w:rFonts w:ascii="Calibri" w:hAnsi="Calibri" w:cs="Calibri" w:eastAsia="Calibri"/>
                <w:b/>
                <w:color w:val="15131F"/>
                <w:sz w:val="19"/>
              </w:rPr>
              <w:t>Использован сохранённый ответ</w:t>
            </w:r>
          </w:p>
        </w:tc>
        <w:tc>
          <w:tcPr>
            <w:tcW w:type="dxa" w:w="4986"/>
          </w:tcPr>
          <w:p>
            <w:r/>
            <w:r>
              <w:rPr>
                <w:rFonts w:ascii="Calibri" w:hAnsi="Calibri" w:cs="Calibri" w:eastAsia="Calibri"/>
                <w:b w:val="0"/>
                <w:color w:val="15131F"/>
                <w:sz w:val="19"/>
              </w:rPr>
              <w:t>/delay (тариф Growth)</w:t>
            </w:r>
          </w:p>
        </w:tc>
      </w:tr>
    </w:tbl>
    <w:p/>
    <w:p>
      <w:pPr>
        <w:spacing w:after="240"/>
      </w:pPr>
      <w:r>
        <w:rPr>
          <w:rFonts w:ascii="Calibri" w:hAnsi="Calibri" w:cs="Calibri" w:eastAsia="Calibri"/>
          <w:b w:val="0"/>
          <w:color w:val="5D5A70"/>
          <w:sz w:val="18"/>
        </w:rPr>
        <w:t>Вымышленный магазин и клиент</w:t>
      </w:r>
    </w:p>
    <w:p>
      <w:pPr>
        <w:spacing w:after="80"/>
      </w:pPr>
      <w:r>
        <w:rPr>
          <w:rFonts w:ascii="Calibri" w:hAnsi="Calibri" w:cs="Calibri" w:eastAsia="Calibri"/>
          <w:b/>
          <w:color w:val="15131F"/>
          <w:sz w:val="28"/>
        </w:rPr>
        <w:t>Какое письмо о задержке доставки для какой причины и когда его отправлять</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Ситуация</w:t>
            </w:r>
          </w:p>
        </w:tc>
        <w:tc>
          <w:tcPr>
            <w:tcW w:type="dxa" w:w="2493"/>
            <w:shd w:val="clear" w:color="auto" w:fill="EFE9FF"/>
          </w:tcPr>
          <w:p>
            <w:r/>
            <w:r>
              <w:rPr>
                <w:rFonts w:ascii="Calibri" w:hAnsi="Calibri" w:cs="Calibri" w:eastAsia="Calibri"/>
                <w:b/>
                <w:color w:val="15131F"/>
                <w:sz w:val="19"/>
              </w:rPr>
              <w:t>Отправить</w:t>
            </w:r>
          </w:p>
        </w:tc>
        <w:tc>
          <w:tcPr>
            <w:tcW w:type="dxa" w:w="2493"/>
            <w:shd w:val="clear" w:color="auto" w:fill="EFE9FF"/>
          </w:tcPr>
          <w:p>
            <w:r/>
            <w:r>
              <w:rPr>
                <w:rFonts w:ascii="Calibri" w:hAnsi="Calibri" w:cs="Calibri" w:eastAsia="Calibri"/>
                <w:b/>
                <w:color w:val="15131F"/>
                <w:sz w:val="19"/>
              </w:rPr>
              <w:t>Когда</w:t>
            </w:r>
          </w:p>
        </w:tc>
        <w:tc>
          <w:tcPr>
            <w:tcW w:type="dxa" w:w="2493"/>
            <w:shd w:val="clear" w:color="auto" w:fill="EFE9FF"/>
          </w:tcPr>
          <w:p>
            <w:r/>
            <w:r>
              <w:rPr>
                <w:rFonts w:ascii="Calibri" w:hAnsi="Calibri" w:cs="Calibri" w:eastAsia="Calibri"/>
                <w:b/>
                <w:color w:val="15131F"/>
                <w:sz w:val="19"/>
              </w:rPr>
              <w:t>План Б</w:t>
            </w:r>
          </w:p>
        </w:tc>
      </w:tr>
      <w:tr>
        <w:tc>
          <w:tcPr>
            <w:tcW w:type="dxa" w:w="2493"/>
          </w:tcPr>
          <w:p>
            <w:r/>
            <w:r>
              <w:rPr>
                <w:rFonts w:ascii="Calibri" w:hAnsi="Calibri" w:cs="Calibri" w:eastAsia="Calibri"/>
                <w:b w:val="0"/>
                <w:color w:val="15131F"/>
                <w:sz w:val="19"/>
              </w:rPr>
              <w:t>Заказ не успеет к обещанной дате, отгружен или нет</w:t>
            </w:r>
          </w:p>
        </w:tc>
        <w:tc>
          <w:tcPr>
            <w:tcW w:type="dxa" w:w="2493"/>
          </w:tcPr>
          <w:p>
            <w:r/>
            <w:r>
              <w:rPr>
                <w:rFonts w:ascii="Calibri" w:hAnsi="Calibri" w:cs="Calibri" w:eastAsia="Calibri"/>
                <w:b w:val="0"/>
                <w:color w:val="15131F"/>
                <w:sz w:val="19"/>
              </w:rPr>
              <w:t>Предупреждение заранее (вкладка 1)</w:t>
            </w:r>
          </w:p>
        </w:tc>
        <w:tc>
          <w:tcPr>
            <w:tcW w:type="dxa" w:w="2493"/>
          </w:tcPr>
          <w:p>
            <w:r/>
            <w:r>
              <w:rPr>
                <w:rFonts w:ascii="Calibri" w:hAnsi="Calibri" w:cs="Calibri" w:eastAsia="Calibri"/>
                <w:b w:val="0"/>
                <w:color w:val="15131F"/>
                <w:sz w:val="19"/>
              </w:rPr>
              <w:t>В день, когда узнали, до обещанной даты</w:t>
            </w:r>
          </w:p>
        </w:tc>
        <w:tc>
          <w:tcPr>
            <w:tcW w:type="dxa" w:w="2493"/>
          </w:tcPr>
          <w:p>
            <w:r/>
            <w:r>
              <w:rPr>
                <w:rFonts w:ascii="Calibri" w:hAnsi="Calibri" w:cs="Calibri" w:eastAsia="Calibri"/>
                <w:b w:val="0"/>
                <w:color w:val="15131F"/>
                <w:sz w:val="19"/>
              </w:rPr>
              <w:t>Крайний срок ожидания: замена или возврат денег</w:t>
            </w:r>
          </w:p>
        </w:tc>
      </w:tr>
      <w:tr>
        <w:tc>
          <w:tcPr>
            <w:tcW w:type="dxa" w:w="2493"/>
          </w:tcPr>
          <w:p>
            <w:r/>
            <w:r>
              <w:rPr>
                <w:rFonts w:ascii="Calibri" w:hAnsi="Calibri" w:cs="Calibri" w:eastAsia="Calibri"/>
                <w:b w:val="0"/>
                <w:color w:val="15131F"/>
                <w:sz w:val="19"/>
              </w:rPr>
              <w:t>Не можете отгрузить к обещанной дате отгрузки</w:t>
            </w:r>
          </w:p>
        </w:tc>
        <w:tc>
          <w:tcPr>
            <w:tcW w:type="dxa" w:w="2493"/>
          </w:tcPr>
          <w:p>
            <w:r/>
            <w:r>
              <w:rPr>
                <w:rFonts w:ascii="Calibri" w:hAnsi="Calibri" w:cs="Calibri" w:eastAsia="Calibri"/>
                <w:b w:val="0"/>
                <w:color w:val="15131F"/>
                <w:sz w:val="19"/>
              </w:rPr>
              <w:t>Уведомление об ожидании поставки (вкладка 4)</w:t>
            </w:r>
          </w:p>
        </w:tc>
        <w:tc>
          <w:tcPr>
            <w:tcW w:type="dxa" w:w="2493"/>
          </w:tcPr>
          <w:p>
            <w:r/>
            <w:r>
              <w:rPr>
                <w:rFonts w:ascii="Calibri" w:hAnsi="Calibri" w:cs="Calibri" w:eastAsia="Calibri"/>
                <w:b w:val="0"/>
                <w:color w:val="15131F"/>
                <w:sz w:val="19"/>
              </w:rPr>
              <w:t>Сразу, не позднее даты отгрузки или 30-го дня</w:t>
            </w:r>
          </w:p>
        </w:tc>
        <w:tc>
          <w:tcPr>
            <w:tcW w:type="dxa" w:w="2493"/>
          </w:tcPr>
          <w:p>
            <w:r/>
            <w:r>
              <w:rPr>
                <w:rFonts w:ascii="Calibri" w:hAnsi="Calibri" w:cs="Calibri" w:eastAsia="Calibri"/>
                <w:b w:val="0"/>
                <w:color w:val="15131F"/>
                <w:sz w:val="19"/>
              </w:rPr>
              <w:t>Отмена с полным возвратом в течение 7 рабочих дней</w:t>
            </w:r>
          </w:p>
        </w:tc>
      </w:tr>
      <w:tr>
        <w:tc>
          <w:tcPr>
            <w:tcW w:type="dxa" w:w="2493"/>
          </w:tcPr>
          <w:p>
            <w:r/>
            <w:r>
              <w:rPr>
                <w:rFonts w:ascii="Calibri" w:hAnsi="Calibri" w:cs="Calibri" w:eastAsia="Calibri"/>
                <w:b w:val="0"/>
                <w:color w:val="15131F"/>
                <w:sz w:val="19"/>
              </w:rPr>
              <w:t>Стоит в сортировочном центре, новый срок перевозчика прошёл</w:t>
            </w:r>
          </w:p>
        </w:tc>
        <w:tc>
          <w:tcPr>
            <w:tcW w:type="dxa" w:w="2493"/>
          </w:tcPr>
          <w:p>
            <w:r/>
            <w:r>
              <w:rPr>
                <w:rFonts w:ascii="Calibri" w:hAnsi="Calibri" w:cs="Calibri" w:eastAsia="Calibri"/>
                <w:b w:val="0"/>
                <w:color w:val="15131F"/>
                <w:sz w:val="19"/>
              </w:rPr>
              <w:t>Обновление о задержке у перевозчика (вкладка 2)</w:t>
            </w:r>
          </w:p>
        </w:tc>
        <w:tc>
          <w:tcPr>
            <w:tcW w:type="dxa" w:w="2493"/>
          </w:tcPr>
          <w:p>
            <w:r/>
            <w:r>
              <w:rPr>
                <w:rFonts w:ascii="Calibri" w:hAnsi="Calibri" w:cs="Calibri" w:eastAsia="Calibri"/>
                <w:b w:val="0"/>
                <w:color w:val="15131F"/>
                <w:sz w:val="19"/>
              </w:rPr>
              <w:t>Когда прошёл новый срок, затем каждые 2 рабочих дня</w:t>
            </w:r>
          </w:p>
        </w:tc>
        <w:tc>
          <w:tcPr>
            <w:tcW w:type="dxa" w:w="2493"/>
          </w:tcPr>
          <w:p>
            <w:r/>
            <w:r>
              <w:rPr>
                <w:rFonts w:ascii="Calibri" w:hAnsi="Calibri" w:cs="Calibri" w:eastAsia="Calibri"/>
                <w:b w:val="0"/>
                <w:color w:val="15131F"/>
                <w:sz w:val="19"/>
              </w:rPr>
              <w:t>Розыск, затем замена или возврат денег</w:t>
            </w:r>
          </w:p>
        </w:tc>
      </w:tr>
      <w:tr>
        <w:tc>
          <w:tcPr>
            <w:tcW w:type="dxa" w:w="2493"/>
          </w:tcPr>
          <w:p>
            <w:r/>
            <w:r>
              <w:rPr>
                <w:rFonts w:ascii="Calibri" w:hAnsi="Calibri" w:cs="Calibri" w:eastAsia="Calibri"/>
                <w:b w:val="0"/>
                <w:color w:val="15131F"/>
                <w:sz w:val="19"/>
              </w:rPr>
              <w:t>Шторм, забастовка или задержка на таможне</w:t>
            </w:r>
          </w:p>
        </w:tc>
        <w:tc>
          <w:tcPr>
            <w:tcW w:type="dxa" w:w="2493"/>
          </w:tcPr>
          <w:p>
            <w:r/>
            <w:r>
              <w:rPr>
                <w:rFonts w:ascii="Calibri" w:hAnsi="Calibri" w:cs="Calibri" w:eastAsia="Calibri"/>
                <w:b w:val="0"/>
                <w:color w:val="15131F"/>
                <w:sz w:val="19"/>
              </w:rPr>
              <w:t>Письмо о погоде или таможне (вкладка 3)</w:t>
            </w:r>
          </w:p>
        </w:tc>
        <w:tc>
          <w:tcPr>
            <w:tcW w:type="dxa" w:w="2493"/>
          </w:tcPr>
          <w:p>
            <w:r/>
            <w:r>
              <w:rPr>
                <w:rFonts w:ascii="Calibri" w:hAnsi="Calibri" w:cs="Calibri" w:eastAsia="Calibri"/>
                <w:b w:val="0"/>
                <w:color w:val="15131F"/>
                <w:sz w:val="19"/>
              </w:rPr>
              <w:t>В день, когда перевозчик это объявил</w:t>
            </w:r>
          </w:p>
        </w:tc>
        <w:tc>
          <w:tcPr>
            <w:tcW w:type="dxa" w:w="2493"/>
          </w:tcPr>
          <w:p>
            <w:r/>
            <w:r>
              <w:rPr>
                <w:rFonts w:ascii="Calibri" w:hAnsi="Calibri" w:cs="Calibri" w:eastAsia="Calibri"/>
                <w:b w:val="0"/>
                <w:color w:val="15131F"/>
                <w:sz w:val="19"/>
              </w:rPr>
              <w:t>Вторая посылка другим маршрутом или возврат денег</w:t>
            </w:r>
          </w:p>
        </w:tc>
      </w:tr>
      <w:tr>
        <w:tc>
          <w:tcPr>
            <w:tcW w:type="dxa" w:w="2493"/>
          </w:tcPr>
          <w:p>
            <w:r/>
            <w:r>
              <w:rPr>
                <w:rFonts w:ascii="Calibri" w:hAnsi="Calibri" w:cs="Calibri" w:eastAsia="Calibri"/>
                <w:b w:val="0"/>
                <w:color w:val="15131F"/>
                <w:sz w:val="19"/>
              </w:rPr>
              <w:t>Один товар опаздывает, остальное готово</w:t>
            </w:r>
          </w:p>
        </w:tc>
        <w:tc>
          <w:tcPr>
            <w:tcW w:type="dxa" w:w="2493"/>
          </w:tcPr>
          <w:p>
            <w:r/>
            <w:r>
              <w:rPr>
                <w:rFonts w:ascii="Calibri" w:hAnsi="Calibri" w:cs="Calibri" w:eastAsia="Calibri"/>
                <w:b w:val="0"/>
                <w:color w:val="15131F"/>
                <w:sz w:val="19"/>
              </w:rPr>
              <w:t>Письмо о частичной отправке (вкладка 5)</w:t>
            </w:r>
          </w:p>
        </w:tc>
        <w:tc>
          <w:tcPr>
            <w:tcW w:type="dxa" w:w="2493"/>
          </w:tcPr>
          <w:p>
            <w:r/>
            <w:r>
              <w:rPr>
                <w:rFonts w:ascii="Calibri" w:hAnsi="Calibri" w:cs="Calibri" w:eastAsia="Calibri"/>
                <w:b w:val="0"/>
                <w:color w:val="15131F"/>
                <w:sz w:val="19"/>
              </w:rPr>
              <w:t>Когда один товар опаздывает на 3 рабочих дня или больше</w:t>
            </w:r>
          </w:p>
        </w:tc>
        <w:tc>
          <w:tcPr>
            <w:tcW w:type="dxa" w:w="2493"/>
          </w:tcPr>
          <w:p>
            <w:r/>
            <w:r>
              <w:rPr>
                <w:rFonts w:ascii="Calibri" w:hAnsi="Calibri" w:cs="Calibri" w:eastAsia="Calibri"/>
                <w:b w:val="0"/>
                <w:color w:val="15131F"/>
                <w:sz w:val="19"/>
              </w:rPr>
              <w:t>Отмена опаздывающего товара с возвратом денег</w:t>
            </w:r>
          </w:p>
        </w:tc>
      </w:tr>
      <w:tr>
        <w:tc>
          <w:tcPr>
            <w:tcW w:type="dxa" w:w="2493"/>
          </w:tcPr>
          <w:p>
            <w:r/>
            <w:r>
              <w:rPr>
                <w:rFonts w:ascii="Calibri" w:hAnsi="Calibri" w:cs="Calibri" w:eastAsia="Calibri"/>
                <w:b w:val="0"/>
                <w:color w:val="15131F"/>
                <w:sz w:val="19"/>
              </w:rPr>
              <w:t>Нет отметок 5 рабочих дней, либо «доставлено», но не получено</w:t>
            </w:r>
          </w:p>
        </w:tc>
        <w:tc>
          <w:tcPr>
            <w:tcW w:type="dxa" w:w="2493"/>
          </w:tcPr>
          <w:p>
            <w:r/>
            <w:r>
              <w:rPr>
                <w:rFonts w:ascii="Calibri" w:hAnsi="Calibri" w:cs="Calibri" w:eastAsia="Calibri"/>
                <w:b w:val="0"/>
                <w:color w:val="15131F"/>
                <w:sz w:val="19"/>
              </w:rPr>
              <w:t>Потеряна или не получена (вкладка 6)</w:t>
            </w:r>
          </w:p>
        </w:tc>
        <w:tc>
          <w:tcPr>
            <w:tcW w:type="dxa" w:w="2493"/>
          </w:tcPr>
          <w:p>
            <w:r/>
            <w:r>
              <w:rPr>
                <w:rFonts w:ascii="Calibri" w:hAnsi="Calibri" w:cs="Calibri" w:eastAsia="Calibri"/>
                <w:b w:val="0"/>
                <w:color w:val="15131F"/>
                <w:sz w:val="19"/>
              </w:rPr>
              <w:t>В крайний срок ожидания; в тот же день, если «доставлено»</w:t>
            </w:r>
          </w:p>
        </w:tc>
        <w:tc>
          <w:tcPr>
            <w:tcW w:type="dxa" w:w="2493"/>
          </w:tcPr>
          <w:p>
            <w:r/>
            <w:r>
              <w:rPr>
                <w:rFonts w:ascii="Calibri" w:hAnsi="Calibri" w:cs="Calibri" w:eastAsia="Calibri"/>
                <w:b w:val="0"/>
                <w:color w:val="15131F"/>
                <w:sz w:val="19"/>
              </w:rPr>
              <w:t>Замена экспресс-доставкой или возврат денег, на выбор клиента</w:t>
            </w:r>
          </w:p>
        </w:tc>
      </w:tr>
      <w:tr>
        <w:tc>
          <w:tcPr>
            <w:tcW w:type="dxa" w:w="2493"/>
          </w:tcPr>
          <w:p>
            <w:r/>
            <w:r>
              <w:rPr>
                <w:rFonts w:ascii="Calibri" w:hAnsi="Calibri" w:cs="Calibri" w:eastAsia="Calibri"/>
                <w:b w:val="0"/>
                <w:color w:val="15131F"/>
                <w:sz w:val="19"/>
              </w:rPr>
              <w:t>Клиент написал первым</w:t>
            </w:r>
          </w:p>
        </w:tc>
        <w:tc>
          <w:tcPr>
            <w:tcW w:type="dxa" w:w="2493"/>
          </w:tcPr>
          <w:p>
            <w:r/>
            <w:r>
              <w:rPr>
                <w:rFonts w:ascii="Calibri" w:hAnsi="Calibri" w:cs="Calibri" w:eastAsia="Calibri"/>
                <w:b w:val="0"/>
                <w:color w:val="15131F"/>
                <w:sz w:val="19"/>
              </w:rPr>
              <w:t>Ответ на «Где мой заказ» (вкладка 7)</w:t>
            </w:r>
          </w:p>
        </w:tc>
        <w:tc>
          <w:tcPr>
            <w:tcW w:type="dxa" w:w="2493"/>
          </w:tcPr>
          <w:p>
            <w:r/>
            <w:r>
              <w:rPr>
                <w:rFonts w:ascii="Calibri" w:hAnsi="Calibri" w:cs="Calibri" w:eastAsia="Calibri"/>
                <w:b w:val="0"/>
                <w:color w:val="15131F"/>
                <w:sz w:val="19"/>
              </w:rPr>
              <w:t>В течение 1 рабочего часа</w:t>
            </w:r>
          </w:p>
        </w:tc>
        <w:tc>
          <w:tcPr>
            <w:tcW w:type="dxa" w:w="2493"/>
          </w:tcPr>
          <w:p>
            <w:r/>
            <w:r>
              <w:rPr>
                <w:rFonts w:ascii="Calibri" w:hAnsi="Calibri" w:cs="Calibri" w:eastAsia="Calibri"/>
                <w:b w:val="0"/>
                <w:color w:val="15131F"/>
                <w:sz w:val="19"/>
              </w:rPr>
              <w:t>То же, что выше, с отметкой «спросил первым»</w:t>
            </w:r>
          </w:p>
        </w:tc>
      </w:tr>
    </w:tbl>
    <w:p/>
    <w:p>
      <w:pPr>
        <w:spacing w:after="80"/>
      </w:pPr>
      <w:r>
        <w:rPr>
          <w:rFonts w:ascii="Calibri" w:hAnsi="Calibri" w:cs="Calibri" w:eastAsia="Calibri"/>
          <w:b/>
          <w:color w:val="15131F"/>
          <w:sz w:val="28"/>
        </w:rPr>
        <w:t>Правила при задержке доставки в США, ЕС и Великобритании</w:t>
      </w:r>
    </w:p>
    <w:p>
      <w:pPr>
        <w:spacing w:after="120"/>
      </w:pPr>
      <w:r>
        <w:rPr>
          <w:rFonts w:ascii="Calibri" w:hAnsi="Calibri" w:cs="Calibri" w:eastAsia="Calibri"/>
          <w:b w:val="0"/>
          <w:color w:val="5D5A70"/>
          <w:sz w:val="21"/>
        </w:rPr>
        <w:t>Три официальных источника и одно общее правило: 30 дней — срок по умолчанию, если дата не согласована, а клиент, который отменяет заказ, быстро получает деньги назад.</w:t>
      </w:r>
    </w:p>
    <w:p>
      <w:pPr>
        <w:spacing w:after="40"/>
      </w:pPr>
      <w:r>
        <w:rPr>
          <w:rFonts w:ascii="Calibri" w:hAnsi="Calibri" w:cs="Calibri" w:eastAsia="Calibri"/>
          <w:b/>
          <w:color w:val="15131F"/>
          <w:sz w:val="22"/>
        </w:rPr>
        <w:t>США: правило FTC о заказах по почте, через интернет и по телефону</w:t>
      </w:r>
    </w:p>
    <w:p>
      <w:pPr>
        <w:spacing w:after="40"/>
      </w:pPr>
      <w:r>
        <w:rPr>
          <w:rFonts w:ascii="Calibri" w:hAnsi="Calibri" w:cs="Calibri" w:eastAsia="Calibri"/>
          <w:b w:val="0"/>
          <w:color w:val="15131F"/>
          <w:sz w:val="21"/>
        </w:rPr>
        <w:t>Для любой названной даты отгрузки нужны разумные основания; без даты вы обязаны отгрузить в течение 30 дней (50, если клиент оформлял ваш собственный кредит). Если не можете, сами, без запроса и не позднее обещанной даты, предложите точную новую дату отгрузки или сообщите, что назвать её не можете, а также вариант отменить заказ с полным возвратом денег. Молчание считается согласием только при новой дате не позднее 30 дней и никогда после второго уведомления. Деньги возвращаются в течение 7 рабочих дней. Письмо по email считается уведомлением.</w:t>
      </w:r>
    </w:p>
    <w:p>
      <w:pPr>
        <w:spacing w:after="80"/>
      </w:pPr>
    </w:p>
    <w:p>
      <w:pPr>
        <w:spacing w:after="40"/>
      </w:pPr>
      <w:r>
        <w:rPr>
          <w:rFonts w:ascii="Calibri" w:hAnsi="Calibri" w:cs="Calibri" w:eastAsia="Calibri"/>
          <w:b/>
          <w:color w:val="15131F"/>
          <w:sz w:val="22"/>
        </w:rPr>
        <w:t>Европейский союз: Директива 2011/83/EU</w:t>
      </w:r>
    </w:p>
    <w:p>
      <w:pPr>
        <w:spacing w:after="40"/>
      </w:pPr>
      <w:r>
        <w:rPr>
          <w:rFonts w:ascii="Calibri" w:hAnsi="Calibri" w:cs="Calibri" w:eastAsia="Calibri"/>
          <w:b w:val="0"/>
          <w:color w:val="15131F"/>
          <w:sz w:val="21"/>
        </w:rPr>
        <w:t>Если срок доставки не согласован, вы обязаны доставить в течение 30 дней. Если не доставили, клиент назначает дополнительный разумный срок; если прошёл и он, клиент может расторгнуть договор, а вы возвращаете всё уплаченное как можно скорее. Дополнительный срок не нужен, если вы отказываетесь доставлять или если клиент до покупки сказал, что дата принципиально важна; потерянная посылка означает идентичный товар или возврат денег.</w:t>
      </w:r>
    </w:p>
    <w:p>
      <w:pPr>
        <w:spacing w:after="80"/>
      </w:pPr>
    </w:p>
    <w:p>
      <w:pPr>
        <w:spacing w:after="40"/>
      </w:pPr>
      <w:r>
        <w:rPr>
          <w:rFonts w:ascii="Calibri" w:hAnsi="Calibri" w:cs="Calibri" w:eastAsia="Calibri"/>
          <w:b/>
          <w:color w:val="15131F"/>
          <w:sz w:val="22"/>
        </w:rPr>
        <w:t>Великобритания: Consumer Rights Act 2015 (Закон о правах потребителей), статьи 28 и 29</w:t>
      </w:r>
    </w:p>
    <w:p>
      <w:pPr>
        <w:spacing w:after="40"/>
      </w:pPr>
      <w:r>
        <w:rPr>
          <w:rFonts w:ascii="Calibri" w:hAnsi="Calibri" w:cs="Calibri" w:eastAsia="Calibri"/>
          <w:b w:val="0"/>
          <w:color w:val="15131F"/>
          <w:sz w:val="21"/>
        </w:rPr>
        <w:t>Если срок не согласован, вы обязаны доставить без неоправданной задержки и в течение 30 дней. Если не успели, клиент может назначить подходящий срок или сразу расторгнуть договор, если вы отказались доставлять или согласованный срок был принципиально важен. Все платежи возвращаются без неоправданной задержки. Риск за товар остаётся на вас, пока его не получит клиент или названное им лицо.</w:t>
      </w:r>
    </w:p>
    <w:p>
      <w:pPr>
        <w:spacing w:after="80"/>
      </w:pPr>
    </w:p>
    <w:p>
      <w:pPr>
        <w:spacing w:after="200"/>
      </w:pPr>
      <w:r>
        <w:rPr>
          <w:rFonts w:ascii="Calibri" w:hAnsi="Calibri" w:cs="Calibri" w:eastAsia="Calibri"/>
          <w:b w:val="0"/>
          <w:color w:val="15131F"/>
          <w:sz w:val="21"/>
        </w:rPr>
        <w:t>Эта страница не является юридической консультацией. Эти правила касаются потребителей; для бизнес-клиентов, цифровых товаров и некоторых отраслей действуют другие правила, и применяется правило страны, где живёт ваш клиент. Читайте официальные страницы в разделе «Источники».</w:t>
      </w:r>
    </w:p>
    <w:p>
      <w:pPr>
        <w:spacing w:after="120"/>
      </w:pPr>
      <w:r>
        <w:rPr>
          <w:rFonts w:ascii="Calibri" w:hAnsi="Calibri" w:cs="Calibri" w:eastAsia="Calibri"/>
          <w:b/>
          <w:color w:val="15131F"/>
          <w:sz w:val="28"/>
        </w:rPr>
        <w:t>Как использовать эти шаблоны писем о задержке доставки</w:t>
      </w:r>
    </w:p>
    <w:p>
      <w:pPr>
        <w:spacing w:after="40"/>
      </w:pPr>
      <w:r>
        <w:rPr>
          <w:rFonts w:ascii="Calibri" w:hAnsi="Calibri" w:cs="Calibri" w:eastAsia="Calibri"/>
          <w:b/>
          <w:color w:val="15131F"/>
          <w:sz w:val="22"/>
        </w:rPr>
        <w:t>1. Запишите своё правило крайнего срока ожидания</w:t>
      </w:r>
    </w:p>
    <w:p>
      <w:pPr>
        <w:spacing w:after="120"/>
      </w:pPr>
      <w:r>
        <w:rPr>
          <w:rFonts w:ascii="Calibri" w:hAnsi="Calibri" w:cs="Calibri" w:eastAsia="Calibri"/>
          <w:b w:val="0"/>
          <w:color w:val="15131F"/>
          <w:sz w:val="21"/>
        </w:rPr>
        <w:t>Через сколько рабочих дней после срока перевозчика вы отправляете замену или возвращаете деньги и кто одобряет жест.</w:t>
      </w:r>
    </w:p>
    <w:p>
      <w:pPr>
        <w:spacing w:after="40"/>
      </w:pPr>
      <w:r>
        <w:rPr>
          <w:rFonts w:ascii="Calibri" w:hAnsi="Calibri" w:cs="Calibri" w:eastAsia="Calibri"/>
          <w:b/>
          <w:color w:val="15131F"/>
          <w:sz w:val="22"/>
        </w:rPr>
        <w:t>2. Проверяйте отслеживание каждое утро</w:t>
      </w:r>
    </w:p>
    <w:p>
      <w:pPr>
        <w:spacing w:after="120"/>
      </w:pPr>
      <w:r>
        <w:rPr>
          <w:rFonts w:ascii="Calibri" w:hAnsi="Calibri" w:cs="Calibri" w:eastAsia="Calibri"/>
          <w:b w:val="0"/>
          <w:color w:val="15131F"/>
          <w:sz w:val="21"/>
        </w:rPr>
        <w:t>Каждый открытый заказ после даты отгрузки, до того как напишут клиенты. Всё, что опаздывает или застряло, получает предупреждение в то же утро.</w:t>
      </w:r>
    </w:p>
    <w:p>
      <w:pPr>
        <w:spacing w:after="40"/>
      </w:pPr>
      <w:r>
        <w:rPr>
          <w:rFonts w:ascii="Calibri" w:hAnsi="Calibri" w:cs="Calibri" w:eastAsia="Calibri"/>
          <w:b/>
          <w:color w:val="15131F"/>
          <w:sz w:val="22"/>
        </w:rPr>
        <w:t>3. Отправьте письмо под причину</w:t>
      </w:r>
    </w:p>
    <w:p>
      <w:pPr>
        <w:spacing w:after="120"/>
      </w:pPr>
      <w:r>
        <w:rPr>
          <w:rFonts w:ascii="Calibri" w:hAnsi="Calibri" w:cs="Calibri" w:eastAsia="Calibri"/>
          <w:b w:val="0"/>
          <w:color w:val="15131F"/>
          <w:sz w:val="21"/>
        </w:rPr>
        <w:t>Вкладки 1–7. Срок перевозчика как его срок, ваше следующее обновление с днём и временем, план Б с датой.</w:t>
      </w:r>
    </w:p>
    <w:p>
      <w:pPr>
        <w:spacing w:after="40"/>
      </w:pPr>
      <w:r>
        <w:rPr>
          <w:rFonts w:ascii="Calibri" w:hAnsi="Calibri" w:cs="Calibri" w:eastAsia="Calibri"/>
          <w:b/>
          <w:color w:val="15131F"/>
          <w:sz w:val="22"/>
        </w:rPr>
        <w:t>4. Пришлите обновление в обещанный день</w:t>
      </w:r>
    </w:p>
    <w:p>
      <w:pPr>
        <w:spacing w:after="120"/>
      </w:pPr>
      <w:r>
        <w:rPr>
          <w:rFonts w:ascii="Calibri" w:hAnsi="Calibri" w:cs="Calibri" w:eastAsia="Calibri"/>
          <w:b w:val="0"/>
          <w:color w:val="15131F"/>
          <w:sz w:val="21"/>
        </w:rPr>
        <w:t>Даже без новостей. Затем замена, возврат денег или отмена в крайний срок ожидания.</w:t>
      </w:r>
    </w:p>
    <w:p>
      <w:pPr>
        <w:spacing w:after="40"/>
      </w:pPr>
      <w:r>
        <w:rPr>
          <w:rFonts w:ascii="Calibri" w:hAnsi="Calibri" w:cs="Calibri" w:eastAsia="Calibri"/>
          <w:b/>
          <w:color w:val="15131F"/>
          <w:sz w:val="22"/>
        </w:rPr>
        <w:t>5. Записывайте и анализируйте</w:t>
      </w:r>
    </w:p>
    <w:p>
      <w:pPr>
        <w:spacing w:after="120"/>
      </w:pPr>
      <w:r>
        <w:rPr>
          <w:rFonts w:ascii="Calibri" w:hAnsi="Calibri" w:cs="Calibri" w:eastAsia="Calibri"/>
          <w:b w:val="0"/>
          <w:color w:val="15131F"/>
          <w:sz w:val="21"/>
        </w:rPr>
        <w:t>Одна строка на задержанный заказ. Каждую неделю: доля предупреждённых до вопроса, дни опоздания и деньги на жесты по причинам.</w:t>
      </w:r>
    </w:p>
    <w:p>
      <w:pPr>
        <w:spacing w:after="80"/>
      </w:pPr>
      <w:r>
        <w:rPr>
          <w:rFonts w:ascii="Calibri" w:hAnsi="Calibri" w:cs="Calibri" w:eastAsia="Calibri"/>
          <w:b/>
          <w:color w:val="15131F"/>
          <w:sz w:val="24"/>
        </w:rPr>
        <w:t>Настройка в CRMsoftware.pro</w:t>
      </w:r>
    </w:p>
    <w:p>
      <w:pPr>
        <w:spacing w:after="60"/>
      </w:pPr>
      <w:r>
        <w:rPr>
          <w:rFonts w:ascii="Calibri" w:hAnsi="Calibri" w:cs="Calibri" w:eastAsia="Calibri"/>
          <w:b w:val="0"/>
          <w:color w:val="15131F"/>
          <w:sz w:val="21"/>
        </w:rPr>
        <w:t>1. Напишите статью «Где мой заказ» в «Мои боты» &gt; ваш бот &gt; вкладка «Основы» &gt; «База знаний»: ссылка для отслеживания, что чат не видит отслеживание перевозчика, ваше правило крайнего срока ожидания и кто отвечает и к какому времени. Нажмите «Сохранить изменения», проверьте в «Попробуйте бота».</w:t>
      </w:r>
    </w:p>
    <w:p>
      <w:pPr>
        <w:spacing w:after="60"/>
      </w:pPr>
      <w:r>
        <w:rPr>
          <w:rFonts w:ascii="Calibri" w:hAnsi="Calibri" w:cs="Calibri" w:eastAsia="Calibri"/>
          <w:b w:val="0"/>
          <w:color w:val="15131F"/>
          <w:sz w:val="21"/>
        </w:rPr>
        <w:t>2. Чаты, которые AI-агент передаёт человеку, видны в «Онлайн-поддержке» со статусом «Ожидает агента»: нажмите «Принять», ответьте и нажмите «Решить», когда посылка подтверждена.</w:t>
      </w:r>
    </w:p>
    <w:p>
      <w:pPr>
        <w:spacing w:after="60"/>
      </w:pPr>
      <w:r>
        <w:rPr>
          <w:rFonts w:ascii="Calibri" w:hAnsi="Calibri" w:cs="Calibri" w:eastAsia="Calibri"/>
          <w:b w:val="0"/>
          <w:color w:val="15131F"/>
          <w:sz w:val="21"/>
        </w:rPr>
        <w:t>3. На тарифе Growth сохраните письма и фразы для чата: «Настройки» &gt; «Сохраненные ответы» &gt; «Новый ответ», «Ярлык» (например /delay или /lost), «Заголовок», «Текст ответа», «Поделиться с командой». Введите ярлык в поле ответа в чате.</w:t>
      </w:r>
    </w:p>
    <w:p>
      <w:pPr>
        <w:spacing w:after="60"/>
      </w:pPr>
      <w:r>
        <w:rPr>
          <w:rFonts w:ascii="Calibri" w:hAnsi="Calibri" w:cs="Calibri" w:eastAsia="Calibri"/>
          <w:b w:val="0"/>
          <w:color w:val="15131F"/>
          <w:sz w:val="21"/>
        </w:rPr>
        <w:t>4. Отмечайте каждый чат о задержке тегом: «Настройки» &gt; «Теги разговоров» &gt; «Новый тег», например shipping-delay. Номер заказа, причину, даты и жест запишите в «Заметки» на контакте.</w:t>
      </w:r>
    </w:p>
    <w:p>
      <w:pPr>
        <w:spacing w:after="60"/>
      </w:pPr>
      <w:r>
        <w:rPr>
          <w:rFonts w:ascii="Calibri" w:hAnsi="Calibri" w:cs="Calibri" w:eastAsia="Calibri"/>
          <w:b w:val="0"/>
          <w:color w:val="15131F"/>
          <w:sz w:val="21"/>
        </w:rPr>
        <w:t>5. Превратите каждое обещанное обновление в задачу: «Задачи» &gt; «Новая задача», «Название задачи» — «Проверка отслеживания SW-31877», «Исполнитель», обещанное время в поле «Дедлайн». Каждое утро проверяйте «На сегодня» и «Просроченные» в «Мои задачи».</w:t>
      </w:r>
    </w:p>
    <w:p>
      <w:pPr>
        <w:spacing w:after="200"/>
      </w:pPr>
      <w:r>
        <w:rPr>
          <w:rFonts w:ascii="Calibri" w:hAnsi="Calibri" w:cs="Calibri" w:eastAsia="Calibri"/>
          <w:b w:val="0"/>
          <w:color w:val="5D5A70"/>
          <w:sz w:val="21"/>
        </w:rPr>
        <w:t>В CRMsoftware.pro нет отслеживания заказов, интеграции с перевозчиками и автоматических писем о задержке: вы проверяете отслеживание в своём магазине или кабинете перевозчика и отправляете письма из своей почты. AI-чат по вашей базе знаний бесплатен для 3 пользователей. Передача человеку и единые входящие: Launch, 19 $ в месяц при оплате за год для 8 пользователей. «Сохраненные ответы»: Growth, 49 $.</w:t>
      </w:r>
    </w:p>
    <w:p>
      <w:pPr>
        <w:spacing w:after="160"/>
      </w:pPr>
    </w:p>
    <w:p>
      <w:pPr>
        <w:spacing w:before="240" w:after="60"/>
      </w:pPr>
      <w:r>
        <w:rPr>
          <w:rFonts w:ascii="Calibri" w:hAnsi="Calibri" w:cs="Calibri" w:eastAsia="Calibri"/>
          <w:b/>
          <w:color w:val="15131F"/>
          <w:sz w:val="28"/>
        </w:rPr>
        <w:t xml:space="preserve">Задержка доставки предоплаченного заказа: что говорит закон</w:t>
      </w:r>
    </w:p>
    <w:p>
      <w:pPr>
        <w:spacing w:after="120"/>
      </w:pPr>
      <w:r>
        <w:rPr>
          <w:rFonts w:ascii="Calibri" w:hAnsi="Calibri" w:cs="Calibri" w:eastAsia="Calibri"/>
          <w:b w:val="0"/>
          <w:color w:val="5D5A70"/>
          <w:sz w:val="21"/>
        </w:rPr>
        <w:t xml:space="preserve">Коротко и простыми словами, проверено 27 октября 2026 года. Это не юридическая консультация: условия вашей оферты и актуальная редакция закона важнее.</w:t>
      </w:r>
    </w:p>
    <w:p>
      <w:pPr>
        <w:spacing w:before="120" w:after="80"/>
      </w:pPr>
      <w:r>
        <w:rPr>
          <w:rFonts w:ascii="Calibri" w:hAnsi="Calibri" w:cs="Calibri" w:eastAsia="Calibri"/>
          <w:b/>
          <w:color w:val="15131F"/>
          <w:sz w:val="24"/>
        </w:rPr>
        <w:t xml:space="preserve">Ст. 23.1 Закона «О защите прав потребителей»</w:t>
      </w:r>
    </w:p>
    <w:p>
      <w:pPr>
        <w:spacing w:after="60"/>
        <w:ind w:left="283"/>
      </w:pPr>
      <w:r>
        <w:rPr>
          <w:rFonts w:ascii="Calibri" w:hAnsi="Calibri" w:cs="Calibri" w:eastAsia="Calibri"/>
          <w:b w:val="0"/>
          <w:color w:val="15131F"/>
          <w:sz w:val="21"/>
        </w:rPr>
        <w:t xml:space="preserve">• Если покупатель оплатил заказ заранее, а вы нарушили срок передачи товара, он вправе назначить новый срок или потребовать вернуть деньги.</w:t>
      </w:r>
    </w:p>
    <w:p>
      <w:pPr>
        <w:spacing w:after="60"/>
        <w:ind w:left="283"/>
      </w:pPr>
      <w:r>
        <w:rPr>
          <w:rFonts w:ascii="Calibri" w:hAnsi="Calibri" w:cs="Calibri" w:eastAsia="Calibri"/>
          <w:b w:val="0"/>
          <w:color w:val="15131F"/>
          <w:sz w:val="21"/>
        </w:rPr>
        <w:t xml:space="preserve">• За каждый день просрочки начисляется неустойка 0,5% суммы предоплаты, но не больше самой предоплаты.</w:t>
      </w:r>
    </w:p>
    <w:p>
      <w:pPr>
        <w:spacing w:after="60"/>
        <w:ind w:left="283"/>
      </w:pPr>
      <w:r>
        <w:rPr>
          <w:rFonts w:ascii="Calibri" w:hAnsi="Calibri" w:cs="Calibri" w:eastAsia="Calibri"/>
          <w:b w:val="0"/>
          <w:color w:val="15131F"/>
          <w:sz w:val="21"/>
        </w:rPr>
        <w:t xml:space="preserve">• Требование вернуть деньги нужно удовлетворить в течение 10 дней.</w:t>
      </w:r>
    </w:p>
    <w:p>
      <w:pPr>
        <w:spacing w:after="60"/>
        <w:ind w:left="283"/>
      </w:pPr>
      <w:r>
        <w:rPr>
          <w:rFonts w:ascii="Calibri" w:hAnsi="Calibri" w:cs="Calibri" w:eastAsia="Calibri"/>
          <w:b w:val="0"/>
          <w:color w:val="15131F"/>
          <w:sz w:val="21"/>
        </w:rPr>
        <w:t xml:space="preserve">• Поэтому в письме о задержке всегда предлагайте выбор: новый срок или возврат денег.</w:t>
      </w:r>
    </w:p>
    <w:p>
      <w:pPr>
        <w:spacing w:before="120" w:after="80"/>
      </w:pPr>
      <w:r>
        <w:rPr>
          <w:rFonts w:ascii="Calibri" w:hAnsi="Calibri" w:cs="Calibri" w:eastAsia="Calibri"/>
          <w:b/>
          <w:color w:val="15131F"/>
          <w:sz w:val="24"/>
        </w:rPr>
        <w:t xml:space="preserve">Как писать о задержке</w:t>
      </w:r>
    </w:p>
    <w:p>
      <w:pPr>
        <w:spacing w:after="60"/>
        <w:ind w:left="283"/>
      </w:pPr>
      <w:r>
        <w:rPr>
          <w:rFonts w:ascii="Calibri" w:hAnsi="Calibri" w:cs="Calibri" w:eastAsia="Calibri"/>
          <w:b w:val="0"/>
          <w:color w:val="15131F"/>
          <w:sz w:val="21"/>
        </w:rPr>
        <w:t xml:space="preserve">• Называйте конкретную причину: перевозчик, сортировочный центр, нет на складе, а не «по техническим причинам».</w:t>
      </w:r>
    </w:p>
    <w:p>
      <w:pPr>
        <w:spacing w:after="60"/>
        <w:ind w:left="283"/>
      </w:pPr>
      <w:r>
        <w:rPr>
          <w:rFonts w:ascii="Calibri" w:hAnsi="Calibri" w:cs="Calibri" w:eastAsia="Calibri"/>
          <w:b w:val="0"/>
          <w:color w:val="15131F"/>
          <w:sz w:val="21"/>
        </w:rPr>
        <w:t xml:space="preserve">• Дайте трек-номер и объясните, где посылка: на сортировке, в пути, в пункте выдачи или постамате.</w:t>
      </w:r>
    </w:p>
    <w:p>
      <w:pPr>
        <w:spacing w:after="60"/>
        <w:ind w:left="283"/>
      </w:pPr>
      <w:r>
        <w:rPr>
          <w:rFonts w:ascii="Calibri" w:hAnsi="Calibri" w:cs="Calibri" w:eastAsia="Calibri"/>
          <w:b w:val="0"/>
          <w:color w:val="15131F"/>
          <w:sz w:val="21"/>
        </w:rPr>
        <w:t xml:space="preserve">• Напомните срок хранения в пункте выдачи, чтобы посылка не вернулась.</w:t>
      </w:r>
    </w:p>
    <w:p>
      <w:pPr>
        <w:spacing w:after="60"/>
        <w:ind w:left="283"/>
      </w:pPr>
      <w:r>
        <w:rPr>
          <w:rFonts w:ascii="Calibri" w:hAnsi="Calibri" w:cs="Calibri" w:eastAsia="Calibri"/>
          <w:b w:val="0"/>
          <w:color w:val="15131F"/>
          <w:sz w:val="21"/>
        </w:rPr>
        <w:t xml:space="preserve">• Обращайтесь на «вы» и подписывайтесь именем живого сотрудника.</w:t>
      </w:r>
    </w:p>
    <w:p>
      <w:pPr>
        <w:spacing w:before="80" w:after="160"/>
      </w:pPr>
      <w:r>
        <w:rPr>
          <w:rFonts w:ascii="Calibri" w:hAnsi="Calibri" w:cs="Calibri" w:eastAsia="Calibri"/>
          <w:b w:val="0"/>
          <w:color w:val="5D5A70"/>
          <w:sz w:val="18"/>
        </w:rPr>
        <w:t xml:space="preserve">Источник: Закон РФ «О защите прав потребителей», ст. 23.1, проверено 27 октября 2026 года.</w:t>
      </w:r>
    </w:p>
    <w:p>
      <w:pPr>
        <w:spacing w:before="240" w:after="60"/>
      </w:pPr>
      <w:r>
        <w:rPr>
          <w:rFonts w:ascii="Calibri" w:hAnsi="Calibri" w:cs="Calibri" w:eastAsia="Calibri"/>
          <w:b/>
          <w:color w:val="15131F"/>
          <w:sz w:val="28"/>
        </w:rPr>
        <w:t xml:space="preserve">Письмо о задержке доставки: что делать и чего избегать</w:t>
      </w:r>
    </w:p>
    <w:p>
      <w:pPr>
        <w:spacing w:before="120" w:after="80"/>
      </w:pPr>
      <w:r>
        <w:rPr>
          <w:rFonts w:ascii="Calibri" w:hAnsi="Calibri" w:cs="Calibri" w:eastAsia="Calibri"/>
          <w:b/>
          <w:color w:val="15131F"/>
          <w:sz w:val="24"/>
        </w:rPr>
        <w:t xml:space="preserve">Делайте</w:t>
      </w:r>
    </w:p>
    <w:p>
      <w:pPr>
        <w:spacing w:after="60"/>
        <w:ind w:left="283"/>
      </w:pPr>
      <w:r>
        <w:rPr>
          <w:rFonts w:ascii="Calibri" w:hAnsi="Calibri" w:cs="Calibri" w:eastAsia="Calibri"/>
          <w:b w:val="0"/>
          <w:color w:val="15131F"/>
          <w:sz w:val="21"/>
        </w:rPr>
        <w:t xml:space="preserve">• Пишите до обещанной даты, а не после звонка клиента.</w:t>
      </w:r>
    </w:p>
    <w:p>
      <w:pPr>
        <w:spacing w:after="60"/>
        <w:ind w:left="283"/>
      </w:pPr>
      <w:r>
        <w:rPr>
          <w:rFonts w:ascii="Calibri" w:hAnsi="Calibri" w:cs="Calibri" w:eastAsia="Calibri"/>
          <w:b w:val="0"/>
          <w:color w:val="15131F"/>
          <w:sz w:val="21"/>
        </w:rPr>
        <w:t xml:space="preserve">• Называйте новую дату или дату следующего обновления.</w:t>
      </w:r>
    </w:p>
    <w:p>
      <w:pPr>
        <w:spacing w:after="60"/>
        <w:ind w:left="283"/>
      </w:pPr>
      <w:r>
        <w:rPr>
          <w:rFonts w:ascii="Calibri" w:hAnsi="Calibri" w:cs="Calibri" w:eastAsia="Calibri"/>
          <w:b w:val="0"/>
          <w:color w:val="15131F"/>
          <w:sz w:val="21"/>
        </w:rPr>
        <w:t xml:space="preserve">• Предлагайте выбор: ждать, заменить товар или отменить с возвратом денег.</w:t>
      </w:r>
    </w:p>
    <w:p>
      <w:pPr>
        <w:spacing w:after="60"/>
        <w:ind w:left="283"/>
      </w:pPr>
      <w:r>
        <w:rPr>
          <w:rFonts w:ascii="Calibri" w:hAnsi="Calibri" w:cs="Calibri" w:eastAsia="Calibri"/>
          <w:b w:val="0"/>
          <w:color w:val="15131F"/>
          <w:sz w:val="21"/>
        </w:rPr>
        <w:t xml:space="preserve">• Записывайте причину задержки в журнал.</w:t>
      </w:r>
    </w:p>
    <w:p>
      <w:pPr>
        <w:spacing w:before="120" w:after="80"/>
      </w:pPr>
      <w:r>
        <w:rPr>
          <w:rFonts w:ascii="Calibri" w:hAnsi="Calibri" w:cs="Calibri" w:eastAsia="Calibri"/>
          <w:b/>
          <w:color w:val="15131F"/>
          <w:sz w:val="24"/>
        </w:rPr>
        <w:t xml:space="preserve">Не делайте</w:t>
      </w:r>
    </w:p>
    <w:p>
      <w:pPr>
        <w:spacing w:after="60"/>
        <w:ind w:left="283"/>
      </w:pPr>
      <w:r>
        <w:rPr>
          <w:rFonts w:ascii="Calibri" w:hAnsi="Calibri" w:cs="Calibri" w:eastAsia="Calibri"/>
          <w:b w:val="0"/>
          <w:color w:val="15131F"/>
          <w:sz w:val="21"/>
        </w:rPr>
        <w:t xml:space="preserve">• «По независящим от нас причинам»</w:t>
      </w:r>
    </w:p>
    <w:p>
      <w:pPr>
        <w:spacing w:after="60"/>
        <w:ind w:left="283"/>
      </w:pPr>
      <w:r>
        <w:rPr>
          <w:rFonts w:ascii="Calibri" w:hAnsi="Calibri" w:cs="Calibri" w:eastAsia="Calibri"/>
          <w:b w:val="0"/>
          <w:color w:val="15131F"/>
          <w:sz w:val="21"/>
        </w:rPr>
        <w:t xml:space="preserve">• Перекладывать всё на перевозчика</w:t>
      </w:r>
    </w:p>
    <w:p>
      <w:pPr>
        <w:spacing w:after="60"/>
        <w:ind w:left="283"/>
      </w:pPr>
      <w:r>
        <w:rPr>
          <w:rFonts w:ascii="Calibri" w:hAnsi="Calibri" w:cs="Calibri" w:eastAsia="Calibri"/>
          <w:b w:val="0"/>
          <w:color w:val="15131F"/>
          <w:sz w:val="21"/>
        </w:rPr>
        <w:t xml:space="preserve">• Скидка вместо даты</w:t>
      </w:r>
    </w:p>
    <w:p>
      <w:pPr>
        <w:spacing w:after="60"/>
        <w:ind w:left="283"/>
      </w:pPr>
      <w:r>
        <w:rPr>
          <w:rFonts w:ascii="Calibri" w:hAnsi="Calibri" w:cs="Calibri" w:eastAsia="Calibri"/>
          <w:b w:val="0"/>
          <w:color w:val="15131F"/>
          <w:sz w:val="21"/>
        </w:rPr>
        <w:t xml:space="preserve">• Молчать, пока клиент не напишет сам</w:t>
      </w:r>
    </w:p>
    <w:p>
      <w:pPr>
        <w:spacing w:before="240" w:after="60"/>
      </w:pPr>
      <w:r>
        <w:rPr>
          <w:rFonts w:ascii="Calibri" w:hAnsi="Calibri" w:cs="Calibri" w:eastAsia="Calibri"/>
          <w:b/>
          <w:color w:val="15131F"/>
          <w:sz w:val="28"/>
        </w:rPr>
        <w:t xml:space="preserve">Дополнительные сообщения о задержке доставки</w:t>
      </w:r>
    </w:p>
    <w:p>
      <w:pPr>
        <w:spacing w:before="120" w:after="80"/>
      </w:pPr>
      <w:r>
        <w:rPr>
          <w:rFonts w:ascii="Calibri" w:hAnsi="Calibri" w:cs="Calibri" w:eastAsia="Calibri"/>
          <w:b/>
          <w:color w:val="15131F"/>
          <w:sz w:val="24"/>
        </w:rPr>
        <w:t xml:space="preserve">Предоплаченный заказ не успеваем к сроку</w:t>
      </w:r>
    </w:p>
    <w:p>
      <w:pPr>
        <w:spacing w:after="80"/>
      </w:pPr>
      <w:r>
        <w:rPr>
          <w:rFonts w:ascii="Calibri" w:hAnsi="Calibri" w:cs="Calibri" w:eastAsia="Calibri"/>
          <w:b w:val="0"/>
          <w:color w:val="15131F"/>
          <w:sz w:val="21"/>
        </w:rPr>
        <w:t xml:space="preserve">Здравствуйте, [имя]! Мы не успеваем передать заказ [номер заказа] к [обещанная дата]: [причина]. Предлагаем на выбор: доставим до [новая дата] или вернём [сумма] ₽ на вашу карту в течение 10 дней. Просто ответьте на это письмо, как вам удобнее.</w:t>
      </w:r>
    </w:p>
    <w:p>
      <w:pPr>
        <w:spacing w:before="120" w:after="80"/>
      </w:pPr>
      <w:r>
        <w:rPr>
          <w:rFonts w:ascii="Calibri" w:hAnsi="Calibri" w:cs="Calibri" w:eastAsia="Calibri"/>
          <w:b/>
          <w:color w:val="15131F"/>
          <w:sz w:val="24"/>
        </w:rPr>
        <w:t xml:space="preserve">SMS: посылка ждёт в пункте выдачи (до 70 символов)</w:t>
      </w:r>
    </w:p>
    <w:p>
      <w:pPr>
        <w:spacing w:after="80"/>
      </w:pPr>
      <w:r>
        <w:rPr>
          <w:rFonts w:ascii="Calibri" w:hAnsi="Calibri" w:cs="Calibri" w:eastAsia="Calibri"/>
          <w:b w:val="0"/>
          <w:color w:val="15131F"/>
          <w:sz w:val="21"/>
        </w:rPr>
        <w:t xml:space="preserve">Заказ [номер] ждёт в пункте выдачи до [дата]. Заберите, пожалуйста.</w:t>
      </w:r>
    </w:p>
    <w:p>
      <w:pPr>
        <w:spacing w:after="80"/>
      </w:pPr>
      <w:r>
        <w:rPr>
          <w:rFonts w:ascii="Calibri" w:hAnsi="Calibri" w:cs="Calibri" w:eastAsia="Calibri"/>
          <w:b w:val="0"/>
          <w:color w:val="15131F"/>
          <w:sz w:val="21"/>
        </w:rPr>
        <w:t xml:space="preserve">Одно SMS кириллицей — до 70 символов; длинный текст делится на части по 67 символов.</w:t>
      </w:r>
    </w:p>
    <w:p>
      <w:pPr>
        <w:spacing w:before="240" w:after="60"/>
      </w:pPr>
      <w:r>
        <w:rPr>
          <w:rFonts w:ascii="Calibri" w:hAnsi="Calibri" w:cs="Calibri" w:eastAsia="Calibri"/>
          <w:b/>
          <w:color w:val="15131F"/>
          <w:sz w:val="28"/>
        </w:rPr>
        <w:t xml:space="preserve">Ещё вопросы</w:t>
      </w:r>
    </w:p>
    <w:p>
      <w:pPr>
        <w:spacing w:before="120" w:after="60"/>
      </w:pPr>
      <w:r>
        <w:rPr>
          <w:rFonts w:ascii="Calibri" w:hAnsi="Calibri" w:cs="Calibri" w:eastAsia="Calibri"/>
          <w:b/>
          <w:color w:val="15131F"/>
          <w:sz w:val="24"/>
        </w:rPr>
        <w:t xml:space="preserve">Что будет, если интернет-магазин нарушил срок доставки предоплаченного заказа?</w:t>
      </w:r>
    </w:p>
    <w:p>
      <w:pPr>
        <w:spacing w:after="120"/>
      </w:pPr>
      <w:r>
        <w:rPr>
          <w:rFonts w:ascii="Calibri" w:hAnsi="Calibri" w:cs="Calibri" w:eastAsia="Calibri"/>
          <w:b w:val="0"/>
          <w:color w:val="15131F"/>
          <w:sz w:val="21"/>
        </w:rPr>
        <w:t xml:space="preserve">Покупатель вправе назначить новый срок или потребовать вернуть деньги, а за каждый день просрочки начисляется неустойка 0,5% суммы предоплаты, не больше самой суммы (ст. 23.1 Закона РФ «О защите прав потребителей»). Требование о возврате нужно удовлетворить за 10 дней.</w:t>
      </w:r>
    </w:p>
    <w:p>
      <w:pPr>
        <w:spacing w:before="120" w:after="60"/>
      </w:pPr>
      <w:r>
        <w:rPr>
          <w:rFonts w:ascii="Calibri" w:hAnsi="Calibri" w:cs="Calibri" w:eastAsia="Calibri"/>
          <w:b/>
          <w:color w:val="15131F"/>
          <w:sz w:val="24"/>
        </w:rPr>
        <w:t xml:space="preserve">Что написать, если задержка у транспортной компании?</w:t>
      </w:r>
    </w:p>
    <w:p>
      <w:pPr>
        <w:spacing w:after="120"/>
      </w:pPr>
      <w:r>
        <w:rPr>
          <w:rFonts w:ascii="Calibri" w:hAnsi="Calibri" w:cs="Calibri" w:eastAsia="Calibri"/>
          <w:b w:val="0"/>
          <w:color w:val="15131F"/>
          <w:sz w:val="21"/>
        </w:rPr>
        <w:t xml:space="preserve">Назовите перевозчика, трек-номер и где посылка сейчас, новую ожидаемую дату и когда вы напишете снова. Если срок по оферте уже нарушен, предложите выбор: ждать или вернуть деньги.</w:t>
      </w:r>
    </w:p>
    <w:p>
      <w:pPr>
        <w:spacing w:after="120"/>
      </w:pPr>
      <w:r>
        <w:rPr>
          <w:rFonts w:ascii="Calibri" w:hAnsi="Calibri" w:cs="Calibri" w:eastAsia="Calibri"/>
          <w:b w:val="0"/>
          <w:color w:val="5D5A70"/>
          <w:sz w:val="18"/>
        </w:rPr>
        <w:t>Бесплатный шаблон от CRMsoftware.pro. Данные примера вымышлены.</w:t>
      </w:r>
    </w:p>
    <w:p>
      <w:pPr>
        <w:spacing w:after="120"/>
      </w:pPr>
      <w:r>
        <w:rPr>
          <w:rFonts w:ascii="Calibri" w:hAnsi="Calibri" w:cs="Calibri" w:eastAsia="Calibri"/>
          <w:b w:val="0"/>
          <w:color w:val="6B3CF0"/>
          <w:sz w:val="18"/>
        </w:rPr>
        <w:t>https://crmsoftware.pro/ru/templates/shipping-delay-email-templates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Шаблоны писем о задержке доставки</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