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40"/>
      </w:pPr>
      <w:r>
        <w:rPr>
          <w:rFonts w:ascii="Calibri" w:hAnsi="Calibri" w:cs="Calibri" w:eastAsia="Calibri"/>
          <w:b/>
          <w:color w:val="6B3CF0"/>
          <w:sz w:val="18"/>
        </w:rPr>
        <w:t>CRMsoftware.pro</w:t>
      </w:r>
    </w:p>
    <w:p>
      <w:pPr>
        <w:spacing w:after="80"/>
      </w:pPr>
      <w:r>
        <w:rPr>
          <w:rFonts w:ascii="Calibri" w:hAnsi="Calibri" w:cs="Calibri" w:eastAsia="Calibri"/>
          <w:b/>
          <w:color w:val="15131F"/>
          <w:sz w:val="44"/>
        </w:rPr>
        <w:t>Шаблоны писем об отмене подписки</w:t>
      </w:r>
    </w:p>
    <w:p>
      <w:pPr>
        <w:spacing w:after="80"/>
      </w:pPr>
      <w:r>
        <w:rPr>
          <w:rFonts w:ascii="Calibri" w:hAnsi="Calibri" w:cs="Calibri" w:eastAsia="Calibri"/>
          <w:b w:val="0"/>
          <w:color w:val="5D5A70"/>
          <w:sz w:val="22"/>
        </w:rPr>
        <w:t>Семь вкладок для небольшого бизнеса на подписке, который отвечает своему клиенту на отмену: письмо-подтверждение, одно предложение остаться, вопрос о причине, возврат за неиспользованный срок, ответы в чате, открытая дверь и журнал отмен. От CRMsoftware.pro.</w:t>
      </w:r>
    </w:p>
    <w:p>
      <w:pPr>
        <w:spacing w:after="280"/>
      </w:pPr>
      <w:r>
        <w:rPr>
          <w:rFonts w:ascii="Calibri" w:hAnsi="Calibri" w:cs="Calibri" w:eastAsia="Calibri"/>
          <w:b w:val="0"/>
          <w:color w:val="5D5A70"/>
          <w:sz w:val="21"/>
        </w:rPr>
        <w:t>Сначала возьмите шесть фактов из системы биллинга: дата отмены, последнее списание, окончание доступа или доставок, следующее списание, данные и возобновление. Замените каждое слово в [скобках], отмените подписку в течение 1 рабочего дня и отправьте подтверждение в тот же день. Записывайте каждый запрос в журнал отмен Excel.</w:t>
      </w:r>
    </w:p>
    <w:p>
      <w:pPr>
        <w:spacing w:after="160"/>
      </w:pPr>
      <w:r>
        <w:rPr>
          <w:rFonts w:ascii="Calibri" w:hAnsi="Calibri" w:cs="Calibri" w:eastAsia="Calibri"/>
          <w:b/>
          <w:color w:val="15131F"/>
          <w:sz w:val="32"/>
        </w:rPr>
        <w:t>Шаблоны</w:t>
      </w:r>
    </w:p>
    <w:p>
      <w:pPr>
        <w:spacing w:after="60"/>
      </w:pPr>
      <w:r>
        <w:rPr>
          <w:rFonts w:ascii="Calibri" w:hAnsi="Calibri" w:cs="Calibri" w:eastAsia="Calibri"/>
          <w:b/>
          <w:color w:val="15131F"/>
          <w:sz w:val="28"/>
        </w:rPr>
        <w:t>1. Письмо-подтверждение отмены подписки</w:t>
      </w:r>
    </w:p>
    <w:p>
      <w:pPr>
        <w:spacing w:after="80"/>
      </w:pPr>
      <w:r>
        <w:rPr>
          <w:rFonts w:ascii="Calibri" w:hAnsi="Calibri" w:cs="Calibri" w:eastAsia="Calibri"/>
          <w:b w:val="0"/>
          <w:color w:val="5D5A70"/>
          <w:sz w:val="20"/>
        </w:rPr>
        <w:t>Отправить: В день отмены · Отменить в течение: 1 рабочего дня · Германия и Великобритания: Германия: отмену, отправленную через кнопку отмены на сайте, нужно сразу подтвердить, указав дату и время получения и дату окончания. Великобритания: похожее уведомление об окончании договора закреплено в законе, но ещё не действует. · Передайте владельцу: Списание после даты отмены, чарджбэк, юрист или просьба удалить все данные.</w:t>
      </w:r>
    </w:p>
    <w:p>
      <w:pPr>
        <w:spacing w:after="80"/>
      </w:pPr>
      <w:r>
        <w:rPr>
          <w:rFonts w:ascii="Calibri" w:hAnsi="Calibri" w:cs="Calibri" w:eastAsia="Calibri"/>
          <w:b w:val="0"/>
          <w:color w:val="15131F"/>
          <w:sz w:val="21"/>
        </w:rPr>
        <w:t>Этот шаблон письма об отмене подписки отправляют в день отмены, по тому каналу, которым воспользовался клиент: Калифорния, например, требует принимать отмену тем же способом, которым клиент оформил подписку или которым обычно пользуется. Сначала возьмите шесть фактов из системы биллинга, чтобы клиент знал, что и когда отменено, каким было последнее списание, что ещё придёт и что будет с его данными.</w:t>
      </w:r>
    </w:p>
    <w:p>
      <w:pPr>
        <w:spacing w:after="40"/>
      </w:pPr>
      <w:r>
        <w:rPr>
          <w:rFonts w:ascii="Calibri" w:hAnsi="Calibri" w:cs="Calibri" w:eastAsia="Calibri"/>
          <w:b/>
          <w:color w:val="6B3CF0"/>
          <w:sz w:val="21"/>
        </w:rPr>
        <w:t>Шесть фактов: заполните, прежде чем писать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4986"/>
        <w:gridCol w:w="4986"/>
      </w:tblGrid>
      <w:tr>
        <w:tc>
          <w:tcPr>
            <w:tcW w:type="dxa" w:w="4986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Факт</w:t>
            </w:r>
          </w:p>
        </w:tc>
        <w:tc>
          <w:tcPr>
            <w:tcW w:type="dxa" w:w="4986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Что написать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Дата отмены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[дата и время] в системе биллинга, вступает в силу [сразу или в конце оплаченного периода]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Последнее списание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[сумма] от [дата] за [период или посылку]: [возвращено или не возвращено и почему]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Окончание доступа или доставок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[дата]: последняя [посылка или доставка] или последний [день доступа]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Следующее списание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Не будет. Продления [дата продления] не произойдёт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Ваши данные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[что вы храните, как долго, как их выгрузить, как запросить удаление]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Возобновление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[ссылка для возобновления] и [что остаётся сохранённым: настройки, адрес, предпочтения]</w:t>
            </w:r>
          </w:p>
        </w:tc>
      </w:tr>
    </w:tbl>
    <w:p/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Тема: </w:t>
      </w:r>
      <w:r>
        <w:rPr>
          <w:rFonts w:ascii="Calibri" w:hAnsi="Calibri" w:cs="Calibri" w:eastAsia="Calibri"/>
          <w:b w:val="0"/>
          <w:color w:val="15131F"/>
          <w:sz w:val="21"/>
        </w:rPr>
        <w:t>Ваша подписка [название тарифа] отменена: списаний больше не будет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Письмо: </w:t>
      </w:r>
      <w:r>
        <w:rPr>
          <w:rFonts w:ascii="Calibri" w:hAnsi="Calibri" w:cs="Calibri" w:eastAsia="Calibri"/>
          <w:b w:val="0"/>
          <w:color w:val="15131F"/>
          <w:sz w:val="21"/>
        </w:rPr>
        <w:t>Здравствуйте, [имя]!</w:t>
        <w:br/>
        <w:br/>
        <w:t>Ваша подписка [название тарифа] отменена. Мы отменили её [дата] в [время] по вашей просьбе от [дата запроса].</w:t>
        <w:br/>
        <w:br/>
        <w:t>Что это значит:</w:t>
        <w:br/>
        <w:t>- Последнее списание: [сумма] от [дата] за [период или посылку]. [Сегодня возвращено полностью или не возвращено, потому что период уже начался.]</w:t>
        <w:br/>
        <w:t>- Окончание [доставок или доступа]: [дата]. [Что ещё придёт или до какого числа работает аккаунт.]</w:t>
        <w:br/>
        <w:t>- Списаний больше не будет: продления [дата продления] не произойдёт.</w:t>
        <w:br/>
        <w:t>- Ваши данные: [что мы храним, до какого числа, как их выгрузить или удалить].</w:t>
        <w:br/>
        <w:br/>
        <w:t>Если передумаете, подписку можно возобновить здесь: [ссылка для возобновления]. [Что остаётся сохранённым.]</w:t>
        <w:br/>
        <w:br/>
        <w:t>[По желанию: вопрос о причине из вкладки 3.]</w:t>
        <w:br/>
        <w:br/>
        <w:t>Если после [дата] вы увидите от нас списание, ответьте на это письмо, и я верну деньги в тот же день.</w:t>
        <w:br/>
        <w:br/>
        <w:t>[Ваше имя], [компания]</w:t>
        <w:br/>
        <w:t>Номер для справок: [ID клиента или подписки]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Отмена в конце оплаченного периода: </w:t>
      </w:r>
      <w:r>
        <w:rPr>
          <w:rFonts w:ascii="Calibri" w:hAnsi="Calibri" w:cs="Calibri" w:eastAsia="Calibri"/>
          <w:b w:val="0"/>
          <w:color w:val="15131F"/>
          <w:sz w:val="21"/>
        </w:rPr>
        <w:t>Здравствуйте, [имя]! Ваша подписка [название тарифа] закончится [дата окончания], как вы просили [дата запроса]. До этого дня у вас остаётся полный доступ, а продления [дата продления] не будет. Последнее списание: [сумма] от [дата]. [Что будет с вашими данными в дату окончания.] Если всё-таки решите остаться, ответьте до [дата окончания], и я восстановлю подписку. [Ваше имя], [компания]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Никогда: </w:t>
      </w:r>
      <w:r>
        <w:rPr>
          <w:rFonts w:ascii="Calibri" w:hAnsi="Calibri" w:cs="Calibri" w:eastAsia="Calibri"/>
          <w:b w:val="0"/>
          <w:color w:val="5D5A70"/>
          <w:sz w:val="21"/>
        </w:rPr>
        <w:t>Не пишите «в конце расчётного периода» вместо даты, не просите клиента подтвердить ещё раз и не отправляйте его звонить. Даты и суммы отвечают на вопросы, которые он иначе задал бы.</w:t>
      </w:r>
    </w:p>
    <w:p>
      <w:pPr>
        <w:spacing w:after="160"/>
      </w:pPr>
    </w:p>
    <w:p>
      <w:pPr>
        <w:spacing w:after="60"/>
      </w:pPr>
      <w:r>
        <w:rPr>
          <w:rFonts w:ascii="Calibri" w:hAnsi="Calibri" w:cs="Calibri" w:eastAsia="Calibri"/>
          <w:b/>
          <w:color w:val="15131F"/>
          <w:sz w:val="28"/>
        </w:rPr>
        <w:t>2. Одно честное предложение остаться: пауза или тариф дешевле, без барьеров</w:t>
      </w:r>
    </w:p>
    <w:p>
      <w:pPr>
        <w:spacing w:after="80"/>
      </w:pPr>
      <w:r>
        <w:rPr>
          <w:rFonts w:ascii="Calibri" w:hAnsi="Calibri" w:cs="Calibri" w:eastAsia="Calibri"/>
          <w:b w:val="0"/>
          <w:color w:val="5D5A70"/>
          <w:sz w:val="20"/>
        </w:rPr>
        <w:t>Предложений: 1 · Должно подходить: К названной причине · После «нет»: Больше никогда</w:t>
      </w:r>
    </w:p>
    <w:p>
      <w:pPr>
        <w:spacing w:after="80"/>
      </w:pPr>
      <w:r>
        <w:rPr>
          <w:rFonts w:ascii="Calibri" w:hAnsi="Calibri" w:cs="Calibri" w:eastAsia="Calibri"/>
          <w:b w:val="0"/>
          <w:color w:val="15131F"/>
          <w:sz w:val="21"/>
        </w:rPr>
        <w:t>Делайте одно предложение и только если оно подходит к причине: паузу, если клиент «мало пользуется», тариф дешевле, если «слишком дорого». Если просьба ясная, сначала отмените подписку и добавьте строку ниже в подтверждение; письмо отправляйте только клиенту, который ещё решает. После «нет» или молчания больше никогда ничего не предлагайте.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Строка для подтверждения (подписка уже отменена): </w:t>
      </w:r>
      <w:r>
        <w:rPr>
          <w:rFonts w:ascii="Calibri" w:hAnsi="Calibri" w:cs="Calibri" w:eastAsia="Calibri"/>
          <w:b w:val="0"/>
          <w:color w:val="15131F"/>
          <w:sz w:val="21"/>
        </w:rPr>
        <w:t>Если вам больше подойдёт перерыв, а не уход, ответьте ПАУЗА до [дата], и я заменю отмену паузой на [1, 2 или 3 месяца]. Если нет, ничего делать не нужно: отмена остаётся в силе.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Тема, если клиент сомневается: </w:t>
      </w:r>
      <w:r>
        <w:rPr>
          <w:rFonts w:ascii="Calibri" w:hAnsi="Calibri" w:cs="Calibri" w:eastAsia="Calibri"/>
          <w:b w:val="0"/>
          <w:color w:val="15131F"/>
          <w:sz w:val="21"/>
        </w:rPr>
        <w:t>Варианты для подписки [название тарифа], в том числе отмена сегодня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Письмо: </w:t>
      </w:r>
      <w:r>
        <w:rPr>
          <w:rFonts w:ascii="Calibri" w:hAnsi="Calibri" w:cs="Calibri" w:eastAsia="Calibri"/>
          <w:b w:val="0"/>
          <w:color w:val="15131F"/>
          <w:sz w:val="21"/>
        </w:rPr>
        <w:t>Здравствуйте, [имя]!</w:t>
        <w:br/>
        <w:br/>
        <w:t>Спасибо, что рассказали: [причина, словами клиента]. Отменить подписку можно сегодня: ответьте ОТМЕНА или воспользуйтесь ссылкой [ссылка для отмены], и всё будет сделано в тот же день, без новых списаний.</w:t>
        <w:br/>
        <w:br/>
        <w:t>Если это поможет, есть ещё один вариант: [одно предложение, которое подходит к причине, например пауза на 1, 2 или 3 месяца без списаний или тариф дешевле со следующего списания].</w:t>
        <w:br/>
        <w:br/>
        <w:t>Ответьте ОТМЕНА или [ПАУЗА или ПЕРЕХОД]. Если вы не ответите, ничего не изменится, и я больше не буду писать вам об этом.</w:t>
        <w:br/>
        <w:br/>
        <w:t>[Ваше имя], [компания]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Телефон или чат: сначала скажите это: </w:t>
      </w:r>
      <w:r>
        <w:rPr>
          <w:rFonts w:ascii="Calibri" w:hAnsi="Calibri" w:cs="Calibri" w:eastAsia="Calibri"/>
          <w:b w:val="0"/>
          <w:color w:val="15131F"/>
          <w:sz w:val="21"/>
        </w:rPr>
        <w:t>Я могу отменить подписку прямо сейчас: просто скажите «отмена» в любой момент. Но сначала один вариант, вдруг он подойдёт больше: [предложение]. Хотите его или мне отменить подписку?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Никогда: </w:t>
      </w:r>
      <w:r>
        <w:rPr>
          <w:rFonts w:ascii="Calibri" w:hAnsi="Calibri" w:cs="Calibri" w:eastAsia="Calibri"/>
          <w:b w:val="0"/>
          <w:color w:val="5D5A70"/>
          <w:sz w:val="21"/>
        </w:rPr>
        <w:t>Не делайте предложение шагом, на который клиент обязан ответить, прежде чем вы выполните ясную просьбу об отмене; не предлагайте дважды и не прячьте способ отмены за предложением. Калифорния разрешает предложение остаться, только пока клиент может отменить подписку: онлайн — со ссылкой «нажмите, чтобы отменить» рядом с предложением; по телефону — после того как клиенту сказали, что он может отменить подписку в любой момент, сказав «отмена».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Предложение по причине: </w:t>
      </w:r>
      <w:r>
        <w:rPr>
          <w:rFonts w:ascii="Calibri" w:hAnsi="Calibri" w:cs="Calibri" w:eastAsia="Calibri"/>
          <w:b w:val="0"/>
          <w:color w:val="5D5A70"/>
          <w:sz w:val="21"/>
        </w:rPr>
        <w:t>Мало пользуюсь: пауза, Слишком дорого: тариф дешевле, Другие причины: без предложения</w:t>
      </w:r>
    </w:p>
    <w:p>
      <w:pPr>
        <w:spacing w:after="160"/>
      </w:pPr>
    </w:p>
    <w:p>
      <w:pPr>
        <w:spacing w:after="60"/>
      </w:pPr>
      <w:r>
        <w:rPr>
          <w:rFonts w:ascii="Calibri" w:hAnsi="Calibri" w:cs="Calibri" w:eastAsia="Calibri"/>
          <w:b/>
          <w:color w:val="15131F"/>
          <w:sz w:val="28"/>
        </w:rPr>
        <w:t>3. Почему вы уходите? Один вопрос с 5 вариантами</w:t>
      </w:r>
    </w:p>
    <w:p>
      <w:pPr>
        <w:spacing w:after="80"/>
      </w:pPr>
      <w:r>
        <w:rPr>
          <w:rFonts w:ascii="Calibri" w:hAnsi="Calibri" w:cs="Calibri" w:eastAsia="Calibri"/>
          <w:b w:val="0"/>
          <w:color w:val="5D5A70"/>
          <w:sz w:val="20"/>
        </w:rPr>
        <w:t>Спросить: После отмены · Варианты: 5, всегда одни и те же · Напоминания: Никаких</w:t>
      </w:r>
    </w:p>
    <w:p>
      <w:pPr>
        <w:spacing w:after="80"/>
      </w:pPr>
      <w:r>
        <w:rPr>
          <w:rFonts w:ascii="Calibri" w:hAnsi="Calibri" w:cs="Calibri" w:eastAsia="Calibri"/>
          <w:b w:val="0"/>
          <w:color w:val="15131F"/>
          <w:sz w:val="21"/>
        </w:rPr>
        <w:t>Спрашивайте один раз, после того как отмена сделана, и никогда до неё. Пять постоянных вариантов позволяют считать ответы; пятый оставляет место для слов самого клиента. На ответ никогда не отвечают встречным предложением.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Тема: </w:t>
      </w:r>
      <w:r>
        <w:rPr>
          <w:rFonts w:ascii="Calibri" w:hAnsi="Calibri" w:cs="Calibri" w:eastAsia="Calibri"/>
          <w:b w:val="0"/>
          <w:color w:val="15131F"/>
          <w:sz w:val="21"/>
        </w:rPr>
        <w:t>Один вопрос об отмене вашей подписки [название тарифа] (по желанию)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Письмо: </w:t>
      </w:r>
      <w:r>
        <w:rPr>
          <w:rFonts w:ascii="Calibri" w:hAnsi="Calibri" w:cs="Calibri" w:eastAsia="Calibri"/>
          <w:b w:val="0"/>
          <w:color w:val="15131F"/>
          <w:sz w:val="21"/>
        </w:rPr>
        <w:t>Здравствуйте, [имя]!</w:t>
        <w:br/>
        <w:br/>
        <w:t>Ваша подписка отменена, и это письмо — не попытка вас переубедить. Если у вас есть 10 секунд: какая была главная причина? Ответьте одной цифрой:</w:t>
        <w:br/>
        <w:br/>
        <w:t>1. Слишком дорого</w:t>
        <w:br/>
        <w:t>2. Мало пользуюсь</w:t>
        <w:br/>
        <w:t>3. Продукт не подходит</w:t>
        <w:br/>
        <w:t>4. Проблема с доставкой или сервисом</w:t>
        <w:br/>
        <w:t>5. Другое: [пара слов]</w:t>
        <w:br/>
        <w:br/>
        <w:t>Вот и всё. Спасибо, что были с нами [срок подписки].</w:t>
        <w:br/>
        <w:br/>
        <w:t>[Ваше имя], [компания]</w:t>
      </w:r>
    </w:p>
    <w:p>
      <w:pPr>
        <w:spacing w:after="40"/>
      </w:pPr>
      <w:r>
        <w:rPr>
          <w:rFonts w:ascii="Calibri" w:hAnsi="Calibri" w:cs="Calibri" w:eastAsia="Calibri"/>
          <w:b/>
          <w:color w:val="6B3CF0"/>
          <w:sz w:val="21"/>
        </w:rPr>
        <w:t>Что говорит каждый ответ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3324"/>
        <w:gridCol w:w="3324"/>
        <w:gridCol w:w="3324"/>
      </w:tblGrid>
      <w:tr>
        <w:tc>
          <w:tcPr>
            <w:tcW w:type="dxa" w:w="3324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Ответ</w:t>
            </w:r>
          </w:p>
        </w:tc>
        <w:tc>
          <w:tcPr>
            <w:tcW w:type="dxa" w:w="3324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Записать как</w:t>
            </w:r>
          </w:p>
        </w:tc>
        <w:tc>
          <w:tcPr>
            <w:tcW w:type="dxa" w:w="3324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Что проверить в следующем месяце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1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Слишком дорого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Могут ли клиенты найти тариф дешевле и его цену?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2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Мало пользуюсь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Предлагайте паузу или более редкие доставки ещё при оформлении подписки.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3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Продукт не подходит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Запишите, чего хотел клиент. Три похожих ответа — сигнал для продукта.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4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Проблема с доставкой или сервисом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Устраните причину и верните то, что положено. Никаких предложений.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5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Другое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Читайте ответы раз в месяц; добавляйте вариант, только если он повторяется снова и снова.</w:t>
            </w:r>
          </w:p>
        </w:tc>
      </w:tr>
    </w:tbl>
    <w:p/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Совет: </w:t>
      </w:r>
      <w:r>
        <w:rPr>
          <w:rFonts w:ascii="Calibri" w:hAnsi="Calibri" w:cs="Calibri" w:eastAsia="Calibri"/>
          <w:b w:val="0"/>
          <w:color w:val="5D5A70"/>
          <w:sz w:val="21"/>
        </w:rPr>
        <w:t>Если подтверждение отправляет система биллинга, отправьте этот вопрос один раз, на следующий день. Иначе включите его в своё подтверждение (вкладка 1).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Записать как: </w:t>
      </w:r>
      <w:r>
        <w:rPr>
          <w:rFonts w:ascii="Calibri" w:hAnsi="Calibri" w:cs="Calibri" w:eastAsia="Calibri"/>
          <w:b w:val="0"/>
          <w:color w:val="5D5A70"/>
          <w:sz w:val="21"/>
        </w:rPr>
        <w:t>Слишком дорого, Мало пользуюсь, Продукт не подходит, Проблема с доставкой или сервисом, Другое</w:t>
      </w:r>
    </w:p>
    <w:p>
      <w:pPr>
        <w:spacing w:after="160"/>
      </w:pPr>
    </w:p>
    <w:p>
      <w:pPr>
        <w:spacing w:after="60"/>
      </w:pPr>
      <w:r>
        <w:rPr>
          <w:rFonts w:ascii="Calibri" w:hAnsi="Calibri" w:cs="Calibri" w:eastAsia="Calibri"/>
          <w:b/>
          <w:color w:val="15131F"/>
          <w:sz w:val="28"/>
        </w:rPr>
        <w:t>4. Возврат за неиспользованный срок и списание после отмены</w:t>
      </w:r>
    </w:p>
    <w:p>
      <w:pPr>
        <w:spacing w:after="80"/>
      </w:pPr>
      <w:r>
        <w:rPr>
          <w:rFonts w:ascii="Calibri" w:hAnsi="Calibri" w:cs="Calibri" w:eastAsia="Calibri"/>
          <w:b w:val="0"/>
          <w:color w:val="5D5A70"/>
          <w:sz w:val="20"/>
        </w:rPr>
        <w:t>Правило возврата: Записано один раз · Покажите: Каждую строку расчёта · Списание после отмены: Вернуть в тот же день</w:t>
      </w:r>
    </w:p>
    <w:p>
      <w:pPr>
        <w:spacing w:after="80"/>
      </w:pPr>
      <w:r>
        <w:rPr>
          <w:rFonts w:ascii="Calibri" w:hAnsi="Calibri" w:cs="Calibri" w:eastAsia="Calibri"/>
          <w:b w:val="0"/>
          <w:color w:val="15131F"/>
          <w:sz w:val="21"/>
        </w:rPr>
        <w:t>Определите правило один раз, пропишите его в условиях и применяйте каждый раз. Например: посылка или период, которые ещё не отправлены или не начались, возвращаются полностью; начатый месяц не возвращается, но больше ничего не списывается; по годовому тарифу возвращаются неиспользованные полные месяцы. В Stripe при отмене вы выбираете пропорциональный возврат, возврат последнего платежа полностью или отмену без возврата.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Тема: </w:t>
      </w:r>
      <w:r>
        <w:rPr>
          <w:rFonts w:ascii="Calibri" w:hAnsi="Calibri" w:cs="Calibri" w:eastAsia="Calibri"/>
          <w:b w:val="0"/>
          <w:color w:val="15131F"/>
          <w:sz w:val="21"/>
        </w:rPr>
        <w:t>Возврат за неиспользованную часть подписки [название тарифа]: [сумма возврата]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Письмо: </w:t>
      </w:r>
      <w:r>
        <w:rPr>
          <w:rFonts w:ascii="Calibri" w:hAnsi="Calibri" w:cs="Calibri" w:eastAsia="Calibri"/>
          <w:b w:val="0"/>
          <w:color w:val="15131F"/>
          <w:sz w:val="21"/>
        </w:rPr>
        <w:t>Здравствуйте, [имя]!</w:t>
        <w:br/>
        <w:br/>
        <w:t>Ваша подписка [название тарифа] отменена с [дата], и вот как складывается сумма возврата:</w:t>
        <w:br/>
        <w:br/>
        <w:t>Вы оплатили: [сумма] от [дата] за [период или посылку].</w:t>
        <w:br/>
        <w:t>Использовано: [использованная часть, например 4 из 12 месяцев, или ничего, потому что посылка ещё не отправлена].</w:t>
        <w:br/>
        <w:t>Не использовано: [неиспользованная часть].</w:t>
        <w:br/>
        <w:t>Ваш возврат: [сумма возврата] по нашим условиям от [дата условий]: [правило в одном предложении].</w:t>
        <w:br/>
        <w:br/>
        <w:t>Сегодня мы вернули [сумма возврата] на [способ оплаты, карта с последними 4 цифрами], номер возврата [номер возврата]. Обычно банки показывают его в течение [срок, который называет ваш платёжный провайдер].</w:t>
        <w:br/>
        <w:br/>
        <w:t>Если какая-то строка кажется вам неверной, ответьте и укажите, какая именно.</w:t>
        <w:br/>
        <w:br/>
        <w:t>[Ваше имя], [компания]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Списание после отмены: </w:t>
      </w:r>
      <w:r>
        <w:rPr>
          <w:rFonts w:ascii="Calibri" w:hAnsi="Calibri" w:cs="Calibri" w:eastAsia="Calibri"/>
          <w:b w:val="0"/>
          <w:color w:val="15131F"/>
          <w:sz w:val="21"/>
        </w:rPr>
        <w:t>Здравствуйте, [имя]! Простите: вы отменили подписку [дата отмены], а мы всё равно списали [сумма] [дата списания]. Это наша ошибка. Сегодня мы вернули всю сумму [сумма], номер возврата [номер возврата], и проверили, что других списаний не запланировано: ваша подписка значится отменённой с [дата отмены]. Больше ничего делать не нужно. [Ваше имя], [компания]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Никогда: </w:t>
      </w:r>
      <w:r>
        <w:rPr>
          <w:rFonts w:ascii="Calibri" w:hAnsi="Calibri" w:cs="Calibri" w:eastAsia="Calibri"/>
          <w:b w:val="0"/>
          <w:color w:val="5D5A70"/>
          <w:sz w:val="21"/>
        </w:rPr>
        <w:t>Не просите клиента оспаривать списание через банк и не требуйте доказать отмену, если в вашем журнале есть его запрос. Для остальных шагов возврата используйте шаблоны писем о возврате денег.</w:t>
      </w:r>
    </w:p>
    <w:p>
      <w:pPr>
        <w:spacing w:after="160"/>
      </w:pPr>
    </w:p>
    <w:p>
      <w:pPr>
        <w:spacing w:after="60"/>
      </w:pPr>
      <w:r>
        <w:rPr>
          <w:rFonts w:ascii="Calibri" w:hAnsi="Calibri" w:cs="Calibri" w:eastAsia="Calibri"/>
          <w:b/>
          <w:color w:val="15131F"/>
          <w:sz w:val="28"/>
        </w:rPr>
        <w:t>5. Ответы на отмену подписки в онлайн-чате и мессенджерах</w:t>
      </w:r>
    </w:p>
    <w:p>
      <w:pPr>
        <w:spacing w:after="80"/>
      </w:pPr>
      <w:r>
        <w:rPr>
          <w:rFonts w:ascii="Calibri" w:hAnsi="Calibri" w:cs="Calibri" w:eastAsia="Calibri"/>
          <w:b w:val="0"/>
          <w:color w:val="5D5A70"/>
          <w:sz w:val="20"/>
        </w:rPr>
        <w:t>Ответить за: 2 минуты · Письменно: Подтверждение по email · Предложение: Один раз, в первом ответе</w:t>
      </w:r>
    </w:p>
    <w:p>
      <w:pPr>
        <w:spacing w:after="80"/>
      </w:pPr>
      <w:r>
        <w:rPr>
          <w:rFonts w:ascii="Calibri" w:hAnsi="Calibri" w:cs="Calibri" w:eastAsia="Calibri"/>
          <w:b w:val="0"/>
          <w:color w:val="15131F"/>
          <w:sz w:val="21"/>
        </w:rPr>
        <w:t>В чате дайте ссылку для отмены или отмените подписку сами, сделайте одно предложение в том же сообщении, затем подтвердите отмену датами. Сохраните эти пять ответов с ярлыками; полное подтверждение всё равно уходит по email, в письменном виде.</w:t>
      </w: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5.1 /cancel-start: первый ответ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Когда использовать: </w:t>
      </w:r>
      <w:r>
        <w:rPr>
          <w:rFonts w:ascii="Calibri" w:hAnsi="Calibri" w:cs="Calibri" w:eastAsia="Calibri"/>
          <w:b w:val="0"/>
          <w:color w:val="5D5A70"/>
          <w:sz w:val="21"/>
        </w:rPr>
        <w:t>Клиент пишет в чате, что хочет отменить подписку.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Никогда: </w:t>
      </w:r>
      <w:r>
        <w:rPr>
          <w:rFonts w:ascii="Calibri" w:hAnsi="Calibri" w:cs="Calibri" w:eastAsia="Calibri"/>
          <w:b w:val="0"/>
          <w:color w:val="5D5A70"/>
          <w:sz w:val="21"/>
        </w:rPr>
        <w:t>Спрашивать о причине до того, как помочь.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Ответ: </w:t>
      </w:r>
      <w:r>
        <w:rPr>
          <w:rFonts w:ascii="Calibri" w:hAnsi="Calibri" w:cs="Calibri" w:eastAsia="Calibri"/>
          <w:b w:val="0"/>
          <w:color w:val="15131F"/>
          <w:sz w:val="21"/>
        </w:rPr>
        <w:t>Помогу, [имя]. Отменить подписку можно в один шаг здесь: [ссылка для отмены], или я могу сделать это за вас прямо сейчас. Есть один вариант, только если он подойдёт больше: [предложение]. Просто напишите «отмена», и я отменю подписку.</w:t>
      </w:r>
    </w:p>
    <w:p>
      <w:pPr>
        <w:spacing w:after="4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5.2 /cancel-done: подписка отменена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Когда использовать: </w:t>
      </w:r>
      <w:r>
        <w:rPr>
          <w:rFonts w:ascii="Calibri" w:hAnsi="Calibri" w:cs="Calibri" w:eastAsia="Calibri"/>
          <w:b w:val="0"/>
          <w:color w:val="5D5A70"/>
          <w:sz w:val="21"/>
        </w:rPr>
        <w:t>Сразу после отмены в системе биллинга.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Никогда не обещайте: </w:t>
      </w:r>
      <w:r>
        <w:rPr>
          <w:rFonts w:ascii="Calibri" w:hAnsi="Calibri" w:cs="Calibri" w:eastAsia="Calibri"/>
          <w:b w:val="0"/>
          <w:color w:val="5D5A70"/>
          <w:sz w:val="21"/>
        </w:rPr>
        <w:t>Возврат, который ещё не оформлен.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Ответ: </w:t>
      </w:r>
      <w:r>
        <w:rPr>
          <w:rFonts w:ascii="Calibri" w:hAnsi="Calibri" w:cs="Calibri" w:eastAsia="Calibri"/>
          <w:b w:val="0"/>
          <w:color w:val="15131F"/>
          <w:sz w:val="21"/>
        </w:rPr>
        <w:t>Готово: ваша подписка [название тарифа] отменена с [дата и время]. Последнее списание: [сумма] от [дата]. Окончание [доставок или доступа]: [дата], списаний больше не будет. Подтверждение уже отправлено на [адрес email].</w:t>
      </w:r>
    </w:p>
    <w:p>
      <w:pPr>
        <w:spacing w:after="4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5.3 /cancel-refund: неиспользованный срок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Когда использовать: </w:t>
      </w:r>
      <w:r>
        <w:rPr>
          <w:rFonts w:ascii="Calibri" w:hAnsi="Calibri" w:cs="Calibri" w:eastAsia="Calibri"/>
          <w:b w:val="0"/>
          <w:color w:val="5D5A70"/>
          <w:sz w:val="21"/>
        </w:rPr>
        <w:t>Последнее списание — за неиспользованный срок.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Никогда не обещайте: </w:t>
      </w:r>
      <w:r>
        <w:rPr>
          <w:rFonts w:ascii="Calibri" w:hAnsi="Calibri" w:cs="Calibri" w:eastAsia="Calibri"/>
          <w:b w:val="0"/>
          <w:color w:val="5D5A70"/>
          <w:sz w:val="21"/>
        </w:rPr>
        <w:t>День, когда появятся деньги.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Ответ: </w:t>
      </w:r>
      <w:r>
        <w:rPr>
          <w:rFonts w:ascii="Calibri" w:hAnsi="Calibri" w:cs="Calibri" w:eastAsia="Calibri"/>
          <w:b w:val="0"/>
          <w:color w:val="15131F"/>
          <w:sz w:val="21"/>
        </w:rPr>
        <w:t>Ваше последнее списание [сумма] от [дата] было за [посылку, которая ещё не отправлена, или период, который ещё не начался], поэтому мы вернули его полностью: [сумма] на карту, которая оканчивается на [последние 4 цифры], номер возврата [номер возврата].</w:t>
      </w:r>
    </w:p>
    <w:p>
      <w:pPr>
        <w:spacing w:after="4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5.4 /cancel-reason: вопрос о причине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Когда использовать: </w:t>
      </w:r>
      <w:r>
        <w:rPr>
          <w:rFonts w:ascii="Calibri" w:hAnsi="Calibri" w:cs="Calibri" w:eastAsia="Calibri"/>
          <w:b w:val="0"/>
          <w:color w:val="5D5A70"/>
          <w:sz w:val="21"/>
        </w:rPr>
        <w:t>Один раз, после того как отмена сделана.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Никогда: </w:t>
      </w:r>
      <w:r>
        <w:rPr>
          <w:rFonts w:ascii="Calibri" w:hAnsi="Calibri" w:cs="Calibri" w:eastAsia="Calibri"/>
          <w:b w:val="0"/>
          <w:color w:val="5D5A70"/>
          <w:sz w:val="21"/>
        </w:rPr>
        <w:t>Отвечать на причину новым предложением.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Ответ: </w:t>
      </w:r>
      <w:r>
        <w:rPr>
          <w:rFonts w:ascii="Calibri" w:hAnsi="Calibri" w:cs="Calibri" w:eastAsia="Calibri"/>
          <w:b w:val="0"/>
          <w:color w:val="15131F"/>
          <w:sz w:val="21"/>
        </w:rPr>
        <w:t>Последний вопрос, только если хотите ответить: какая была главная причина? 1 Слишком дорого, 2 Мало пользуюсь, 3 Продукт не подходит, 4 Проблема с доставкой или сервисом, 5 Другое.</w:t>
      </w:r>
    </w:p>
    <w:p>
      <w:pPr>
        <w:spacing w:after="4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5.5 /cancel-later: дверь открыта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Когда использовать: </w:t>
      </w:r>
      <w:r>
        <w:rPr>
          <w:rFonts w:ascii="Calibri" w:hAnsi="Calibri" w:cs="Calibri" w:eastAsia="Calibri"/>
          <w:b w:val="0"/>
          <w:color w:val="5D5A70"/>
          <w:sz w:val="21"/>
        </w:rPr>
        <w:t>Чтобы завершить чат.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Никогда: </w:t>
      </w:r>
      <w:r>
        <w:rPr>
          <w:rFonts w:ascii="Calibri" w:hAnsi="Calibri" w:cs="Calibri" w:eastAsia="Calibri"/>
          <w:b w:val="0"/>
          <w:color w:val="5D5A70"/>
          <w:sz w:val="21"/>
        </w:rPr>
        <w:t>Обещать скидку за возвращение.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Ответ: </w:t>
      </w:r>
      <w:r>
        <w:rPr>
          <w:rFonts w:ascii="Calibri" w:hAnsi="Calibri" w:cs="Calibri" w:eastAsia="Calibri"/>
          <w:b w:val="0"/>
          <w:color w:val="15131F"/>
          <w:sz w:val="21"/>
        </w:rPr>
        <w:t>Спасибо, что были с нами [срок подписки]. Мы сохраним ваши [настройки, адрес или предпочтения], так что возобновить подписку можно в один шаг: [ссылка для возобновления].</w:t>
      </w:r>
    </w:p>
    <w:p>
      <w:pPr>
        <w:spacing w:after="40"/>
      </w:pP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Совет: </w:t>
      </w:r>
      <w:r>
        <w:rPr>
          <w:rFonts w:ascii="Calibri" w:hAnsi="Calibri" w:cs="Calibri" w:eastAsia="Calibri"/>
          <w:b w:val="0"/>
          <w:color w:val="5D5A70"/>
          <w:sz w:val="21"/>
        </w:rPr>
        <w:t>AI-агент может дать ссылку для отмены и сделать предложение. Отменяет подписку, ставит её на паузу или возвращает деньги только человек с доступом к биллингу.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Ярлыки: </w:t>
      </w:r>
      <w:r>
        <w:rPr>
          <w:rFonts w:ascii="Calibri" w:hAnsi="Calibri" w:cs="Calibri" w:eastAsia="Calibri"/>
          <w:b w:val="0"/>
          <w:color w:val="5D5A70"/>
          <w:sz w:val="21"/>
        </w:rPr>
        <w:t>/cancel-start, /cancel-done, /cancel-refund, /cancel-reason, /cancel-later</w:t>
      </w:r>
    </w:p>
    <w:p>
      <w:pPr>
        <w:spacing w:after="160"/>
      </w:pPr>
    </w:p>
    <w:p>
      <w:pPr>
        <w:spacing w:after="60"/>
      </w:pPr>
      <w:r>
        <w:rPr>
          <w:rFonts w:ascii="Calibri" w:hAnsi="Calibri" w:cs="Calibri" w:eastAsia="Calibri"/>
          <w:b/>
          <w:color w:val="15131F"/>
          <w:sz w:val="28"/>
        </w:rPr>
        <w:t>6. Оставьте дверь открытой: возобновление в один шаг</w:t>
      </w:r>
    </w:p>
    <w:p>
      <w:pPr>
        <w:spacing w:after="80"/>
      </w:pPr>
      <w:r>
        <w:rPr>
          <w:rFonts w:ascii="Calibri" w:hAnsi="Calibri" w:cs="Calibri" w:eastAsia="Calibri"/>
          <w:b w:val="0"/>
          <w:color w:val="5D5A70"/>
          <w:sz w:val="20"/>
        </w:rPr>
        <w:t>Последующие письма: Не больше 1 · Только если: Причина изменилась · В каждом ответе: Ссылка для возобновления</w:t>
      </w:r>
    </w:p>
    <w:p>
      <w:pPr>
        <w:spacing w:after="80"/>
      </w:pPr>
      <w:r>
        <w:rPr>
          <w:rFonts w:ascii="Calibri" w:hAnsi="Calibri" w:cs="Calibri" w:eastAsia="Calibri"/>
          <w:b w:val="0"/>
          <w:color w:val="15131F"/>
          <w:sz w:val="21"/>
        </w:rPr>
        <w:t>Каждая отмена заканчивается тем, как вернуться и что остаётся сохранённым. После этого отправляйте не больше одного последующего письма: только если причина ухода изменилась и только если клиент согласился получать от вас письма. Полный план возврата бывших клиентов — в шаблонах писем для возврата клиентов.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Возобновление: тема: </w:t>
      </w:r>
      <w:r>
        <w:rPr>
          <w:rFonts w:ascii="Calibri" w:hAnsi="Calibri" w:cs="Calibri" w:eastAsia="Calibri"/>
          <w:b w:val="0"/>
          <w:color w:val="15131F"/>
          <w:sz w:val="21"/>
        </w:rPr>
        <w:t>С возвращением: ваша подписка [название тарифа] возобновится [дата]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Возобновление: письмо: </w:t>
      </w:r>
      <w:r>
        <w:rPr>
          <w:rFonts w:ascii="Calibri" w:hAnsi="Calibri" w:cs="Calibri" w:eastAsia="Calibri"/>
          <w:b w:val="0"/>
          <w:color w:val="15131F"/>
          <w:sz w:val="21"/>
        </w:rPr>
        <w:t>Здравствуйте, [имя]!</w:t>
        <w:br/>
        <w:br/>
        <w:t>Ваша подписка [название тарифа] снова активна. Первое списание: [сумма] [дата]. Мы сохранили [что сохранено], так что ничего настраивать не нужно.</w:t>
        <w:br/>
        <w:br/>
        <w:t>Отменить подписку или поставить её на паузу можно в любой момент здесь: [ссылка для отмены].</w:t>
        <w:br/>
        <w:br/>
        <w:t>[Ваше имя], [компания]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Последующее письмо: тема: </w:t>
      </w:r>
      <w:r>
        <w:rPr>
          <w:rFonts w:ascii="Calibri" w:hAnsi="Calibri" w:cs="Calibri" w:eastAsia="Calibri"/>
          <w:b w:val="0"/>
          <w:color w:val="15131F"/>
          <w:sz w:val="21"/>
        </w:rPr>
        <w:t>[Что изменилось]: новости от [компания]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Последующее письмо: текст (один раз): </w:t>
      </w:r>
      <w:r>
        <w:rPr>
          <w:rFonts w:ascii="Calibri" w:hAnsi="Calibri" w:cs="Calibri" w:eastAsia="Calibri"/>
          <w:b w:val="0"/>
          <w:color w:val="15131F"/>
          <w:sz w:val="21"/>
        </w:rPr>
        <w:t>Здравствуйте, [имя]!</w:t>
        <w:br/>
        <w:br/>
        <w:t>Когда вы отменили подписку [название тарифа] в [месяце], вы назвали причину: [причина]. Мы это изменили: [что изменилось, одним предложением, с датой].</w:t>
        <w:br/>
        <w:br/>
        <w:t>Если хотите попробовать снова, подписку можно возобновить в один шаг: [ссылка для возобновления]. Если нет, ничего делать не нужно, и это единственное письмо, которое мы пришлём вам об этом.</w:t>
        <w:br/>
        <w:br/>
        <w:t>[Ваше имя], [компания]</w:t>
        <w:br/>
        <w:t>[Ссылка для отписки]</w:t>
      </w:r>
    </w:p>
    <w:p>
      <w:pPr>
        <w:spacing w:after="40"/>
      </w:pPr>
      <w:r>
        <w:rPr>
          <w:rFonts w:ascii="Calibri" w:hAnsi="Calibri" w:cs="Calibri" w:eastAsia="Calibri"/>
          <w:b/>
          <w:color w:val="6B3CF0"/>
          <w:sz w:val="21"/>
        </w:rPr>
        <w:t>Отправляйте последующее письмо, только если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Причина действительно изменилась: появился тариф дешевле, проблема с доставкой устранена, появился продукт, о котором просил клиент.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Клиент согласился получать от вас письма, и в письме есть ссылка для отписки.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Это единственное письмо. Нет ответа — значит «нет».</w:t>
      </w:r>
    </w:p>
    <w:p>
      <w:pPr>
        <w:spacing w:after="160"/>
      </w:pPr>
    </w:p>
    <w:p>
      <w:pPr>
        <w:spacing w:after="60"/>
      </w:pPr>
      <w:r>
        <w:rPr>
          <w:rFonts w:ascii="Calibri" w:hAnsi="Calibri" w:cs="Calibri" w:eastAsia="Calibri"/>
          <w:b/>
          <w:color w:val="15131F"/>
          <w:sz w:val="28"/>
        </w:rPr>
        <w:t>7. Записывайте каждую отмену, затем подводите итоги месяца</w:t>
      </w:r>
    </w:p>
    <w:p>
      <w:pPr>
        <w:spacing w:after="80"/>
      </w:pPr>
      <w:r>
        <w:rPr>
          <w:rFonts w:ascii="Calibri" w:hAnsi="Calibri" w:cs="Calibri" w:eastAsia="Calibri"/>
          <w:b w:val="0"/>
          <w:color w:val="5D5A70"/>
          <w:sz w:val="20"/>
        </w:rPr>
        <w:t>Поля: 8 · Сохранено: Только после списания · Проверка: Раз в месяц, 20 минут</w:t>
      </w:r>
    </w:p>
    <w:p>
      <w:pPr>
        <w:spacing w:after="80"/>
      </w:pPr>
      <w:r>
        <w:rPr>
          <w:rFonts w:ascii="Calibri" w:hAnsi="Calibri" w:cs="Calibri" w:eastAsia="Calibri"/>
          <w:b w:val="0"/>
          <w:color w:val="15131F"/>
          <w:sz w:val="21"/>
        </w:rPr>
        <w:t>Записывайте каждый запрос в день, когда он пришёл, ещё до ответа. Строка готова, когда заполнены все восемь полей; остальное посчитает журнал Excel.</w:t>
      </w:r>
    </w:p>
    <w:p>
      <w:pPr>
        <w:spacing w:after="40"/>
      </w:pPr>
      <w:r>
        <w:rPr>
          <w:rFonts w:ascii="Calibri" w:hAnsi="Calibri" w:cs="Calibri" w:eastAsia="Calibri"/>
          <w:b/>
          <w:color w:val="6B3CF0"/>
          <w:sz w:val="21"/>
        </w:rPr>
        <w:t>Восемь полей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4986"/>
        <w:gridCol w:w="4986"/>
      </w:tblGrid>
      <w:tr>
        <w:tc>
          <w:tcPr>
            <w:tcW w:type="dxa" w:w="4986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Поле</w:t>
            </w:r>
          </w:p>
        </w:tc>
        <w:tc>
          <w:tcPr>
            <w:tcW w:type="dxa" w:w="4986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Что написать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Запрос получен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[дата], а для голосового сообщения или сообщения в нерабочее время — ещё и [время]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Тариф и сумма в месяц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[название тарифа], [цена в месяц]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Канал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«Email», «Чат», «Телефон» или «Самостоятельно»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Причина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Один из 5 вариантов и [слова клиента]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Предложение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«Пауза», «Тариф дешевле» или «Без предложения»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Результат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«Отменена», «На паузе» или «Тариф понижен»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Обработано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[дата], в течение 1 рабочего дня после запроса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Возврат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[сумма] и [номер возврата] или «нет»</w:t>
            </w:r>
          </w:p>
        </w:tc>
      </w:tr>
    </w:tbl>
    <w:p/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Проверка завершения: </w:t>
      </w:r>
      <w:r>
        <w:rPr>
          <w:rFonts w:ascii="Calibri" w:hAnsi="Calibri" w:cs="Calibri" w:eastAsia="Calibri"/>
          <w:b w:val="0"/>
          <w:color w:val="5D5A70"/>
          <w:sz w:val="21"/>
        </w:rPr>
        <w:t>Клиент на паузе не считается сохранённым до первого списания после паузы. В день окончания паузы впишите «Да» или «Нет» в столбец «Возобновлена». Сохранённой выручкой считается только «Да».</w:t>
      </w:r>
    </w:p>
    <w:p>
      <w:pPr>
        <w:spacing w:after="40"/>
      </w:pPr>
      <w:r>
        <w:rPr>
          <w:rFonts w:ascii="Calibri" w:hAnsi="Calibri" w:cs="Calibri" w:eastAsia="Calibri"/>
          <w:b/>
          <w:color w:val="6B3CF0"/>
          <w:sz w:val="21"/>
        </w:rPr>
        <w:t>Проверка раз в месяц, 20 минут</w:t>
      </w:r>
    </w:p>
    <w:p>
      <w:pPr>
        <w:spacing w:after="40"/>
      </w:pPr>
      <w:r>
        <w:rPr>
          <w:rFonts w:ascii="Calibri" w:hAnsi="Calibri" w:cs="Calibri" w:eastAsia="Calibri"/>
          <w:b w:val="0"/>
          <w:color w:val="15131F"/>
          <w:sz w:val="21"/>
        </w:rPr>
        <w:t>1. Главная причина: Одно исправление для самой частой причины; проверьте, из-за какой причины теряется больше всего выручки.</w:t>
      </w:r>
    </w:p>
    <w:p>
      <w:pPr>
        <w:spacing w:after="40"/>
      </w:pPr>
      <w:r>
        <w:rPr>
          <w:rFonts w:ascii="Calibri" w:hAnsi="Calibri" w:cs="Calibri" w:eastAsia="Calibri"/>
          <w:b w:val="0"/>
          <w:color w:val="15131F"/>
          <w:sz w:val="21"/>
        </w:rPr>
        <w:t>2. Предложение: Если его почти никто не принимает, измените его или перестаньте предлагать.</w:t>
      </w:r>
    </w:p>
    <w:p>
      <w:pPr>
        <w:spacing w:after="40"/>
      </w:pPr>
      <w:r>
        <w:rPr>
          <w:rFonts w:ascii="Calibri" w:hAnsi="Calibri" w:cs="Calibri" w:eastAsia="Calibri"/>
          <w:b w:val="0"/>
          <w:color w:val="15131F"/>
          <w:sz w:val="21"/>
        </w:rPr>
        <w:t>3. Списания после отмены: Цель — ноль. По каждому — возврат в тот же день и выясненная причина.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Результаты: </w:t>
      </w:r>
      <w:r>
        <w:rPr>
          <w:rFonts w:ascii="Calibri" w:hAnsi="Calibri" w:cs="Calibri" w:eastAsia="Calibri"/>
          <w:b w:val="0"/>
          <w:color w:val="5D5A70"/>
          <w:sz w:val="21"/>
        </w:rPr>
        <w:t>Отменена, На паузе, Тариф понижен</w:t>
      </w:r>
    </w:p>
    <w:p>
      <w:pPr>
        <w:spacing w:after="160"/>
      </w:pPr>
    </w:p>
    <w:p>
      <w:pPr>
        <w:spacing w:after="80"/>
      </w:pPr>
      <w:r>
        <w:rPr>
          <w:rFonts w:ascii="Calibri" w:hAnsi="Calibri" w:cs="Calibri" w:eastAsia="Calibri"/>
          <w:b/>
          <w:color w:val="15131F"/>
          <w:sz w:val="28"/>
        </w:rPr>
        <w:t>Пример: Подписка на кофе отменена за 15 минут, с возвратом денег</w:t>
      </w:r>
    </w:p>
    <w:p>
      <w:pPr>
        <w:spacing w:after="120"/>
      </w:pPr>
      <w:r>
        <w:rPr>
          <w:rFonts w:ascii="Calibri" w:hAnsi="Calibri" w:cs="Calibri" w:eastAsia="Calibri"/>
          <w:b w:val="0"/>
          <w:color w:val="5D5A70"/>
          <w:sz w:val="21"/>
        </w:rPr>
        <w:t>Клиентка вымышленной ежемесячной подписки на кофе просит отменить подписку в чате на сайте на следующий день после списания за продление. Этот пример шаблона письма об отмене подписки прослеживает её запрос от единственного предложения AI-агента до отмены, которую сделал Тео, возврата, подтверждения и строки в журнале.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Клиент: </w:t>
      </w:r>
      <w:r>
        <w:rPr>
          <w:rFonts w:ascii="Calibri" w:hAnsi="Calibri" w:cs="Calibri" w:eastAsia="Calibri"/>
          <w:b w:val="0"/>
          <w:color w:val="15131F"/>
          <w:sz w:val="21"/>
        </w:rPr>
        <w:t>Здравствуйте, хочу отменить подписку на кофе. Вчера с меня списали 36 $, и эта посылка мне тоже не нужна.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AI-агент: </w:t>
      </w:r>
      <w:r>
        <w:rPr>
          <w:rFonts w:ascii="Calibri" w:hAnsi="Calibri" w:cs="Calibri" w:eastAsia="Calibri"/>
          <w:b w:val="0"/>
          <w:color w:val="15131F"/>
          <w:sz w:val="21"/>
        </w:rPr>
        <w:t>Помогу. Отменить подписку можно в один шаг на inkwell.example/account, или сегодня это сделает за вас сотрудник нашей команды. Если октябрьская посылка ещё не отправлена, по нашим правилам это списание возвращается полностью. Есть один вариант, только если он подойдёт больше: пауза на 1, 2 или 3 месяца. Как вам удобнее?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Клиент: </w:t>
      </w:r>
      <w:r>
        <w:rPr>
          <w:rFonts w:ascii="Calibri" w:hAnsi="Calibri" w:cs="Calibri" w:eastAsia="Calibri"/>
          <w:b w:val="0"/>
          <w:color w:val="15131F"/>
          <w:sz w:val="21"/>
        </w:rPr>
        <w:t>Паузу не надо, спасибо. Пожалуйста, отмените подписку и верните деньги за октябрь. lucia.moreno@example.com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AI-агент: </w:t>
      </w:r>
      <w:r>
        <w:rPr>
          <w:rFonts w:ascii="Calibri" w:hAnsi="Calibri" w:cs="Calibri" w:eastAsia="Calibri"/>
          <w:b w:val="0"/>
          <w:color w:val="15131F"/>
          <w:sz w:val="21"/>
        </w:rPr>
        <w:t>Спасибо, Люсия. Передаю этот чат Тео: он может отменить подписку и вернуть деньги. Повторять ничего не нужно.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Тео (поддержка): </w:t>
      </w:r>
      <w:r>
        <w:rPr>
          <w:rFonts w:ascii="Calibri" w:hAnsi="Calibri" w:cs="Calibri" w:eastAsia="Calibri"/>
          <w:b w:val="0"/>
          <w:color w:val="15131F"/>
          <w:sz w:val="21"/>
        </w:rPr>
        <w:t>Здравствуйте, Люсия, это Тео. Готово: ваша подписка «Две пачки» отменена 6 октября в 9:02. Кофе для октябрьской посылки ещё не обжарили, поэтому я полностью вернул 36,00 $, списанные 5 октября. Посылок и списаний больше не будет. Подтверждение уже отправлено вам на почту.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Клиент: </w:t>
      </w:r>
      <w:r>
        <w:rPr>
          <w:rFonts w:ascii="Calibri" w:hAnsi="Calibri" w:cs="Calibri" w:eastAsia="Calibri"/>
          <w:b w:val="0"/>
          <w:color w:val="15131F"/>
          <w:sz w:val="21"/>
        </w:rPr>
        <w:t>Это было просто, спасибо.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Тео (поддержка): </w:t>
      </w:r>
      <w:r>
        <w:rPr>
          <w:rFonts w:ascii="Calibri" w:hAnsi="Calibri" w:cs="Calibri" w:eastAsia="Calibri"/>
          <w:b w:val="0"/>
          <w:color w:val="15131F"/>
          <w:sz w:val="21"/>
        </w:rPr>
        <w:t>Спасибо, что были с нами 19 месяцев. Последний вопрос, только если хотите ответить: какая была главная причина? 1 Слишком дорого, 2 Мало пользуюсь, 3 Продукт не подходит, 4 Проблема с доставкой или сервисом, 5 Другое.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Клиент: </w:t>
      </w:r>
      <w:r>
        <w:rPr>
          <w:rFonts w:ascii="Calibri" w:hAnsi="Calibri" w:cs="Calibri" w:eastAsia="Calibri"/>
          <w:b w:val="0"/>
          <w:color w:val="15131F"/>
          <w:sz w:val="21"/>
        </w:rPr>
        <w:t>2. Я снова хожу в офис 4 дня в неделю, и кофе успевает выдохнуться.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Тео (поддержка): </w:t>
      </w:r>
      <w:r>
        <w:rPr>
          <w:rFonts w:ascii="Calibri" w:hAnsi="Calibri" w:cs="Calibri" w:eastAsia="Calibri"/>
          <w:b w:val="0"/>
          <w:color w:val="15131F"/>
          <w:sz w:val="21"/>
        </w:rPr>
        <w:t>Спасибо, это нам поможет. Ваши заметки о вкусах сохранены: возобновить подписку можно в один шаг на inkwell.example/account.</w:t>
      </w:r>
    </w:p>
    <w:p>
      <w:pPr>
        <w:spacing w:after="80"/>
      </w:pPr>
    </w:p>
    <w:p>
      <w:pPr>
        <w:spacing w:after="80"/>
      </w:pPr>
      <w:r>
        <w:rPr>
          <w:rFonts w:ascii="Calibri" w:hAnsi="Calibri" w:cs="Calibri" w:eastAsia="Calibri"/>
          <w:b/>
          <w:color w:val="15131F"/>
          <w:sz w:val="24"/>
        </w:rPr>
        <w:t>Карточка отмены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4986"/>
        <w:gridCol w:w="4986"/>
      </w:tblGrid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Клиент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Люсия Морено, Сакраменто, Калифорния, подписчица с марта 2025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Тариф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«Две пачки», 36,00 $ в месяц, списание 5-го числа; посылки отправляются в течение 3 рабочих дней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Запрос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Чат на сайте, вторник, 6 окт. 2026, 8:47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Предложение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Пауза на 1, 2 или 3 месяца, один раз, от AI-агента: отказ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Причина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2, Мало пользуюсь: снова в офисе 4 дня в неделю</w:t>
            </w:r>
          </w:p>
        </w:tc>
      </w:tr>
    </w:tbl>
    <w:p/>
    <w:p>
      <w:pPr>
        <w:spacing w:after="80"/>
      </w:pPr>
      <w:r>
        <w:rPr>
          <w:rFonts w:ascii="Calibri" w:hAnsi="Calibri" w:cs="Calibri" w:eastAsia="Calibri"/>
          <w:b/>
          <w:color w:val="15131F"/>
          <w:sz w:val="24"/>
        </w:rPr>
        <w:t>Письмо-подтверждение, 6 октября, 9:15: шесть фактов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4986"/>
        <w:gridCol w:w="4986"/>
      </w:tblGrid>
      <w:tr>
        <w:tc>
          <w:tcPr>
            <w:tcW w:type="dxa" w:w="4986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Факт</w:t>
            </w:r>
          </w:p>
        </w:tc>
        <w:tc>
          <w:tcPr>
            <w:tcW w:type="dxa" w:w="4986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Что получила Люсия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Дата отмены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6 октября 2026, 9:02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Последнее списание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36,00 $ от 5 октября за октябрьскую посылку: возвращено полностью, номер RF-61027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Окончание доставок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Сентябрьская посылка была последней; октябрьская не будет отправлена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Следующее списание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Не будет: списания 5 ноября не произойдёт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Ваши данные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Аккаунт и заметки о вкусах сохранены для возобновления; по запросу удаляются в течение 30 дней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Возобновление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В один шаг на inkwell.example/account</w:t>
            </w:r>
          </w:p>
        </w:tc>
      </w:tr>
    </w:tbl>
    <w:p/>
    <w:p>
      <w:pPr>
        <w:spacing w:after="80"/>
      </w:pPr>
      <w:r>
        <w:rPr>
          <w:rFonts w:ascii="Calibri" w:hAnsi="Calibri" w:cs="Calibri" w:eastAsia="Calibri"/>
          <w:b/>
          <w:color w:val="15131F"/>
          <w:sz w:val="24"/>
        </w:rPr>
        <w:t>Запись в CRM и журнал отмен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3324"/>
        <w:gridCol w:w="3324"/>
        <w:gridCol w:w="3324"/>
      </w:tblGrid>
      <w:tr>
        <w:tc>
          <w:tcPr>
            <w:tcW w:type="dxa" w:w="3324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Пункт</w:t>
            </w:r>
          </w:p>
        </w:tc>
        <w:tc>
          <w:tcPr>
            <w:tcW w:type="dxa" w:w="3324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Записано</w:t>
            </w:r>
          </w:p>
        </w:tc>
        <w:tc>
          <w:tcPr>
            <w:tcW w:type="dxa" w:w="3324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Статус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Тег разговора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Отмена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Готово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Заметки на контакте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Тариф, отказ от предложения, возврат RF-61027, причина 2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Готово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Строка журнала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Результат «Отменена», 36,00 $ в месяц, сохранено 0,00 $, возврат 36,00 $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Готово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Задача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Проверка отмен за октябрь, Нора, дедлайн 30 окт.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Создана</w:t>
            </w:r>
          </w:p>
        </w:tc>
      </w:tr>
    </w:tbl>
    <w:p/>
    <w:p>
      <w:pPr>
        <w:spacing w:after="240"/>
      </w:pPr>
      <w:r>
        <w:rPr>
          <w:rFonts w:ascii="Calibri" w:hAnsi="Calibri" w:cs="Calibri" w:eastAsia="Calibri"/>
          <w:b w:val="0"/>
          <w:color w:val="5D5A70"/>
          <w:sz w:val="18"/>
        </w:rPr>
        <w:t>Вымышленная компания и клиентка</w:t>
      </w:r>
    </w:p>
    <w:p>
      <w:pPr>
        <w:spacing w:after="80"/>
      </w:pPr>
      <w:r>
        <w:rPr>
          <w:rFonts w:ascii="Calibri" w:hAnsi="Calibri" w:cs="Calibri" w:eastAsia="Calibri"/>
          <w:b/>
          <w:color w:val="15131F"/>
          <w:sz w:val="28"/>
        </w:rPr>
        <w:t>Правила отмены подписки на 12 октября 2026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2493"/>
        <w:gridCol w:w="2493"/>
        <w:gridCol w:w="2493"/>
        <w:gridCol w:w="2493"/>
      </w:tblGrid>
      <w:tr>
        <w:tc>
          <w:tcPr>
            <w:tcW w:type="dxa" w:w="2493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Правило</w:t>
            </w:r>
          </w:p>
        </w:tc>
        <w:tc>
          <w:tcPr>
            <w:tcW w:type="dxa" w:w="2493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Что требует</w:t>
            </w:r>
          </w:p>
        </w:tc>
        <w:tc>
          <w:tcPr>
            <w:tcW w:type="dxa" w:w="2493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Статус</w:t>
            </w:r>
          </w:p>
        </w:tc>
        <w:tc>
          <w:tcPr>
            <w:tcW w:type="dxa" w:w="2493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В ваших ответах</w:t>
            </w:r>
          </w:p>
        </w:tc>
      </w:tr>
      <w:tr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Калифорния: отмена онлайн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Клиент, оформивший подписку онлайн, может отменить её онлайн, когда захочет, через заметную ссылку или кнопку либо заранее заполненное письмо об отмене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Действует; изменения 2024 года применяются к договорам, заключённым, изменённым или продлённым с 1 июля 2025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Ставьте ссылку для отмены в каждый ответ</w:t>
            </w:r>
          </w:p>
        </w:tc>
      </w:tr>
      <w:tr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Калифорния: предложения остаться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Предложение допустимо, только если клиент может отменить подписку: онлайн — рядом показана ссылка «нажмите, чтобы отменить»; по телефону — сначала сказать, что в любой момент можно сказать «отмена»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Действует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Одно предложение, и способ отмены в том же сообщении</w:t>
            </w:r>
          </w:p>
        </w:tc>
      </w:tr>
      <w:tr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Калифорния: телефон и голосовая почта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Быстро отвечать на звонки; после голосового сообщения об отмене отменить подписку или перезвонить в течение 1 рабочего дня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Действует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Записывайте время голосового сообщения и действуйте в течение 1 рабочего дня</w:t>
            </w:r>
          </w:p>
        </w:tc>
      </w:tr>
      <w:tr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Калифорния: изменение цены и годовые тарифы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Уведомление за 7–30 дней до изменения цены; ежегодное напоминание на годовых тарифах; уведомление за 15–45 дней до продления срока от года и больше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Действует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Отправляйте каждое уведомление со ссылкой для отмены</w:t>
            </w:r>
          </w:p>
        </w:tc>
      </w:tr>
      <w:tr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США: ROSCA, федеральный закон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Онлайн-подписки требуют ясных условий, явного информированного согласия и простых способов прекратить регулярные списания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Действует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Для отмены достаточно одного сообщения или одной ссылки</w:t>
            </w:r>
          </w:p>
        </w:tc>
      </w:tr>
      <w:tr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США: правило FTC «нажмите, чтобы отменить»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Объявлено 16 октября 2024; аннулировано Апелляционным судом восьмого округа 8 июля 2025; прежнее правило восстановлено 12 февраля 2026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Не действует; новые правила обсуждаются с марта 2026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Соблюдайте ROSCA и законы штатов; перепроверьте, прежде чем менять процесс</w:t>
            </w:r>
          </w:p>
        </w:tc>
      </w:tr>
      <w:tr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Германия: кнопка отмены, § 312k BGB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Кнопка «Расторгнуть договоры здесь» на сайтах, которые продают подписки потребителям; каждая отмена сразу подтверждается с датой и временем получения и датой окончания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Действует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Дата получения и дата окончания — в подтверждении</w:t>
            </w:r>
          </w:p>
        </w:tc>
      </w:tr>
      <w:tr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Великобритания: Закон о цифровых рынках, конкуренции и потребителях 2024 года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Простой способ расторгнуть договор, онлайн, если он заключён онлайн; письменное уведомление об окончании договора с датой окончания в течение 24 часов после онлайн-запроса, если подзаконные акты не установят другой срок; возврат переплат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Принят, но ещё не действует: на legislation.gov.uk указан как не вступивший в силу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Это покрывает то же письмо-подтверждение</w:t>
            </w:r>
          </w:p>
        </w:tc>
      </w:tr>
    </w:tbl>
    <w:p/>
    <w:p>
      <w:pPr>
        <w:spacing w:after="120"/>
      </w:pPr>
      <w:r>
        <w:rPr>
          <w:rFonts w:ascii="Calibri" w:hAnsi="Calibri" w:cs="Calibri" w:eastAsia="Calibri"/>
          <w:b/>
          <w:color w:val="15131F"/>
          <w:sz w:val="28"/>
        </w:rPr>
        <w:t>Как использовать шаблоны писем об отмене подписки</w:t>
      </w: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1. Пропишите правила один раз</w:t>
      </w:r>
    </w:p>
    <w:p>
      <w:pPr>
        <w:spacing w:after="120"/>
      </w:pPr>
      <w:r>
        <w:rPr>
          <w:rFonts w:ascii="Calibri" w:hAnsi="Calibri" w:cs="Calibri" w:eastAsia="Calibri"/>
          <w:b w:val="0"/>
          <w:color w:val="15131F"/>
          <w:sz w:val="21"/>
        </w:rPr>
        <w:t>Ссылка для отмены, правило возврата за неиспользованный срок, одно предложение для каждой причины и что происходит с данными — в ваших условиях и в базе знаний.</w:t>
      </w: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2. Запишите, затем отмените</w:t>
      </w:r>
    </w:p>
    <w:p>
      <w:pPr>
        <w:spacing w:after="120"/>
      </w:pPr>
      <w:r>
        <w:rPr>
          <w:rFonts w:ascii="Calibri" w:hAnsi="Calibri" w:cs="Calibri" w:eastAsia="Calibri"/>
          <w:b w:val="0"/>
          <w:color w:val="15131F"/>
          <w:sz w:val="21"/>
        </w:rPr>
        <w:t>Добавьте строку, отмените подписку в системе биллинга в течение 1 рабочего дня, отправьте вкладку 1.</w:t>
      </w: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3. Предложите один раз, если подходит</w:t>
      </w:r>
    </w:p>
    <w:p>
      <w:pPr>
        <w:spacing w:after="120"/>
      </w:pPr>
      <w:r>
        <w:rPr>
          <w:rFonts w:ascii="Calibri" w:hAnsi="Calibri" w:cs="Calibri" w:eastAsia="Calibri"/>
          <w:b w:val="0"/>
          <w:color w:val="15131F"/>
          <w:sz w:val="21"/>
        </w:rPr>
        <w:t>Вкладка 2 — в том же сообщении, что и способ отмены, или без предложения вовсе. После «нет» тема закрыта.</w:t>
      </w: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4. Верните деньги и спросите о причине</w:t>
      </w:r>
    </w:p>
    <w:p>
      <w:pPr>
        <w:spacing w:after="120"/>
      </w:pPr>
      <w:r>
        <w:rPr>
          <w:rFonts w:ascii="Calibri" w:hAnsi="Calibri" w:cs="Calibri" w:eastAsia="Calibri"/>
          <w:b w:val="0"/>
          <w:color w:val="15131F"/>
          <w:sz w:val="21"/>
        </w:rPr>
        <w:t>Вкладка 4 — за неиспользованный срок; вопрос о причине один раз (вкладка 3).</w:t>
      </w: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5. Подводите итоги раз в месяц</w:t>
      </w:r>
    </w:p>
    <w:p>
      <w:pPr>
        <w:spacing w:after="120"/>
      </w:pPr>
      <w:r>
        <w:rPr>
          <w:rFonts w:ascii="Calibri" w:hAnsi="Calibri" w:cs="Calibri" w:eastAsia="Calibri"/>
          <w:b w:val="0"/>
          <w:color w:val="15131F"/>
          <w:sz w:val="21"/>
        </w:rPr>
        <w:t>Вкладка 7: исправьте главную причину, проверьте предложение и закончившиеся паузы.</w:t>
      </w:r>
    </w:p>
    <w:p>
      <w:pPr>
        <w:spacing w:after="80"/>
      </w:pPr>
      <w:r>
        <w:rPr>
          <w:rFonts w:ascii="Calibri" w:hAnsi="Calibri" w:cs="Calibri" w:eastAsia="Calibri"/>
          <w:b/>
          <w:color w:val="15131F"/>
          <w:sz w:val="24"/>
        </w:rPr>
        <w:t>Настройка в CRMsoftware.pro</w:t>
      </w:r>
    </w:p>
    <w:p>
      <w:pPr>
        <w:spacing w:after="60"/>
      </w:pPr>
      <w:r>
        <w:rPr>
          <w:rFonts w:ascii="Calibri" w:hAnsi="Calibri" w:cs="Calibri" w:eastAsia="Calibri"/>
          <w:b w:val="0"/>
          <w:color w:val="15131F"/>
          <w:sz w:val="21"/>
        </w:rPr>
        <w:t>1. «Мои боты» &gt; выберите бота &gt; вкладка «Основы»: добавьте правила отмены в поле «База знаний», а в поле «Инструкции» — сразу давать ссылку для отмены, делать предложение один раз, никогда не подтверждать отмену или возврат и передавать чат человеку по запросу. Нажмите «Сохранить изменения», затем проверьте бота в «Попробуйте бота».</w:t>
      </w:r>
    </w:p>
    <w:p>
      <w:pPr>
        <w:spacing w:after="60"/>
      </w:pPr>
      <w:r>
        <w:rPr>
          <w:rFonts w:ascii="Calibri" w:hAnsi="Calibri" w:cs="Calibri" w:eastAsia="Calibri"/>
          <w:b w:val="0"/>
          <w:color w:val="15131F"/>
          <w:sz w:val="21"/>
        </w:rPr>
        <w:t>2. Чат об отмене, которому нужен человек, появляется в разделе «Онлайн-поддержка» со статусом «Ожидает агента». Нажмите «Принять», отмените подписку в системе биллинга, ответьте из единых входящих, затем нажмите «Решить».</w:t>
      </w:r>
    </w:p>
    <w:p>
      <w:pPr>
        <w:spacing w:after="60"/>
      </w:pPr>
      <w:r>
        <w:rPr>
          <w:rFonts w:ascii="Calibri" w:hAnsi="Calibri" w:cs="Calibri" w:eastAsia="Calibri"/>
          <w:b w:val="0"/>
          <w:color w:val="15131F"/>
          <w:sz w:val="21"/>
        </w:rPr>
        <w:t>3. «Настройки» &gt; «Теги разговоров» &gt; «Новый тег»: «Отмена». Ставьте этот тег на каждый чат об отмене; тариф, предложение, результат и номер возврата записывайте в «Заметки» на контакте.</w:t>
      </w:r>
    </w:p>
    <w:p>
      <w:pPr>
        <w:spacing w:after="60"/>
      </w:pPr>
      <w:r>
        <w:rPr>
          <w:rFonts w:ascii="Calibri" w:hAnsi="Calibri" w:cs="Calibri" w:eastAsia="Calibri"/>
          <w:b w:val="0"/>
          <w:color w:val="15131F"/>
          <w:sz w:val="21"/>
        </w:rPr>
        <w:t>4. «Задачи» &gt; «Новая задача» для каждой паузы: «Название задачи» — «Конец паузы: Патрик Дойл», «Исполнитель», «Дедлайн» — дата окончания паузы, чтобы кто-то заполнил «Возобновлена».</w:t>
      </w:r>
    </w:p>
    <w:p>
      <w:pPr>
        <w:spacing w:after="60"/>
      </w:pPr>
      <w:r>
        <w:rPr>
          <w:rFonts w:ascii="Calibri" w:hAnsi="Calibri" w:cs="Calibri" w:eastAsia="Calibri"/>
          <w:b w:val="0"/>
          <w:color w:val="15131F"/>
          <w:sz w:val="21"/>
        </w:rPr>
        <w:t>5. На тарифе Growth: «Настройки» &gt; «Сохраненные ответы» &gt; «Новый ответ», «Ярлык» (например /cancel-done), «Заголовок», «Текст ответа», «Поделиться с командой».</w:t>
      </w:r>
    </w:p>
    <w:p>
      <w:pPr>
        <w:spacing w:after="200"/>
      </w:pPr>
      <w:r>
        <w:rPr>
          <w:rFonts w:ascii="Calibri" w:hAnsi="Calibri" w:cs="Calibri" w:eastAsia="Calibri"/>
          <w:b w:val="0"/>
          <w:color w:val="5D5A70"/>
          <w:sz w:val="21"/>
        </w:rPr>
        <w:t>AI-чат, базовая версия базы знаний и базовые задачи: Free, 3 пользователя. Передача человеку и единые входящие: Launch, 19 $ в месяц при оплате за год, 8 пользователей. Сохранённые ответы: Growth, 49 $ в месяц при оплате за год, 20 пользователей. Приложение не управляет подписками ваших клиентов: отменяйте, ставьте на паузу, переводите на тариф дешевле и возвращайте деньги в своей системе биллинга.</w:t>
      </w:r>
    </w:p>
    <w:p>
      <w:pPr>
        <w:spacing w:after="80"/>
      </w:pPr>
      <w:r>
        <w:rPr>
          <w:rFonts w:ascii="Calibri" w:hAnsi="Calibri" w:cs="Calibri" w:eastAsia="Calibri"/>
          <w:b/>
          <w:color w:val="15131F"/>
          <w:sz w:val="24"/>
        </w:rPr>
        <w:t>Ежемесячная проверка отмен, 20 минут</w:t>
      </w:r>
    </w:p>
    <w:p>
      <w:pPr>
        <w:spacing w:after="6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Всё обработано в течение 1 рабочего дня; нет списаний после даты отмены.</w:t>
      </w:r>
    </w:p>
    <w:p>
      <w:pPr>
        <w:spacing w:after="6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Одно исправление для главной причины.</w:t>
      </w:r>
    </w:p>
    <w:p>
      <w:pPr>
        <w:spacing w:after="6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У каждой закончившейся паузы в «Возобновлена» стоит «Да» или «Нет».</w:t>
      </w:r>
    </w:p>
    <w:p>
      <w:pPr>
        <w:spacing w:after="160"/>
      </w:pPr>
    </w:p>
    <w:p>
      <w:pPr>
        <w:spacing w:after="120"/>
      </w:pPr>
      <w:r>
        <w:rPr>
          <w:rFonts w:ascii="Calibri" w:hAnsi="Calibri" w:cs="Calibri" w:eastAsia="Calibri"/>
          <w:b w:val="0"/>
          <w:color w:val="5D5A70"/>
          <w:sz w:val="18"/>
        </w:rPr>
        <w:t>Бесплатный шаблон от CRMsoftware.pro. Данные примера вымышлены.</w:t>
      </w:r>
    </w:p>
    <w:p>
      <w:pPr>
        <w:spacing w:after="120"/>
      </w:pPr>
      <w:r>
        <w:rPr>
          <w:rFonts w:ascii="Calibri" w:hAnsi="Calibri" w:cs="Calibri" w:eastAsia="Calibri"/>
          <w:b w:val="0"/>
          <w:color w:val="6B3CF0"/>
          <w:sz w:val="18"/>
        </w:rPr>
        <w:t>https://crmsoftware.pro/ru/templates/subscription-cancellation-response-templates</w:t>
      </w:r>
    </w:p>
    <w:sectPr w:rsidR="00FC693F" w:rsidRPr="0006063C" w:rsidSect="00034616">
      <w:pgSz w:w="12240" w:h="15840"/>
      <w:pgMar w:top="1020" w:right="1134" w:bottom="1020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Шаблоны писем об отмене подписки</dc:title>
  <dc:subject/>
  <dc:creator>CRMsoftware.pro</dc:creator>
  <cp:keywords/>
  <dc:description/>
  <cp:lastModifiedBy>CRMsoftware.pro</cp:lastModifiedBy>
  <cp:revision>1</cp:revision>
  <dcterms:created xsi:type="dcterms:W3CDTF">2013-12-23T23:15:00Z</dcterms:created>
  <dcterms:modified xsi:type="dcterms:W3CDTF">2013-12-23T23:15:00Z</dcterms:modified>
  <cp:category/>
</cp:coreProperties>
</file>