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ответов клиентам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25 ответов для писем и чата после покупки: промежуточный ответ, уточнение, возврат денег или товара, задержка доставки, товар под заказ, техническая инструкция, вопрос по оплате, «решено» и напоминание.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Выберите вкладку под ситуацию и замените каждое слово в [скобках] фактами случая. Перед отправкой проверьте пять полей: сначала ответ, шаг клиента, следующее обновление, ваше имя и номер обращения. Записывайте каждый ответ в журнал использования Excel.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Промежуточный ответ на письмо: запрос получен, вот когда будет обновление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Отправить в течение: 1 рабочего часа · Следующее обновление: Тот же или следующий рабочий день · Пропустите: Если можете ответить сразу · Большинство компаний его пропускают: В тесте SuperOffice среди 1000 компаний 90% не подтвердили, что письмо в поддержку дошло.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его, когда не получается полностью ответить в течение часа, например пока вы уточняете у перевозчика. Если можете ответить сразу, этот шаг не нужен.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Мы получили ваш запрос о [теме в 3–5 словах],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написали. Ваш запрос о [теме] у меня, и я уже им занимаюсь: проверяю [что именно, например отслеживание посылки у перевозчика].</w:t>
        <w:br/>
        <w:br/>
        <w:t>Что нужно от вас: пока ничего.</w:t>
        <w:br/>
        <w:t>Следующее обновление: до [время и день], даже если я всё ещё буду ждать ответа.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 вопрос о [теме] у меня, сейчас проверяю [что именно]. Отвечу здесь до [время]. Номер вашего обращения: [номер обращения].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не успеваете к обещанному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Как и обещали, обновление по [теме]: ответа пока нет, потому что [причина в одной строке]. От вас ничего не нужно. Следующее обновление: до [новое время и день]. [Ваше имя], обращение [номер обращения].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Тему словами самого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Время и день, а не «скоро».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Ваше имя и номер обращения.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Результат. Промежуточный ответ обещает следующее обновление, а не решение.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Нужно уточнение: спросите один раз и скажите, что будет дальше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Просите: Что-то одно · Сначала найдите сами: Заказ, аккаунт, историю · После ответа клиента: В течение 2 рабочих часов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его, когда ответить мешает один недостающий факт. Сначала найдите сами всё, что можете, а затем одним сообщением попросите всё, чего ещё не хватает.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Нужно одно уточнение, чтобы [завершить ваш запрос],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Я смогу [решить вопрос / отправить замену], как только получу от вас одно уточнение: [что именно, например фото этикетки на дне коробки].</w:t>
        <w:br/>
        <w:br/>
        <w:t>Зачем это нужно: [одна строка, например по этикетке видно, из какой партии ваши капсулы].</w:t>
        <w:br/>
        <w:t>Что нужно от вас: ответьте на это письмо и пришлите [что именно]. Найти это можно [где].</w:t>
        <w:br/>
        <w:t>Следующее обновление: в течение [2 рабочих часов] после вашего ответа.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Чтобы [решить вопрос], мне нужно одно: [что именно]. Найти это можно [где]. Как только получу, сразу [следующий шаг].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не может это найти: </w:t>
      </w:r>
      <w:r>
        <w:rPr>
          <w:rFonts w:ascii="Calibri" w:hAnsi="Calibri" w:cs="Calibri" w:eastAsia="Calibri"/>
          <w:b w:val="0"/>
          <w:color w:val="15131F"/>
          <w:sz w:val="21"/>
        </w:rPr>
        <w:t>Ничего страшного, [имя]. Подойдёт и [другой вариант, например письмо с подтверждением заказа]. Если нет ни того, ни другого, я [что сделаете вместо этого] до [день].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просите полный номер карты, пароль или код безопасности.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Нет ответа 2 рабочих дня: отправьте напоминание из вкладки 8.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Результат, пока у вас нет нужного уточнения.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Что стоит запросить: </w:t>
      </w:r>
      <w:r>
        <w:rPr>
          <w:rFonts w:ascii="Calibri" w:hAnsi="Calibri" w:cs="Calibri" w:eastAsia="Calibri"/>
          <w:b w:val="0"/>
          <w:color w:val="5D5A70"/>
          <w:sz w:val="21"/>
        </w:rPr>
        <w:t>Номер заказа, Фото товара, Фото этикетки, Один скриншот, Адрес доставки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Возврат денег или товара одобрен: сумма, способ и сроки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Возврат на карту: 5–10 дней · Одобряет: Ответственный за возвраты · Статус: Решено · Откуда эти сроки: Stripe пишет, что клиенты видят возврат на карту примерно через 5–10 рабочих дней после его оформления, в зависимости от банка. Уточните у своего платёжного провайдера.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Отправляйте его, когда человек, который вправе это одобрить, оформил возврат денег или одобрил возврат товара. Решение и сумма идут в первую строку.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одобрен: [сумма] за заказ [номер заказа],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 возврат одобрен: сегодня мы вернули [сумму] за [товар] из заказа [номер заказа] на вашу карту, которая заканчивается на [последние 4 цифры].</w:t>
        <w:br/>
        <w:br/>
        <w:t>Когда деньги поступят: обычно банк показывает возврат на карту в течение [5–10] рабочих дней. Если банк спросит, номер возврата: [номер возврата].</w:t>
        <w:br/>
        <w:t>Что нужно от вас: ничего. [Оставьте товар себе или что с ним сделать].</w:t>
        <w:br/>
        <w:t>Статус: решено. Если до [дата] возврата нет в выписке, ответьте на это письмо, и я его отслежу.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Возврат товара одобрен (сначала товар возвращается к нам):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Возврат [товара] из заказа [номер заказа] одобрен. Что нужно от вас: распечатайте приложенную этикетку и сдайте посылку в пункт приёма [перевозчика] до [дата]. Как только посылку отсканируют, я верну [сумму] на [способ оплаты] и сразу напишу вам. Кто ведёт вопрос: [ваше имя]. Номер обращения: [номер обращения].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Готово, [имя]: сегодня мы вернули [сумму] на вашу карту, которая заканчивается на [последние 4 цифры]. Обычно банк показывает возврат в течение [5–10] рабочих дней. Обращение [номер обращения].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Сумму и номер заказа точно как в вашей платёжной системе.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Последние 4 цифры карты, никогда не полный номер.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придут деньги, или возврат, который ещё не одобрен.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Задержка отправки или доставки: факты, новая дата и запасной план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Называйте: Дату перевозчика · Запасной план: Замена или возврат денег · Обновления до доставки: Каждые 2 рабочих дня · Ещё не отправлен: Не успеваете отправить к дате, которую назвали? Значит, товара нет в наличии: используйте вкладку 5.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заказ отправлен, но опаздывает, или по отслеживанию он доставлен, а у клиента ничего нет. Ещё не отправлен? Используйте вкладку 5.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Заказ [номер заказа] задерживается: новый срок [дата],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Ваш заказ [номер заказа] задерживается. По отслеживанию он сейчас [где он, например на складе перевозчика в Рино], и [перевозчик] теперь называет дату доставки [дата].</w:t>
        <w:br/>
        <w:br/>
        <w:t>Если заказ не придёт до [дата], я [отправлю замену / верну деньги полностью] — как вам удобнее.</w:t>
        <w:br/>
        <w:t>Что нужно от вас: пока ничего. Отслеживание: [ссылка для отслеживания]</w:t>
        <w:br/>
        <w:t>Следующее обновление: до [день] или раньше, если статус отслеживания изменится.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Отмечен как доставленный, но не получен: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По отслеживанию заказ [номер заказа] доставлен [дата] в [время], [куда]. Сегодня мы запросили розыск посылки у [перевозчика]. Что нужно от вас: пожалуйста, спросите у соседей и напишите, если посылка не найдётся до [дата]. Если её не найдут, я [отправлю замену / верну деньги]. Следующее обновление: до [день]. [Ваше имя], обращение [номер обращения].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Заказ [номер заказа] сейчас [где он], и [перевозчик] теперь называет дату [дата]. Если до [дата] он до вас не доберётся, я [заменю его или верну деньги]. Следующее обновление здесь до [день].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Проверьте, прежде чем писать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Последнее событие в отслеживании и новую дату от перевозчика.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Запасной план и его дату, согласованные с [ответственным].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доставки, которую не назвал перевозчик. Обещайте то, что зависит от вас: обновление и запасной план.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Нет в наличии или под заказ: уведомление о задержке и вариант отмены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Возврат при отмене: 7 рабочих дней · Задержка до 30 дней: Нет ответа = согласие · Позже или неизвестно: Назовите дату отмены · За пределами США: Эти формулировки следуют правилу FTC в США. Проверьте правила своей страны.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его, как только поймёте, что не успеваете отправить заказ вовремя. В США правило FTC о заказах по почте, через интернет и по телефону в этом случае требует получить согласие клиента на задержку, при отмене быстро и полностью вернуть деньги и дать способ отменить заказ за ваш счёт.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[Товар] задерживается: новая дата отправки [дата] или отмена с полным возвратом денег,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Письмо, новая дата отправки известна: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 сожалению, [товара] из заказа [номер заказа] нет в наличии, и мы не сможем отправить его до [исходная дата]. Мы рассчитываем отправить его [новая дата отправки].</w:t>
        <w:br/>
        <w:br/>
        <w:t>Выберите вариант:</w:t>
        <w:br/>
        <w:t>- Подождать: от вас ничего не нужно. Если до отправки мы не получим от вас ответа, будем считать, что вы согласны с новой датой.</w:t>
        <w:br/>
        <w:t>- Отменить: ответьте «отмена» или воспользуйтесь [ссылкой для отмены], и мы полностью вернём [сумму] в течение [7] рабочих дней.</w:t>
        <w:br/>
        <w:br/>
        <w:t>Следующее обновление: [дата] или сразу после отправки.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Письмо, дата отправки неизвестна: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[Товара] из заказа [номер заказа] нет в наличии, потому что [причина], и назвать новую дату отправки я пока не могу. Вы можете подождать и отменить заказ в любой момент до отправки или отменить его сейчас: ответьте «отмена» или воспользуйтесь [ссылкой для отмены], и мы полностью вернём [сумму] в течение [7] рабочих дней. Если вы не ответите, а мы не отправим заказ до [исходная дата плюс 30 дней], мы отменим его и вернём вам деньги полностью. Следующее обновление: [дата]. Кто ведёт вопрос: [ваше имя]. Номер обращения: [номер обращения].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Предложить похожий товар (только если клиент его выберет): </w:t>
      </w:r>
      <w:r>
        <w:rPr>
          <w:rFonts w:ascii="Calibri" w:hAnsi="Calibri" w:cs="Calibri" w:eastAsia="Calibri"/>
          <w:b w:val="0"/>
          <w:color w:val="15131F"/>
          <w:sz w:val="21"/>
        </w:rPr>
        <w:t>[Похожий товар] есть в наличии, и мы можем отправить его [дата] по той же цене. Если хотите получить его вместо заказанного, ответьте «замена». Если нет, ничего не меняется: вы по-прежнему можете подождать или отменить заказ.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[Товара] нет в наличии, поэтому отправить его до [дата] не получится. Ожидаем [новая дата]. Можно подождать или отменить заказ сейчас с полным возвратом денег: просто напишите здесь. Обращение [номер обращения].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для уведомления о задержке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Новая дата позже исходной не более чем на 30 дней: напишите, что отсутствие ответа означает согласие.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Позже или дата неизвестна: напишите, что отмените заказ и вернёте деньги, если клиент не ответит до исходной даты плюс 30 дней.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Возврат денег в течение 7 рабочих дней. Зачисление на баланс в магазине не считается.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отправляйте другой товар без согласия клиента.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 поступления, которую поставщик не подтвердил письменно.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Техническая инструкция: пронумерованные шаги, тест и один скриншот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Шагов: До 5 · В конце: Тест · Если не пройден: 1 скриншот · Когда обращение открывают повторно: Обычно в ответе пропущен шаг или неверно названа кнопка. Исправьте строку в библиотеке и обновите дату в столбце «Последняя проверка».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клиент может решить проблему сам: до 5 шагов с точными названиями кнопок, тест и один скриншот, только если тест не пройден.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Как устранить [проблему в 3–5 словах] примерно за [2] минуты,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Дело в [причине в одной строке, например настройке в приложении], и исправить это можно примерно за [2] минуты.</w:t>
        <w:br/>
        <w:br/>
        <w:t>1. [Откройте экран или меню].</w:t>
        <w:br/>
        <w:t>2. [Действие с точным названием кнопки].</w:t>
        <w:br/>
        <w:t>3. [Действие].</w:t>
        <w:br/>
        <w:t>4. [Сохраните или перезапустите].</w:t>
        <w:br/>
        <w:br/>
        <w:t>Тест: [что клиент должен увидеть, например лампа включится в течение 1 минуты].</w:t>
        <w:br/>
        <w:t>Если тест не пройден: ответьте и пришлите один скриншот [какого именно экрана], и дальше я всё возьму на себя.</w:t>
        <w:br/>
        <w:t>Следующее обновление: если до [день и время] от вас не будет ответа, я свяжусь с вами.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Давайте исправим прямо здесь: 1. [шаг]. 2. [шаг]. 3. [шаг]. Что вы сейчас видите? Если не [ожидаемый результат], пришлите мне скриншот [экрана].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на скриншоте видна неисправность: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На скриншоте видно [что видно], значит, неисправность в [детали]. Сегодня мы бесплатно отправим вам замену. От вас ничего не нужно, номер для отслеживания придёт по почте. [Ваше имя], обращение [номер обращения].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Как писать шаги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Проверьте их сами на той же версии, что у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Точные названия: «Расписание освещения», а не «настройки».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всё заработает. Обещайте тест и следующий шаг, если тест не пройдёт.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Вопрос по оплате: что это за списание, со ссылкой на счёт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 ответе: Что, когда, сколько · Приложите: Ссылку на счёт · Если оспаривают: Ответы на спорные платежи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Используйте, когда клиент спрашивает, что это за списание, почему изменилась сумма или где счёт. Клиент оспаривает платёж или упоминает свой банк? Используйте шаблоны писем о спорном платеже.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Ваше списание на [сумму] от [даты]: [что это],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Списание на [сумму] от [даты] — это [что это, например ваша коробка со сменными капсулами, которую мы отправляем раз в 2 месяца]. Деньги списаны с вашей карты, которая заканчивается на [последние 4 цифры]. Счёт: [ссылка на счёт]</w:t>
        <w:br/>
        <w:br/>
        <w:t>Откуда это списание: [одна строка, например при оформлении заказа вы выбрали подписку на сменные капсулы].</w:t>
        <w:br/>
        <w:t>Что нужно от вас: ничего, если всё так, как вы ожидали. Чтобы [изменить или отменить подписку], [как это сделать, в одной строке], или просто ответьте, и я сделаю это за вас.</w:t>
        <w:br/>
        <w:t>Статус: ответ дан. Если что-то всё ещё выглядит неправильно, ответьте на это письмо.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Запрос счёта или чека: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Вот счёт за [заказ или период]: [ссылка на счёт]. Если нужно изменить имя или адрес, пришлите точную формулировку, и я сегодня же отправлю новый. [Ваше имя], обращение [номер обращения].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Списание на [сумму] от [даты] — это [что это]. Вот счёт: [ссылка]. Если хотите изменить или отменить, могу сделать это прямо здесь.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Сверьте списание с вашей платёжной системой: дата, сумма, последние 4 цифры.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Цитируйте условия со страницы цен или из подтверждения заказа.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Возврат или компенсацию, которые вы не вправе одобрить. Скажите, кто решает и к какому сроку.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«Решено, подтвердите», напоминание и вежливый отказ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Напоминание: 2-й рабочий день · Закрытие: 5-й рабочий день · Журнал: Каждый отправленный ответ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Ответ «решено» не закрывает обращение. Оно закрывается, когда клиент подтвердил решение или срок после напоминания прошёл без ответа, а все использованные ответы записаны в журнал.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Решено: [проблема в 3–5 словах], пожалуйста, подтвердите,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[Проблема] устранена: [что вы сделали или что изменилось, в одной строке].</w:t>
        <w:br/>
        <w:br/>
        <w:t>Как проверить: [что клиент должен увидеть сейчас].</w:t>
        <w:br/>
        <w:t>Что нужно от вас: если всё в порядке, ответьте «работает», а если нет, напишите, что видите.</w:t>
        <w:br/>
        <w:t>Статус: решено. Если до [дата, через 5 рабочих дней] от вас не будет ответа, я закрою это обращение. Ответ на это письмо в любой момент откроет его снова.</w:t>
        <w:br/>
        <w:t>Один вопрос, если найдётся минутка: как бы вы оценили эту помощь по шкале от 1 до 5?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молчащему клиенту, тема: </w:t>
      </w:r>
      <w:r>
        <w:rPr>
          <w:rFonts w:ascii="Calibri" w:hAnsi="Calibri" w:cs="Calibri" w:eastAsia="Calibri"/>
          <w:b w:val="0"/>
          <w:color w:val="15131F"/>
          <w:sz w:val="21"/>
        </w:rPr>
        <w:t>[Проблема] больше не беспокоит?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Напоминание молчащему клиенту: один раз, на 2-й рабочий день: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Хочу уточнить по [проблеме]: теперь всё работает?</w:t>
        <w:br/>
        <w:br/>
        <w:t>Что нужно от вас: ничего, если всё работает. Если нет, ответьте и опишите, что видите, и я займусь этим в тот же день.</w:t>
        <w:br/>
        <w:t>Статус: решено. Если ответа не будет, я закрою это обращение [дата]. Ответ на это письмо в любой момент откроет его снова.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Мы этим не занимаемся, 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 запрос о [запросе], обращение [номер обращения]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Мы этим не занимаемся, 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вопрос. Мы не [что вы не делаете, например отправляем заказы за пределы США], потому что [одна честная причина].</w:t>
        <w:br/>
        <w:br/>
        <w:t>Что я могу предложить: [ближайшее, что делаете вы, или того, кто это делает].</w:t>
        <w:br/>
        <w:t>Что нужно от вас: [ничего / один шаг для альтернативы].</w:t>
        <w:br/>
        <w:t>Статус: ответ дан. Если мы вас неправильно поняли, ответьте, и я посмотрю ещё раз.</w:t>
        <w:br/>
        <w:br/>
        <w:t>Кто ведёт вопрос: [ваше имя], [должность]</w:t>
        <w:br/>
        <w:t>Номер обращения: [номер обращения]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завершения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Проверка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Готово, когда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Заполненный пример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Подтверждено или срок прошёл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«работает» или 5-й рабочий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«Работает», вт 6 окт., 12:14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Напоминание, если клиент молчит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раз, на 2-й рабочий день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 6 окт., 09:10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 ответы записаны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строка журнала на каждый ответ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строки, оценка 5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Открыто повторно: </w:t>
      </w:r>
      <w:r>
        <w:rPr>
          <w:rFonts w:ascii="Calibri" w:hAnsi="Calibri" w:cs="Calibri" w:eastAsia="Calibri"/>
          <w:b w:val="0"/>
          <w:color w:val="5D5A70"/>
          <w:sz w:val="21"/>
        </w:rPr>
        <w:t>Та же проблема после ответа «решено»: снова откройте обращение и запишите «Открыто повторно» = «Да» для ответа, который не помог.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Причины закрытия: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подтвердил, Нет ответа после напоминания, Мы этим не занимаемся, Перешло в спорный платёж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Одно обращение: от промежуточного ответа до подтверждённого закрытия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Sproutwell Home Gardens, вымышленный интернет-магазин настольных мини-огородов для зелени, получает письмо в нерабочее время: фитолампа не включается. Лия отвечает по четырём шаблонам ответов клиентам, и обращение закрывается, когда клиентка подтверждает решение.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Ср 30 сент., 21:47. Заказ SW-30418. С тех пор как я настроила расписание освещения в приложении, лампа вообще не включается, а мой базилик клонится набок. Если это нельзя исправить, я хочу вернуть товар.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Лия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Чт 1 окт., 08:41, промежуточный ответ: Мы получили ваше письмо, номер обращения T-2131. Проверяю настройки вашего огорода и пришлю решение сегодня до 12:00. Пока от вас ничего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Лия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Чт 1 окт., 11:20, техническая инструкция: Дело в настройке расписания, её можно исправить примерно за 2 минуты: 3 шага в приложении, затем перезапуск. Тест: лампа включится в течение 1 минуты. Если нет, пришлите один скриншот экрана «Расписание освещения».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Чт 1 окт., 19:06. Сделала все 3 шага. Всё равно темно. Скриншот во вложении.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Лия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Пт 2 окт., 08:35, решено, подтвердите: Нашла причину. На вашем скриншоте видно, что включён «Режим отпуска», который приостанавливает освещение. Выключите его вверху экрана. Если всё в порядке, ответьте «работает»; иначе я закрою обращение в пт 9 окт.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Лия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Вт 6 окт., 09:10, напоминание: Лампа теперь работает? Если да, ничего делать не нужно. Если ответа не будет, я закрою обращение в пт 9 окт.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Вт 6 окт., 12:14. Простите, что пропала! Работает, и базилик снова стоит прямо. 5 из 5.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Заполненный ответ: техническая инструкция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Сначала 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Настройка расписания, исправляется примерно за 2 минуты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Шаг клиента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шага в приложении, затем перезапуск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Лампа включается в течение 1 минуты после перезапуска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Если тест не пройден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скриншот экрана «Расписание освещения»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Следующее обновление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Связаться до пт 2 окт., 12:00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Лия Морено, поддержка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Номер обращения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T-2131, заказ SW-30418, София Беннет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подтвердил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«Работает», вт 6 окт., 12:14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Ответы записаны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строки в журнале использования, оценка 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Первый ответ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Через 41 минуту после начала рабочего дня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«T-2131: связаться с клиентом», Лия, дедлайн вт 6 окт., 09:00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Заметки о контакте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Был включён «Режим отпуска»; возврат не нужен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Изменение в библиотеке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Добавлен шаг 1: проверить «Режим отпуска»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Одна структура для каждого письма службы поддержки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 каждом шаблоне одни и те же пять полей в одном и том же порядке: первая строка и последние четыре говорят клиенту, как обстоят дела.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Сначала ответ или решение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Первое предложение отвечает или сообщает решение: деньги возвращены, заказ задерживается, проблема устранена. Подробности потом.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Один шаг клиента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Одно действие и где его выполнить или «пока ничего», чтобы клиенту не пришлось гадать.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Следующее обновление или «решено»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День и время, которые вы соблюдёте, даже если новостей нет. Или «решено» с датой закрытия.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Ответственный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Конкретный человек и его должность, а не «команда». Если ответственный меняется, скажите, кто ведёт вопрос теперь.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Номер обращения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В теме и в конце письма, чтобы каждый ответ попадал в то же обращение.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Тема письма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Ответ и номер обращения, которые видны прямо в списке входящих.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Пример: </w:t>
      </w:r>
      <w:r>
        <w:rPr>
          <w:rFonts w:ascii="Calibri" w:hAnsi="Calibri" w:cs="Calibri" w:eastAsia="Calibri"/>
          <w:b w:val="0"/>
          <w:color w:val="15131F"/>
          <w:sz w:val="21"/>
        </w:rPr>
        <w:t>Возврат одобрен: 89,00 $ за заказ SW-30212, обращение T-2101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Целевые сроки для каждого ответа поддержки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Когда отправлять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Если ничего не происходит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Промежуточный ответ (вкладка 1)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рабочего часа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Ответьте к обещанному времени или перенесите его, пока оно не прошло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Нужно уточнение (вкладка 2)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первом ответе, один раз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ответа 2 рабочих дня: напоминание (вкладка 8)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Ответы по сути (вкладки 3, 4, 6, 7)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тот же рабочий день, не позже обещанного времени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Следующее обновление в названный день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Уведомление «нет в наличии» (вкладка 5)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только узнаете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Отправьте в новую дату или верните деньги в течение 7 рабочих дней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Решено, подтвердите (вкладка 8)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Когда считаете, что проблема устранена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2-й рабочий день: напоминание молчащему клиенту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После подтверждения или на 5-й рабочий день без ответа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Если клиент напишет снова, откройте то же обращение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Шаблоны ответов клиентам: как ими пользоваться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Скопируйте нужные ответы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Из файла Word или библиотеки Excel. Замените имена, часы работы и правила на свои.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Задайте свои сроки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Ваши часы работы, время обновлений и кто может одобрять возвраты. Начните с таблицы выше.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Заполните пять полей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Ответ, шаг, следующее обновление, имя, номер обращения. В отправленном ответе не должно остаться ни одной скобки.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Записывайте и закрывайте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Записывайте каждый ответ в журнал. Закрывайте после подтверждения или когда истёк срок после напоминания.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Исправляйте ответы со статусом «Переписать» и проверяйте те, у которых прошла дата проверки.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Чаты, которые передаёт AI-агент, появляются в «Онлайн-поддержке» со статусом «Ожидает агента»: нажмите «Принять» и ответьте.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тарифе Growth сохраните варианты для чата: «Настройки» &gt; «Сохраненные ответы» &gt; «Новый ответ», «Ярлык» (например /holding), «Заголовок», «Текст ответа», «Поделиться с командой». Введите ярлык в поле ответа чата.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Для каждого обещанного обновления: «Задачи» &gt; «Новая задача», «Название задачи» — «T-2131: связаться с клиентом», «Исполнитель», а обещанное время укажите в поле «Дедлайн». Каждое утро проверяйте «На сегодня» и «Просроченные» в разделе «Мои задачи».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Ставьте теги чатам в «Настройки» &gt; «Теги разговоров» &gt; «Новый тег» (например «Возврат») и записывайте итог в «Заметки»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Включите «Оценки удовлетворенности» (вкладка бота «Поведение»), чтобы клиент мог поставить оценку звёздами в конце чата.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Когда клиент подтвердит решение, нажмите «Решить», а в задаче — «Отметить выполненной». Письма отправляются из вашего собственного почтового ящика.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 CRMsoftware.pro нет таймеров SLA для обращений, автоматических писем-напоминаний и макросов, которые сами выполняют действия с обращением: ваш таймер — дедлайн задачи. Передача человеку и единые входящие: Launch, 19 $ в месяц при оплате за год, 8 пользователей. Сохранённые ответы: Growth, 49 $. Free: AI-чат и базовые задачи для 3 пользователей.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Еженедельная проверка ответов, 15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Ответы со статусом «Переписать»: прочитайте повторно открытые обращения, исправьте неудачный шаг.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Ответы, у которых прошла «Следующая проверка»: сверьте цены, правила и названия кнопок.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Ответ, который трижды набрали вручную, становится новой строкой библиотеки.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https://crmsoftware.pro/ru/templates/support-reply-templates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ответов клиентам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