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Шаблоны благодарственных писем клиентам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Благодарственные письма и короткие версии для 9 поводов: первый заказ, постоянный клиент, годовщина, после встречи, завершённый проект, рекомендация, отзыв или обратная связь, терпение после проблемы и обращение в поддержку.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Выберите шаблон для своего повода и замените каждое слово в [скобках], прежде всего одну конкретную деталь. Отправьте в тот же день, не позднее чем через 48 часов, без предложений, допродаж и просьб об отзыве. Записывайте каждую благодарность в журнал благодарностей Excel, чтобы никого не поблагодарить дважды и никого не забыть.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Письмо «Спасибо за заказ» после первой покупки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Срок: В тот же день · Следующий шаг: Кому звонить, если что-то не так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Когда отправлять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 тот же день, когда первый заказ оплачен или доставлен. Не позднее чем через 48 часов.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Автоматическое подтверждение заказа — это не благодарность. Это письмо отправляет человек: с подписью и адресом, ответы на который он действительно читает.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 за ваш первый заказ, [имя]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Спасибо, что выбрали [компания] для [что заказали]. [Одна конкретная деталь, например: я знаю, что меню нужно было подготовить до открытия в субботу, и очень хорошо, что они ушли раньше срока].</w:t>
        <w:br/>
        <w:br/>
        <w:t>Если с заказом что-то не так, ответьте на это письмо или позвоните мне по номеру [телефон], и я лично всё улажу.</w:t>
        <w:br/>
        <w:br/>
        <w:t>Ещё раз спасибо,</w:t>
        <w:br/>
        <w:t>[ваше имя]</w:t>
        <w:br/>
        <w:t>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Короткая версия для чата или сообщения: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 за ваш первый заказ, [имя]! [Одна конкретная деталь]. Если что-то не так, просто ответьте здесь, и я всё исправлю. 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Только благодарность: </w:t>
      </w:r>
      <w:r>
        <w:rPr>
          <w:rFonts w:ascii="Calibri" w:hAnsi="Calibri" w:cs="Calibri" w:eastAsia="Calibri"/>
          <w:b w:val="0"/>
          <w:color w:val="5D5A70"/>
          <w:sz w:val="21"/>
        </w:rPr>
        <w:t>Без промокода и без «вам также может понравиться». Письмо, которое продвигает предложение, может считаться маркетинговым: по американскому закону CAN-SPAM в нём тогда нужны ссылка для отказа от рассылки и ваш почтовый адрес. Уберите предложение, и благодарность останется благодарностью.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добавляйте: </w:t>
      </w:r>
      <w:r>
        <w:rPr>
          <w:rFonts w:ascii="Calibri" w:hAnsi="Calibri" w:cs="Calibri" w:eastAsia="Calibri"/>
          <w:b w:val="0"/>
          <w:color w:val="5D5A70"/>
          <w:sz w:val="21"/>
        </w:rPr>
        <w:t>Промокод, Допродажа, Ссылка на отзыв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Спасибо за поддержку: постоянным клиентам и в годовщину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Постоянный клиент: После 2-го заказа · Годовщина: В день годовщины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Когда отправлять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Постоянный клиент: после второго заказа, а затем на настоящих вехах, например на десятом заказе или после года ежемесячных заказов. Не после каждого заказа.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Годовщина: в день годовщины, через год после первого заказа или начала договора.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Постоянный клиент, тема: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вернулись, [имя]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Постоянный клиент, 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Это уже ваш [второй, десятый] заказ у нас с [месяца]. Спасибо. [Одна конкретная деталь, например: этикетки для полок, которые мы печатали в марте, до сих пор висят в каждом ряду, я вижу их каждый раз, когда прохожу мимо].</w:t>
        <w:br/>
        <w:br/>
        <w:t>Здесь ничего не нужно делать или покупать. Мы просто хотели, чтобы вы знали: мы это замечаем и ценим.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Годовщина, тема: </w:t>
      </w:r>
      <w:r>
        <w:rPr>
          <w:rFonts w:ascii="Calibri" w:hAnsi="Calibri" w:cs="Calibri" w:eastAsia="Calibri"/>
          <w:b w:val="0"/>
          <w:color w:val="15131F"/>
          <w:sz w:val="21"/>
        </w:rPr>
        <w:t>Год с вашего первого заказа, [имя]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Годовщина, 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Ровно год назад пришёл первый заказ от [их компании]: [что это было]. С тех пор мы [один правдивый факт, например: четыре раза печатали ваши меню и дважды карты лояльности].</w:t>
        <w:br/>
        <w:br/>
        <w:t>Спасибо за вашу поддержку в этом году. Если есть хоть одна вещь, которую мы могли бы делать лучше, расскажите мне о ней.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Короткая версия для чата или сообщения: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 за ваш [десятый] заказ, [имя]. Мы это замечаем и ценим. 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Считайте по своим записям, а не по памяти. Неверная цифра в письме к годовщине вредит больше, чем отсутствие письма.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добавляйте: </w:t>
      </w:r>
      <w:r>
        <w:rPr>
          <w:rFonts w:ascii="Calibri" w:hAnsi="Calibri" w:cs="Calibri" w:eastAsia="Calibri"/>
          <w:b w:val="0"/>
          <w:color w:val="5D5A70"/>
          <w:sz w:val="21"/>
        </w:rPr>
        <w:t>Скидка за лояльность, Ссылка на опрос, Просьба о рекомендации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Благодарственное письмо клиенту после встречи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Срок: В тот же день · Следующий шаг: Да: что, кто, к какому сроку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Когда отправлять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 тот же день, что и встреча или звонок, пока вы оба всё помните.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Это единственная благодарность, в которой уместен следующий шаг: что будет дальше, кто это сделает и к какому сроку.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уделили мне время сегодня, [имя]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 за сегодняшнюю встречу, на которой мы обсудили [тему]. Было полезно услышать [одна конкретная мысль клиента, его словами].</w:t>
        <w:br/>
        <w:br/>
        <w:t>Следующий шаг: я [что вы сделаете] до [дня]. Если до этого что-то понадобится, звоните мне по номеру [телефон].</w:t>
        <w:br/>
        <w:br/>
        <w:t>Если в чём-то я ошибаюсь, просто ответьте и поправьте меня.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Короткая версия после звонка: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 за сегодняшний звонок, [имя]. Как договорились, я [следующий шаг] до [дня]. 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Ограничьтесь одним следующим шагом. Для резюме из нескольких пунктов или если клиент потом замолчал, используйте шаблоны писем-напоминаний.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Один следующий шаг, например: </w:t>
      </w:r>
      <w:r>
        <w:rPr>
          <w:rFonts w:ascii="Calibri" w:hAnsi="Calibri" w:cs="Calibri" w:eastAsia="Calibri"/>
          <w:b w:val="0"/>
          <w:color w:val="5D5A70"/>
          <w:sz w:val="21"/>
        </w:rPr>
        <w:t>Макет к пятнице, Смета к понедельнику, Образец по почте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Спасибо за завершённый проект: письмо и открытка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Письмо в течение: 48 часов · Открытка: На той же неделе · Следующий шаг: Только кому звонить, если возникнут вопросы.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Когда отправлять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 течение 48 часов после сдачи работы, когда клиент подтвердил, что получил то, что хотел.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Для крупного или долгого проекта добавьте рукописную открытку по почте на той же неделе.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 за [проект], [имя]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Спасибо, что доверили нам [проект]. [Один конкретный момент из проекта, например: новый логотип получился только с третьего макета, но результат того стоил].</w:t>
        <w:br/>
        <w:br/>
        <w:t>Если по [сданной работе] возникнут вопросы, ответьте здесь или позвоните мне по номеру [телефон].</w:t>
        <w:br/>
        <w:br/>
        <w:t>С вами было приятно работать.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Короткая версия для чата или сообщения: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 за [проект], [имя]. [Одна конкретная деталь]. Если возникнут вопросы, просто напишите здесь. [ваше 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Рукописная открытка, 3 строки: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t>Спасибо за [проект]. [Одна конкретная деталь, которая вам особенно понравилась].</w:t>
        <w:br/>
        <w:t>С вами было приятно работать. [ваше 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Открытка или письмо: </w:t>
      </w:r>
      <w:r>
        <w:rPr>
          <w:rFonts w:ascii="Calibri" w:hAnsi="Calibri" w:cs="Calibri" w:eastAsia="Calibri"/>
          <w:b w:val="0"/>
          <w:color w:val="5D5A70"/>
          <w:sz w:val="21"/>
        </w:rPr>
        <w:t>Сначала отправьте письмо, чтобы благодарность пришла в течение 48 часов. Открытка придёт на той же неделе. Никогда не вкладывайте в конверт предложение или просьбу об отзыве.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Письмо с благодарностью за рекомендацию в тот же день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Срок: В тот же день · Вознаграждение: Только если обещали заранее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Когда отправлять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 тот же день, когда рекомендованный человек связался с вами, что бы он ни решил.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сообщайте клиенту, что купил или сколько заплатил рекомендованный человек.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Чтобы попросить о рекомендации или настроить вознаграждение за неё, используйте шаблоны просьбы о рекомендации и отзыве. Эта вкладка — только благодарность.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 за знакомство, [имя]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Сегодня [имя рекомендованного] из [компании рекомендованного] связался с нами и упомянул вас. Спасибо за знакомство. Каким бы ни было решение, я ценю, что вы поручились за нас своим именем.</w:t>
        <w:br/>
        <w:br/>
        <w:t>Обещаю, мы всё сделаем как следует.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Короткая версия для чата или сообщения: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направили к нам [имя рекомендованного], [имя]. Обещаю, мы всё сделаем как следует. [ваше 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Почему это работает: </w:t>
      </w:r>
      <w:r>
        <w:rPr>
          <w:rFonts w:ascii="Calibri" w:hAnsi="Calibri" w:cs="Calibri" w:eastAsia="Calibri"/>
          <w:b w:val="0"/>
          <w:color w:val="5D5A70"/>
          <w:sz w:val="21"/>
        </w:rPr>
        <w:t>В экспериментах Адама Гранта и Франчески Джино короткая письменная благодарность повышала готовность людей помочь снова: и тому, кто их поблагодарил, и новому человеку. Рекомендация — это помощь. Поблагодарите, ещё не зная, чем всё закончится.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Подробности их сделки, Вторая просьба, Ожидание продажи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Спасибо за отзыв или обратную связь, без вознаграждения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 в течение: 48 часов · Вознаграждение: Нет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Когда отправлять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Отзыв: ответьте публично в течение 48 часов, хороший он или плохой.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Обратная связь по почте, в чате или в опросе: поблагодарите в течение 48 часов и скажите, что вы с ней сделаете.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Публичный ответ на положительный отзыв: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[имя]. [Одна деталь из отзыва, например: мы рады, что меню выдержали целые выходные после открытия]. Над этим заказом было приятно работать. 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Публичный ответ на критический отзыв: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нашли время написать это, [имя]. Вы правы: [справедливое замечание]. Мы уже [что вы изменили]. Если вы не против, позвоните мне по номеру [телефон], и я всё исправлю. 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Обратная связь, 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Спасибо, что рассказали нам о [их замечании]. [Что вы сделаете, например: со следующей недели каждый макет мы будем отправлять не только по почте, но и в SMS].</w:t>
        <w:br/>
        <w:br/>
        <w:t>Спасибо, что нашли время. Именно такие отзывы помогают нам становиться лучше.</w:t>
        <w:br/>
        <w:br/>
        <w:t>[ваше имя], [компания]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для отзывов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Отвечайте на каждый отзыв, а не только на хорошие. Совет самого Google: упоминайте конкретную деталь вместо одинакового «спасибо» для всех и не включайте в ответы скидки и акции.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благодарите автора отзыва скидкой, подарком или бонусом на счёт. Google не разрешает вознаграждения за любые отзывы и просьбы только к довольным клиентам. В США FTC советует не просить отзывы только у тех клиентов, от которых вы ждёте положительной оценки, а правило FTC 2024 года запрещает вознаграждения, привязанные к положительному или отрицательному отзыву.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Чтобы попросить об отзыве, отправьте отдельное сообщение в другой день, одинаковое для всех клиентов. Текст и правила — в шаблонах просьбы о рекомендации и отзыве.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 ответе на отзыв 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Скидки, Акции, Личные данные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Спасибо за терпение, когда проблема уже решена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Отправить: В день исправления · Извинение: Один раз, до этого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Когда отправлять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 тот же день, когда проблема решена: задержка доставки, брак печати, ошибка в счёте, сбой в работе.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Сначала исправьте. Пока жалоба ещё открыта, используйте вместо этого шаблоны ответов на жалобы клиентов.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 за ваше терпение, [имя]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[Проблема] решена: [что вы сделали, например: сегодня утром мы доставили 500 перепечатанных карт]. Спасибо за терпение, пока мы всё исправляли, и за [одно конкретное действие клиента, например: фото, на котором была видна проблема].</w:t>
        <w:br/>
        <w:br/>
        <w:t>Если что-то всё ещё не так, ответьте здесь, и я лично этим займусь.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Короткая версия для чата или сообщения: </w:t>
      </w:r>
      <w:r>
        <w:rPr>
          <w:rFonts w:ascii="Calibri" w:hAnsi="Calibri" w:cs="Calibri" w:eastAsia="Calibri"/>
          <w:b w:val="0"/>
          <w:color w:val="15131F"/>
          <w:sz w:val="21"/>
        </w:rPr>
        <w:t>Всё исправлено, [имя]: [что вы сделали]. Спасибо за терпение и за [одно конкретное действие клиента]. [ваше 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 извинение: </w:t>
      </w:r>
      <w:r>
        <w:rPr>
          <w:rFonts w:ascii="Calibri" w:hAnsi="Calibri" w:cs="Calibri" w:eastAsia="Calibri"/>
          <w:b w:val="0"/>
          <w:color w:val="5D5A70"/>
          <w:sz w:val="21"/>
        </w:rPr>
        <w:t>Извинитесь один раз, в ответе, который решает проблему. Это сообщение благодарит за терпение. Второе длинное извинение снова превращает его в жалобу.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Поблагодарите за: </w:t>
      </w:r>
      <w:r>
        <w:rPr>
          <w:rFonts w:ascii="Calibri" w:hAnsi="Calibri" w:cs="Calibri" w:eastAsia="Calibri"/>
          <w:b w:val="0"/>
          <w:color w:val="5D5A70"/>
          <w:sz w:val="21"/>
        </w:rPr>
        <w:t>Ожидание, Фото или подробности, Гибкость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Обращение в поддержку: поблагодарите клиента за помощь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Отправить: Когда вопрос решён · Следующий шаг: Как открыть снова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Когда отправлять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Когда вопрос решён и клиент это подтвердил. В чате — до того, как чат завершится.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Поблагодарите за то, что сделал сам клиент: понятное описание, скриншот, быструю проверку.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Чат или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Рады, что всё получилось, [имя]. Спасибо за [конкретная помощь, например: фото сообщения об ошибке], это сэкономило нам много времени. Если проблема вернётся, просто напишите здесь, и мы ею займёмся.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Письмо, тема: </w:t>
      </w:r>
      <w:r>
        <w:rPr>
          <w:rFonts w:ascii="Calibri" w:hAnsi="Calibri" w:cs="Calibri" w:eastAsia="Calibri"/>
          <w:b w:val="0"/>
          <w:color w:val="15131F"/>
          <w:sz w:val="21"/>
        </w:rPr>
        <w:t>Решено: [тема обращения]. Спасибо, [имя]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 за помощь с [обращением]. [Конкретная помощь, например: по вашему скриншоту мы нашли проблему за минуту].</w:t>
        <w:br/>
        <w:br/>
        <w:t>Обращение закрыто. Если [проблема] вернётся, ответьте на это письмо, и мы продолжим с того места, где остановились.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Благодарите за то, что сделал клиент, а не «за обращение в службу поддержки». Если ваш чат в конце просит поставить оценку звёздами, сначала отправьте благодарность.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добавляйте: </w:t>
      </w:r>
      <w:r>
        <w:rPr>
          <w:rFonts w:ascii="Calibri" w:hAnsi="Calibri" w:cs="Calibri" w:eastAsia="Calibri"/>
          <w:b w:val="0"/>
          <w:color w:val="5D5A70"/>
          <w:sz w:val="21"/>
        </w:rPr>
        <w:t>Допродажа, Переход на тариф выше, Опрос до решения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Первый заказ, перепечатка и рекомендация за девять дней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Wexford Print Studio, вымышленная типография для местного бизнеса, за девять дней отправляет Кармен Руис четыре благодарности. Каждое благодарственное письмо клиенту называет одну конкретную вещь, уходит в течение 48 часов и ничего не продаёт. Первое сообщение Кармен приходит в чат на сайте, где первым отвечает AI-агент.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Чт, 24 сент., 21:10: Здравствуйте, я Кармен Руис из Lantern Street Cafe. Мы открываемся заново в субботу, 3 октября, и нам нужны 2000 меню и 500 карт лояльности. Успеете к этому сроку?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Да. Меню и карты печатаются в течение 3 рабочих дней после утверждения макета. Ирис, владелица, пришлёт вам смету и первый макет завтра до 10:00. Подскажете ваш email и номер телефона?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Ирис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Вт, 29 сент., 16:40, письмо «Спасибо за ваш первый заказ, Кармен»: Спасибо, что выбрали Wexford для меню и карт лояльности к открытию. Я знаю, что всё нужно было подготовить до субботы, и очень рада, что заказ ушёл на четыре дня раньше. Если что-то не так, ответьте здесь или позвоните мне по номеру 555-0163.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Чт, 1 окт., 9:05, чат: Здравствуйте, Ирис! Около 200 карт лояльности обрезаны не по центру. Фото прилагаю. Мы открываемся в субботу.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Ирис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Чт, 1 окт., 9:20: Простите, Кармен, это наша ошибка. Сегодня перепечатаем все 500 карт, и завтра до 11:00 они будут у вас.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Ирис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Пт, 2 окт., 11:35, письмо «Спасибо за ваше терпение, Кармен»: Сегодня утром мы доставили 500 перепечатанных карт. Спасибо за терпение за два дня до открытия и за фото, по которому мы сразу увидели, какая обрезка была неверной.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Пн, 5 окт., 10:12, чат: Выходные после открытия прошли отлично. Моему другу Лео Маркетти нужен новый прайс-лист для его барбершопа, я дала ему ваш номер.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Ирис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Пн, 5 окт., 16:10, письмо «Спасибо за знакомство, Кармен»: Сегодня днём позвонил Лео Маркетти из Marchetti Barbers и упомянул вас. Спасибо за знакомство. Каким бы ни было его решение, я ценю, что вы поручились за нас своим именем.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Вт, 6 окт., отзыв в Google: Меню на плотной матовой бумаге пережили наши первые загруженные выходные, а ошибку с обрезкой исправили за день. 5 звёзд.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Ирис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Ср, 7 окт., 9:15, публичный ответ: Спасибо, Кармен. Мы рады, что меню выдержали целые выходные после открытия. Ошибка с обрезкой была нашей, и спасибо, что так быстро о ней сообщили. Ирис, Wexford Print Studio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Журнал благодарностей: Кармен Руис, Lantern Street Cafe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Повод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Отправлено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 течение 48 часов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Первый заказ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29 сент., email, в тот же день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Терпение после проблемы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Пт, 2 окт., email, в тот же день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Рекомендация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Пн, 5 окт., email, в тот же день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Отзыв или обратная связь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Ср, 7 окт., публичный ответ, на следующий день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В CRMsoftware.pro на 7 октября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Контакт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Кармен Руис, Lantern Street Cafe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Заметки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Открылись заново 3 окт. Карты перепечатаны 2 окт., наша ошибка обрезки.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 что поблагодарили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Первый заказ, терпение, знакомство с Лео, отзыв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Задачи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 задачи-благодарности, все отмечены выполненными до дедлайна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Новый лид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Лео Маркетти, Marchetti Barbers, прайс-лист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Не отправлено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 скидки, ни просьбы об отзыве, ни допродажи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клиент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Когда говорить спасибо и когда уместен следующий шаг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Повод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Когда отправлять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Канал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Следующий шаг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Рукописная открытка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Первый заказ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день оплаты или доставки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Email от человека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Кому звонить, если что-то не так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Только для крупного первого заказа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Постоянный клиент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48 часов после 2-го заказа или вехи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Email или чат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После встречи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тот же день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Email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Да: что, кто и к какому сроку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Завершённый проект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48 часов после сдачи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Email, потом открытка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Кому звонить, если возникнут вопросы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Да, на той же неделе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Рекомендация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тот же день, когда человек связался с вами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Email или сообщение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Уместна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Отзыв или обратная связь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48 часов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Публичный ответ или email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Обратная связь: что вы измените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Терпение после проблемы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день исправления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Канал, где возникла проблема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Как связаться с вами, если что-то не так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Обращение в поддержку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Когда вопрос решён, до завершения чата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Тот же канал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Как открыть снова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Годовщина сотрудничества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день годовщины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Email или открытка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Уместна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Шесть правил для профессионального благодарственного письма клиенту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Они действуют для письма, чата, открытки и публичного ответа на отзыв. Договоритесь о них один раз для всей команды.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Назовите одну конкретную вещь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Что клиент купил, сказал или сделал, с деталью, которую знаете только вы. «Спасибо за сотрудничество» подходит любому клиенту, поэтому этому клиенту оно ничего не говорит.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Фраза: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 за фото карт: по нему мы сразу увидели, какая обрезка была неверной.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В тот же день, не позднее 48 часов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Скорость показывает, что вы заметили. Создавайте задачу, когда повод случился, а не когда вы о нём вспомнили. Благодарность через неделю выглядит как формальность.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Без скрытых продаж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Ни скидки, ни допродажи, ни «вам также может понравиться», ни ссылки на опрос. Благодарность, которая продвигает предложение, может считаться маркетинговым письмом, а в США такому письму нужны ссылка для отказа от рассылки и ваш почтовый адрес.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Следующий шаг — только если он помогает клиенту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После встречи скажите, что будет дальше. После заказа или проекта — кому звонить, если что-то не так. Во всех остальных случаях закончите благодарностью.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От руки — для важных поводов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Email для повседневных поводов. Рукописная открытка, отправленная на той же неделе, — для завершённого проекта, рекомендации или годовщины. Трёх строк достаточно, и письмо всё равно уходит первым.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Сначала благодарность, отзыв — потом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Никогда в одном сообщении. Просите каждого клиента одинаково, без вознаграждения и без готовых формулировок. Google запрещает вознаграждения и выборочные просьбы, а FTC советует не просить только тех клиентов, от которых вы ждёте положительного отзыва.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Эта страница не является юридической консультацией. Правила для писем и отзывов в разных странах отличаются, поэтому проверьте официальные правила там, где живут ваши клиенты.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пользоваться этими шаблонами благодарственных писем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Выберите повод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Откройте вкладку для того, что произошло. Используйте письмо или короткую версию для чата и сообщений.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Впишите одну деталь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Замените каждое слово в скобках. Важнее всего конкретная деталь: если не можете её вписать, спросите того, кто работал с клиентом.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Отправьте в течение 48 часов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Лучше в тот же день. Запишите дату повода и дату отправки в журнал Excel или в задачу в CRM.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Уберите продажу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Перечитайте письмо и удалите любое предложение, ссылку или опрос. Просьба об отзыве уходит отдельным сообщением, в другой день.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Проверяйте журнал каждую неделю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Отправьте просроченное, назначьте одного ответственного за всё, что записано дважды, и посмотрите, какие поводы вы пропускаете чаще всего.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Когда повод случился, откройте «Задачи» и нажмите «Новая задача»: заполните «Название задачи», например «Благодарность: Кармен Руис, рекомендация», выберите в поле «Исполнитель» того, кто её отправит, и укажите «Дедлайн» не позднее чем через 2 дня. В «Мои задачи» видны «На сегодня» и «Просроченные».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Запишите, за что вы поблагодарили клиента, в поле «Заметки» контакта с датой, чтобы никто не поблагодарил его дважды за один и тот же повод.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Отправьте письмо из своего почтового ящика. Запишите дату и канал в поле «Сводка статуса» и нажмите «Отметить выполненной».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На тарифе Growth сохраните короткие версии для чата: «Настройки» &gt; «Сохраненные ответы» &gt; «Новый ответ», заполните «Ярлык», например /thanks, «Заголовок» и «Текст ответа», затем включите «Поделиться с командой». В поле ответа в чате введите ярлык и замените скобки.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В «Мои боты» откройте своего бота и включите «Оценки удовлетворенности» на вкладке «Поведение»: в конце разговора клиенты видят предложение поставить оценку звёздами, а оценки появляются в «Аналитика» в разделе «Удовлетворенность». Отправьте благодарность за обращение в поддержку до того, как чат завершится.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CRMsoftware.pro не отправляет благодарственные письма за вас: автоматических благодарностей и писем-напоминаний нет. Каждое письмо вы пишете сами, а задачи следят за пределом 48 часов. AI-чат и базовые задачи бесплатны для 3 пользователей; сохранённые ответы входят в Growth, 49 $ в месяц при оплате за год.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Еженедельная проверка благодарностей, 10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«Просрочено»: отправьте сегодня или пропустите, если прошло больше недели.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«Записано дважды»: назначьте одного ответственного за этого клиента.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Каждая отправленная благодарность называет одну конкретную вещь.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 в одной благодарности нет предложения, скидки или ссылки на отзыв.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Повод, который вы пропускаете чаще всего: создавайте задачу в тот же день, когда он случился.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примера вымышленные.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https://crmsoftware.pro/ru/templates/thank-you-email-templates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Шаблоны благодарственных писем клиентам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