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Чек-лист настройки WhatsApp Business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40 проверок в 8 группах для подключения WhatsApp к AI-агенту и входящим: для каждой указаны ответственный и подтверждение, которое нужно записать, плюс тест первого разговора и проверка восстановления.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Проходите 8 групп по порядку. Впишите ответственного и срок рядом с каждой проверкой и храните подтверждения (скриншоты, ссылки, заметки) в одной общей папке. Никогда не записывайте PIN-код двухшаговой проверки в этот файл.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Чек-лист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Перед началом: приложение или платформа, номер и владелец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Группа: 1 из 8 · Тариф: Launch или выше · Нельзя: Использовать личный номер сотрудника. Номер уйдёт вместе с ним, а с ним и все чаты.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Приложение WhatsApp Business рассчитано на ответы вручную: быстрые ответы, приветственные сообщения и сообщения об отсутствии, до 10 связанных устройств. WhatsApp Business Platform, которую часто называют WhatsApp Business API, подключает WhatsApp к программам, например к AI-агенту или общим входящим команды. Решите эти вопросы до того, как открывать какие-либо настройки.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Выберите продукт: платформу, если отвечать будет AI-агент или общие входящие команды, приложение, если отвечает один человек с одного телефона.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Решение и дата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Выберите номер, который принадлежит вашей компании и оплачивается ею, с кодом страны и города и возможностью принимать SMS или звонки.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Номер в формате с +, на кого оформлен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Проверьте, не используется ли номер уже в WhatsApp. Решите: перенести его, подключить в режиме совместного использования или взять новый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Как номер используется сейчас и решение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Убедитесь, что бизнес-портфолио Meta принадлежит вашей компании, а не агентству или фрилансеру.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Название портфолио, ID, кто создал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Назначьте двух администраторов: владельца и резервного.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Имена, email, дата добавления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Номер должен принадлежать вам, иметь код страны и города и принимать SMS или голосовые звонки. Номер, который используется в WhatsApp, нельзя зарегистрировать, пока его там не удалят.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Совместное использование: </w:t>
      </w:r>
      <w:r>
        <w:rPr>
          <w:rFonts w:ascii="Calibri" w:hAnsi="Calibri" w:cs="Calibri" w:eastAsia="Calibri"/>
          <w:b w:val="0"/>
          <w:color w:val="5D5A70"/>
          <w:sz w:val="21"/>
        </w:rPr>
        <w:t>Некоторые провайдеры могут подключить номер, который уже работает в приложении WhatsApp Business, так что приложение и платформа будут пользоваться им вместе. Для этого нужна версия приложения 2.24.17 или выше, а часть функций приложения отключится. Уточните у провайдера, прежде чем подключать номер, который сейчас работает в приложении.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Настройка аккаунта WhatsApp Business: формат номера и профиль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Группа: 2 из 8 · Пример: +1 512 555 0147 · Неверно и верно: +44 07700 900123 — неверно. +44 7700 900123 — верно.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Запишите номер один раз в международном формате, который часто называют E.164: знак плюс, код страны, затем номер без начального 0. Везде используйте именно эту форму.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Формат номера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Местный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Международный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Ссылка wa.me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(512) 555-0147 (США)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+1 512 555 0147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https://wa.me/15125550147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07700 900123 (Великобритания)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+44 7700 900123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https://wa.me/447700900123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[местный номер с 0]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+[код страны] [номер без 0]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https://wa.me/[код страны][номер]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Meta рекомендует указывать знак плюс и код страны. Без плюса перед номером клиента добавляется код страны вашего бизнес-номера.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Запишите номер компании в международном формате и везде используйте именно эту форму.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Номер в том виде, как он опубликован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Укажите в качестве отображаемого имени реальное название компании.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Отображаемое имя, как его отправили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Заполните профиль: описание, адрес, часы работы, сайт, email или телефон поддержки.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Скриншот профиля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Сохраняйте номера клиентов в CRM с + и кодом страны.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Контакты проверены или исправлены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2.5 Проверьте ссылку wa.me с другого телефона, не с рабочего телефона компании.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Ссылка и дата проверки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Описание профиля: </w:t>
      </w:r>
      <w:r>
        <w:rPr>
          <w:rFonts w:ascii="Calibri" w:hAnsi="Calibri" w:cs="Calibri" w:eastAsia="Calibri"/>
          <w:b w:val="0"/>
          <w:color w:val="15131F"/>
          <w:sz w:val="21"/>
        </w:rPr>
        <w:t>[Название компании] в [городе]. [Чем вы занимаетесь, одной строкой]. Отвечаем в WhatsApp [дни], [часы]. Нужно срочно? Звоните: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Указывайте в профиле контакты поддержки, например email, сайт или номер телефона, и держите их актуальными.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Настройка WhatsApp Business API через «Быстрое подключение»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Тариф: Launch · Ответственный: Администратор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 CRMsoftware.pro WhatsApp подключается к боту. Бот автоматически отвечает на сообщения WhatsApp через Meta Business API, а чаты появляются в ваших единых входящих. Сначала настройте в Meta Business Suite аккаунт WhatsApp Business со своим номером.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Порядок подключения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бота: «Мои боты», выберите бота, нажмите «Сохранить изменения». Каналы подключаются только к сохранённому боту.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Вкладка «Каналы»: Рядом с WhatsApp нажмите «Подключить канал».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«Быстрое подключение»: Нажмите «Быстрое подключение» и войдите с помощью Facebook как администратор бизнес-портфолио.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Выбор и разрешения: Выберите свой аккаунт WhatsApp Business и предоставьте разрешения на обмен сообщениями. Появится статус «Подключено».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Требуется: </w:t>
      </w:r>
      <w:r>
        <w:rPr>
          <w:rFonts w:ascii="Calibri" w:hAnsi="Calibri" w:cs="Calibri" w:eastAsia="Calibri"/>
          <w:b w:val="0"/>
          <w:color w:val="15131F"/>
          <w:sz w:val="21"/>
        </w:rPr>
        <w:t>Аккаунт WhatsApp Business, связанный с Meta, и тариф Launch или выше.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Подтвердите номер кодом из SMS или голосового звонка и при регистрации задайте PIN-код двухшаговой проверки.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Подтвердите номер кодом из SMS или звонка.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Дата подтверждения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Задайте 6-значный PIN-код и сохраните его в менеджере паролей.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Где он хранится, но не сам PIN-код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Подключите WhatsApp через «Быстрое подключение».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Кто подключил, дата, скриншот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Добавьте часы работы, цены и правила передачи в «Инструкции» бота и запретите запрашивать номера карт, банковских счетов и документов.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Дата обновления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Включите уведомления: «Отправлять уведомления по почте» и «Назначенные пользователи» на вкладке «Подключение», «Мобильные уведомления» в разделе «Онлайн-поддержка».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Кто какие уведомления получает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Понадобится: </w:t>
      </w:r>
      <w:r>
        <w:rPr>
          <w:rFonts w:ascii="Calibri" w:hAnsi="Calibri" w:cs="Calibri" w:eastAsia="Calibri"/>
          <w:b w:val="0"/>
          <w:color w:val="5D5A70"/>
          <w:sz w:val="21"/>
        </w:rPr>
        <w:t>Вход через Facebook, Аккаунт WhatsApp Business, Сохранённый бот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Согласие на сообщения (opt-in) и 24-часовое окно обслуживания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Окно: 24 ч · Обновляется: С каждым сообщением клиента · После 24 часов: Только одобренные шаблоны. CRMsoftware.pro отвечает в пределах окна и не отправляет шаблоны.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Пишите только тем, кто сам дал вам свой номер и согласился получать от вас сообщения, и выполняйте каждую просьбу прекратить, в WhatsApp или вне его. В согласии должно быть сказано, что человек будет получать сообщения в WhatsApp, и названа ваша компания.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Форма записи: </w:t>
      </w:r>
      <w:r>
        <w:rPr>
          <w:rFonts w:ascii="Calibri" w:hAnsi="Calibri" w:cs="Calibri" w:eastAsia="Calibri"/>
          <w:b w:val="0"/>
          <w:color w:val="15131F"/>
          <w:sz w:val="21"/>
        </w:rPr>
        <w:t>Да, я разрешаю [название компании] писать мне в WhatsApp на номер [номер телефона] по поводу [моей записи]. Я могу в любой момент попросить прекратить.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 стойки: </w:t>
      </w:r>
      <w:r>
        <w:rPr>
          <w:rFonts w:ascii="Calibri" w:hAnsi="Calibri" w:cs="Calibri" w:eastAsia="Calibri"/>
          <w:b w:val="0"/>
          <w:color w:val="15131F"/>
          <w:sz w:val="21"/>
        </w:rPr>
        <w:t>Можно мы будем писать вам в WhatsApp на этот номер насчёт вашего [ремонта]? Вы в любой момент можете попросить нас перестать.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Сообщение клиента открывает 24-часовое окно обслуживания клиентов, и каждое новое сообщение запускает его заново. Внутри окна вы отвечаете как обычно. После его закрытия можно отправлять только одобренные шаблоны.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Добавьте текст согласия в формы, на сайт, на стойку и в телефонные разговоры.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Текст и где он используется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Фиксируйте каждое согласие: дата, источник, на что человек согласился.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Команда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Заметка в контакте CRM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Установите целевое время ответа человека с большим запасом до 24 часов, например 30 минут в рабочее время.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Цель в правилах команды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После 24 часов связывайтесь звонком или письмом: задача в CRM со сроком.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в заметках команды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Отмечайте просьбы прекратить в тот же день и останавливайте все сообщения на этот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и ответственный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У автоматических ответов должен быть быстрый, понятный и прямой путь к человеку, например передача чата живому сотруднику прямо в чате. Никогда не просите полные номера карт, банковских счетов или документов.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Одобрение шаблонов сообщений WhatsApp и сохранённые ответы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Сохранённые ответы: Внутри 24 ч · Шаблоны: После одобрения · Не обещайте: Сообщение в WhatsApp на следующей неделе, если не можете отправить одобренный шаблон.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Сохранённые ответы — это текстовые заготовки в ваших входящих. Шаблоны сообщений — это сообщения, которые Meta проверяет и одобряет. Если их перепутать, запланированное повторное сообщение так и не дойдёт.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Заготовки или шаблоны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Сохранённые ответы (заготовки)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Шаблоны сообщений WhatsApp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это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Текст, который команда вставляет по ярлыку со слешем, например /hours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Сообщение, которое вы отправляете на проверку в Meta и рассылаете после одобрения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одобряет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Никто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Meta, до первой отправки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WhatsApp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внутри 24-часового окна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Также вне окна, тем, кто дал согласие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Категории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 (marketing), служебные (utility) или аутентификация (authentication)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CRMsoftware.pro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«Настройки» &gt; «Сохраненные ответы», тариф Growth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отправляются из CRMsoftware.pro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Решение может занять до 24 часов. Частые причины отказа: неверный формат переменных, переменная в начале или в конце, нарушение правил, запрос конфиденциальных данных, дубликаты. Решение можно обжаловать, приложив пример.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Служебные шаблоны продолжают то, что клиент сделал или о чём попросил, и не содержат рекламы. Маркетинговые охватывают всё от узнаваемости до продаж. Шаблоны аутентификации подтверждают личность.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/hours: </w:t>
      </w:r>
      <w:r>
        <w:rPr>
          <w:rFonts w:ascii="Calibri" w:hAnsi="Calibri" w:cs="Calibri" w:eastAsia="Calibri"/>
          <w:b w:val="0"/>
          <w:color w:val="15131F"/>
          <w:sz w:val="21"/>
        </w:rPr>
        <w:t>Мы работаем [дни], [часы]. Приносите [изделие] в любое время, пока мы открыты, записываться не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/price: </w:t>
      </w:r>
      <w:r>
        <w:rPr>
          <w:rFonts w:ascii="Calibri" w:hAnsi="Calibri" w:cs="Calibri" w:eastAsia="Calibri"/>
          <w:b w:val="0"/>
          <w:color w:val="15131F"/>
          <w:sz w:val="21"/>
        </w:rPr>
        <w:t>[Услуга] стоит [цена] и занимает около [срока]. Записать вас на [день]?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Составьте список сообщений, которые вы отправляете каждую неделю: ответы внутри окна или сообщения, которые вы начинаете сами.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Список с пометкой для каждого сообщения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Превратите ответы в сохранённые ответы с короткими ярлыками.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Руководитель команды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Список ярлыков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Для сообщений, которые вы начинаете сами, например напоминаний: шаблоны в сервисе, который их отправляет, или звонок либо письмо.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Решение по каждому сообщению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Если используете шаблоны: правильная категория, переменные по порядку, ни одной в начале или в конце, пример.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Название, категория, статус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Объясните команде: сохранённые ответы работают только внутри 24-часового окна.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Руководитель команды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Дата инструктажа</w:t>
      </w:r>
    </w:p>
    <w:p>
      <w:pPr>
        <w:spacing w:after="40"/>
      </w:pP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Тест первого разговора: три тестовых сообщения и один реальный чат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Цель: 1 реальный чат · Тесты: 3, затем 1 реальный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Настройка завершена, когда один настоящий разговор проходит весь путь от первого сообщения до записи в CRM. Сначала проверьте всё со второго телефона.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Тестовое сообщение 1: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во сколько вы открываетесь в [день]?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Тестовое сообщение 2: </w:t>
      </w:r>
      <w:r>
        <w:rPr>
          <w:rFonts w:ascii="Calibri" w:hAnsi="Calibri" w:cs="Calibri" w:eastAsia="Calibri"/>
          <w:b w:val="0"/>
          <w:color w:val="15131F"/>
          <w:sz w:val="21"/>
        </w:rPr>
        <w:t>Можно поговорить с человеком, пожалуйста?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Тестовое сообщение 3: </w:t>
      </w:r>
      <w:r>
        <w:rPr>
          <w:rFonts w:ascii="Calibri" w:hAnsi="Calibri" w:cs="Calibri" w:eastAsia="Calibri"/>
          <w:b w:val="0"/>
          <w:color w:val="15131F"/>
          <w:sz w:val="21"/>
        </w:rPr>
        <w:t>Пожалуйста, больше не присылайте мне сообщения.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Тест 1 с телефона, не связанного с аккаунтом: AI отвечает правильно.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Время, верный ли ответ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Тест 2: чат ждёт в разделе «Онлайн-поддержка», уведомления приходят, человек принимает чат и вовремя отвечает.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Руководитель команды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Кто принял, минуты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Тест 3: просьба прекратить отмечена, и сообщения на этот номер больше не отправляются.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Заметка в контакте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В контакте есть + и код страны, а чат виден в единых входящих.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Скриншот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Проведите первый разговор с реальным клиентом от начала до конца и запишите его в журнал.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Руководитель команды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Журнал тестов: Реальный клиент, Пройден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Записывайте, когда закрывается каждое окно. Если клиенту что-то понадобится позже, запланируйте звонок или письмо.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Проверка восстановления и доступа: PIN-код, администраторы и резервный администратор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PIN-код: 6 цифр · Администраторы: Не меньше 2 · Проверяйте каждые: 3 месяца и в день ухода администратора.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Проверьте доступ до того, как он понадобится. Потерянный PIN-код или уход единственного администратора могут заблокировать любые изменения вашего номера WhatsApp.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PIN-код состоит из 6 цифр. Если вы его забыли, измените его в WhatsApp Manager: настройки номера телефона, вкладка «Двухшаговая проверка», «Изменить PIN-код».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Храните PIN-код в общем менеджере паролей, который может открыть резервный администратор.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Хранилище и запись, но не сам PIN-код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Пусть резервный администратор один раз найдёт «Изменить PIN-код» в WhatsApp Manager.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Резервный 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Дата проверки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Убедитесь, что оба администратора по-прежнему могут открыть портфолио и аккаунт WhatsApp Business.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Имена, дата проверки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Держите телефонную линию активной и оформленной на компанию, чтобы получать коды по SMS или звонку.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Оператор, на кого оформлен номер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Когда сотрудник уходит, отключайте его доступ в тот же 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при уходе сотрудника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единственный администратор ушёл: </w:t>
      </w:r>
      <w:r>
        <w:rPr>
          <w:rFonts w:ascii="Calibri" w:hAnsi="Calibri" w:cs="Calibri" w:eastAsia="Calibri"/>
          <w:b w:val="0"/>
          <w:color w:val="15131F"/>
          <w:sz w:val="21"/>
        </w:rPr>
        <w:t>Ничего не меняйте, пока у нового администратора не появится доступ к портфолио. Затем переподключите канал под его учётной записью.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Запуск и контроль: первая неделя и дальше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Разбор: 7-й день · Затем: Каждые 3 месяца · Успех: Подключение завершено, и один реальный разговор проведён.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Запускайтесь, когда группы 1–7 выполнены, а затем внимательно следите за первой неделей.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Разместите ссылку на WhatsApp на сайте, в профиле компании в Google, в подписи писем и на чеках.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Где размещена ссылка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Добавьте ссылку wa.me в разделе «Альтернативные ссылки на чат» на вкладке «Каналы» бота, чтобы она отображалась в вашем виджете чата.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Администратор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Дата добавления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В течение 7 дней ежедневно читайте каждый чат в WhatsApp и исправляйте неверные ответы в базе знаний.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Руководитель команды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Исправления с датами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Разбор на 7-й день: передачи, поздние ответы, просьбы прекратить, повторные контакты после 24 часов.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Заметки разбора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8.5 Каждые 3 месяца: канал в статусе «Подключено», администраторы и PIN-код проверены, текст согласия на месте.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бизнеса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записать: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Дата проверки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Остановитесь и исправьте, если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ждал человека дольше целевого времени.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AI назвал неверную цену или дату либо дал неверное обещание.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Человек попросил прекратить и получил ещё одно сообщение.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Канал больше не в статусе «Подключено».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Люди могут блокировать компании и жаловаться на них, а Meta ограничивает частоту отправки для компаний, у которых качество долго остаётся низким.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Веломагазин подключает WhatsApp и проводит первый реальный чат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Riverside Cycle Works, вымышленный веломагазин в Остине, прошёл этот чек-лист настройки WhatsApp Business с 1 по 7 октября 2026. Луис — владелец магазина, Марта руководит мастерской и выступает резервным администратором, Сэм работает на ресепшене. Вот их первый реальный разговор в WhatsApp.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вы обслуживаете электровелосипеды? У меня скрипит задний тормоз и быстро садится батарея.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Да, мы обслуживаем электровелосипеды. Проверка и настройка тормозов стоит 85 $ и занимает около 2 дней. Вопросами по батареям занимаются наши мастера. Передать ваш вопрос им?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Да, пожалуйста. Батарею я покупала у вас в марте 2025 года. Она ещё на гарантии?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Передаю этот чат Марте из нашей мастерской вместе с вашими данными. В рабочее время она ответит здесь в течение 30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Марта (мастерская):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Дана, это Марта. На батареи, купленные у нас, гарантия 2 года, так что ваша действует до марта 2027 года. Привозите велосипед завтра после 9:00: пока чиним тормоз, проверим и батарею.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до завтра, буду в 9.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Марта (мастерская): </w:t>
      </w:r>
      <w:r>
        <w:rPr>
          <w:rFonts w:ascii="Calibri" w:hAnsi="Calibri" w:cs="Calibri" w:eastAsia="Calibri"/>
          <w:b w:val="0"/>
          <w:color w:val="15131F"/>
          <w:sz w:val="21"/>
        </w:rPr>
        <w:t>Записала вас на завтра. Велосипед должен быть готов в пятницу. Как только закончим, позвоним вам на этот номер.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Карточка настройки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Продукт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WhatsApp Business Platform через CRMsoftware.pro, тариф Growth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Номер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+1 512 555 0147, городской номер магазина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Владелец портфолио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Луис Ортега, владелец магазина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Администраторы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Луис Ортега, Марта Кляйн (резервный)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PIN-код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цифр, в общем менеджере паролей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Подключено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октября 2026, статус «Подключено»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Согласие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Форма записи и скрипт для стойки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Тесты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из 3 пройдены 5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Первый реальный разговор, 6 октября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Шаг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Время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Первое сообщение Даны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Окно открывается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AI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Цена верная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Ожидает агента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Марты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10:31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17 мин, цель 30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Последнее сообщение Даны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10:33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Окно открыто до 10:33, 7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Дана Р., +1 512 555 0198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Согласие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Написала первой; новости после 24 часов по телефону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Заказ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Настройка тормозов электровелосипеда 85 $, проверка батареи по гарантии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Позвонить Дане, когда велосипед будет готов, пятница 9 октября, Марта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пример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Приложение WhatsApp Business, платформа (API) или совместное использование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Приложение WhatsApp Business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Платформа (Cloud API)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Совместное использование: приложение и платформа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кого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Владелец или несколько человек, которые отвечают с телефонов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Программы, которые отвечают за вас: AI-агент, CRM или общие входящие команды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Компании, которые хотят сохранить приложение и добавить платформу на тот же номер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отправляются ответы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Вручную, с быстрыми ответами, приветственными сообщениями и сообщениями об отсутствии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Автоматические ответы вашего AI-агента плюс ваша команда в подключённых входящих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Сообщения синхронизируются между приложением и API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Люди и устройства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10 связанных устройств и сотрудников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Все, у кого есть доступ к подключённому сервису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 подключении связанные устройства отвязываются, потом их можно связать снова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Остаётся в приложении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должен использоваться в WhatsApp: сначала удалите его там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Подключает провайдер через Embedded Signup, версия приложения 2.24.17 или выше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меняется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Ничего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уходит из приложения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личных чатах отключаются исчезающие сообщения, однократный просмотр и геоданные в реальном времени, а списки рассылки становятся недоступны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подключить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Направляйте к нему клиентов по ссылке wa.me в разделе «Альтернативные ссылки на чат» в CRMsoftware.pro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«Быстрое подключение» на вкладке «Каналы» бота, тариф Launch или выше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входит в этот чек-лист: уточните у провайдера, прежде чем подключать номер, который работает в приложении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 чек-листом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Распределите все проверки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Впишите имя и срок для каждой проверки в трекере Excel.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Решите до первого клика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Сначала закончите группу 1: продукт, номер, владелец портфолио и два администратора.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Подключайте и фиксируйте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Пройдите группы 2–5 и храните подтверждения в одной общей папке, но никогда не PIN-код.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Проверьте на реальном чате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три тестовых сообщения, затем проведите и запишите в журнал один реальный разговор.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и повторяйте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Проведите разбор на 7-й день, затем проверяйте доступ и PIN-код каждые 3 месяца.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боты», выберите бота и нажмите «Сохранить изменения». Каналы подключаются только к сохранённому боту.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вкладке «Основы» добавьте часы работы, цены и правила передачи в поля «Инструкции» и «База знаний».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Откройте вкладку «Каналы». Рядом с WhatsApp нажмите «Подключить канал», затем «Быстрое подключение» и войдите с помощью Facebook.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Выберите свой аккаунт WhatsApp Business и предоставьте разрешения на обмен сообщениями. Появится статус «Подключено».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вкладке «Подключение» включите «Отправлять уведомления по почте» и добавьте коллег в поле «Назначенные пользователи».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Отправьте тестовое сообщение со второго телефона. Подхватывайте передачи в разделе «Онлайн-поддержка»: нажмите «Принять», ответьте, затем нажмите «Решить».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WhatsApp, передача человеку и единые входящие доступны с тарифа Launch: 19 $ в месяц при оплате за год, 8 пользователей. Сохранённые ответы есть в тарифе Growth. CRMsoftware.pro отвечает в пределах 24-часового окна и не отправляет одобренные шаблоны WhatsApp.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Разбор на 7-й день,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ли передача получила ответ человека в пределах целевого времени?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какие вопросы AI ответил неверно? Исправьте их в базе знаний.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Нужно ли было кому-то связаться повторно после 24 часов? Это был звонок или письмо?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Канал по-прежнему в статусе «Подключено», и у обоих администраторов есть доступ?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https://crmsoftware.pro/ru/templates/whatsapp-business-setup-checklist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Чек-лист настройки WhatsApp Business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