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Шаблоны писем для возврата клиентов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Кто считается ушедшим, личная цепочка из 3 писем для бывших клиентов, старых лидов и отменивших услугу, скрипт звонка, правило для AI-агента, ответы на каждую причину ухода и правило остановки. От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Определите ушедших по правилу 1,5 интервала, затем замените каждое слово в [скобках] и оставьте подвал из двух строк в каждом письме. Отправьте Письмо 1 сами из своего почтового ящика, Письмо 2 на день 10 и Письмо 3 на день 21, и остановитесь при первом ответе. Записывайте каждую отправку, ответ и причину в список Excel.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Шаблоны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Кто считается ушедшим и кого не включать в список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Ушёл после: 1,5 интервала · Сегменты: 3 · Письма: 3 за 21 день · Цель: Короткий список людей, которых вы были бы рады вернуть, и для каждого есть повод написать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Эти шаблоны писем для возврата клиентов работают, только если попадают к нужным людям. Клиент ушёл, когда пропустил свой обычный цикл покупок, а не когда прошло какое-то фиксированное число дней.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Ушёл, если прошло 1,5 обычного интервала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Тип клиента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Обычный интервал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Ушёл после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Дом, весной и осенью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180 дней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270 дней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Дом, раз в год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365 дней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548 дней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Офис, ежемесячно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30 дней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45 дней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Офис, раз в квартал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90 дней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135 дней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Старый лид, смета не принята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60 дней на решение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90 дней после сметы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Отменил регулярное обслуживание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Интервал обслуживания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1,5 интервала после даты отмены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Три сегмента, для каждого своя версия каждого письма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Бывшие клиенты: покупали, а потом перестали, ничего вам не сказав. Напомните о работе, которую вы для них сделали.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Старые лиды: запрашивали смету, но так ничего и не купили. Пишите об их запросе.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Отменили услугу: сами сказали вам, что прекращают. Подождите 1,5 интервала, затем начните с их причины.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Между 1 и 1,5 интервала: ещё не ушёл. Отправьте обычное напоминание, если клиент о нём просил.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Не включайте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Всех, кто отписался от ваших писем или просил не звонить.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Клиентов с открытой жалобой или неоплаченным счётом: сначала им звонит владелец.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Адреса, на которые письма не доходят, людей, которые переехали, и закрытые компании.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Старых лидов, чей запрос старше 12 месяцев, если только они не просили написать позже.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Купленные или собранные с сайтов адреса. Google просит отправителей не покупать адреса.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Перед письмом: 5 минут на человека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Изучите историю: последняя покупка, сумма, заметки и жалобы, если были.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Найдите один реальный повод написать: новые даты, сезон, изменение в вашей услуге или что-то из заметок.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Пишите через тот канал, которым клиент пользовался с вами, и проверьте стоп-лист.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Пишите 10–20 людям в неделю, а не всему списку за один день. Так вы успеете разобрать каждый ответ в тот же день, а Google советует отправителям наращивать объём отправки постепенно.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Сегменты: </w:t>
      </w:r>
      <w:r>
        <w:rPr>
          <w:rFonts w:ascii="Calibri" w:hAnsi="Calibri" w:cs="Calibri" w:eastAsia="Calibri"/>
          <w:b w:val="0"/>
          <w:color w:val="5D5A70"/>
          <w:sz w:val="21"/>
        </w:rPr>
        <w:t>Бывший клиент, Старый лид, Отменил услугу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Письмо 1: пример письма для возврата старых клиентов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Отправить: День 0 · Длина: До 90 слов · Когда отправлять: Клиент ушёл по вашему правилу, и вы можете назвать повод одним предложением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Темы писем для возврата клиентов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Сегмент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Тема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Бывший клиент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[Услуга] на [улице]: открыта запись на [сезон]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Бывший клиент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[Имя], придержать для вас время на [сезон]?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Старый лид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Ваша смета на [услугу] от [месяца]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Отменил услугу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[Имя], что мы изменили с [месяца]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Бывший клиент: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Прошло [время] с тех пор, как мы [что сделали, например мыли ваши окна] по адресу [адрес], и теперь открыта запись на [сезон]. Ваши заметки у меня сохранились: [деталь из карточки клиента, например 24 окна и мансардное окно над лестницей].</w:t>
        <w:br/>
        <w:br/>
        <w:t>Забронировать для вас утро? Подойдут [день] или [день] в [время].</w:t>
        <w:br/>
        <w:br/>
        <w:t>Если вам ничего не нужно, просто ответьте «не нужно», и я больше не буду об этом писать.</w:t>
        <w:br/>
        <w:br/>
        <w:t>[Ваше имя], [компания]</w:t>
        <w:br/>
        <w:t>[телефон]</w:t>
        <w:br/>
        <w:t>[подвал]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Старый лид: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В [месяце] вы спрашивали нас о [услуге] для [объекта], и мы отправили вам смету на [сумму]. Не знаю, решились ли вы, поэтому один короткий вопрос: это ещё актуально?</w:t>
        <w:br/>
        <w:br/>
        <w:t>Если да, я могу [следующий шаг, например приехать на бесплатный осмотр] в [день] или [день].</w:t>
        <w:br/>
        <w:br/>
        <w:t>Если вопрос уже решён, ответьте «решено», и я закрою ваш запрос.</w:t>
        <w:br/>
        <w:br/>
        <w:t>[Ваше имя], [компания]</w:t>
        <w:br/>
        <w:t>[подвал]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Отменил услугу: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Когда в [месяце] вы отказались от [услуги], вы назвали причину: [причина клиента]. С тех пор мы [что изменилось, одним предложением].</w:t>
        <w:br/>
        <w:br/>
        <w:t>Хотите попробовать один визит? Могу записать вас на [день] или [день]. Если нет, ответьте «нет, спасибо», и больше я об этом не напишу.</w:t>
        <w:br/>
        <w:br/>
        <w:t>[Ваше имя], [компания]</w:t>
        <w:br/>
        <w:t>[подвал]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Подвал каждого письма: </w:t>
      </w:r>
      <w:r>
        <w:rPr>
          <w:rFonts w:ascii="Calibri" w:hAnsi="Calibri" w:cs="Calibri" w:eastAsia="Calibri"/>
          <w:b w:val="0"/>
          <w:color w:val="5D5A70"/>
          <w:sz w:val="21"/>
        </w:rPr>
        <w:t>«Это рекламное письмо от [компании], [почтовый адрес]. Ответьте „стоп“, и я больше не буду вам писать». FTC называет письмо бывшим клиентам о чём-то новом примером письма, которое должно соответствовать CAN-SPAM.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Хорошие поводы написать: </w:t>
      </w:r>
      <w:r>
        <w:rPr>
          <w:rFonts w:ascii="Calibri" w:hAnsi="Calibri" w:cs="Calibri" w:eastAsia="Calibri"/>
          <w:b w:val="0"/>
          <w:color w:val="5D5A70"/>
          <w:sz w:val="21"/>
        </w:rPr>
        <w:t>Новые даты сезона, Что вы изменили, Заметки о клиенте, Его старая смета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Письмо 2: что-то полезное или новое и один честный вопрос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Отправить: День 10 · Длина: До 100 слов · Подвал каждого письма: Это рекламное письмо от [компании], [почтовый адрес]. Ответьте «стоп», и я больше не буду вам писать.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Когда отправлять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Нет ответа через 10 дней после Письма 1. Дата на выходных переносится на понедельник.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Полезное или новое, например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Изменение, которое решает частую жалобу: гарантия повторной мойки, новый инструмент, более короткий визит.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Совет к их сезону, например, на какие недели лучше записываться.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Реальная дата: «Во вторник, 29 сентября, мы работаем на вашей улице».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Новое с прошлого визита: [изменение]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Или: </w:t>
      </w:r>
      <w:r>
        <w:rPr>
          <w:rFonts w:ascii="Calibri" w:hAnsi="Calibri" w:cs="Calibri" w:eastAsia="Calibri"/>
          <w:b w:val="0"/>
          <w:color w:val="15131F"/>
          <w:sz w:val="21"/>
        </w:rPr>
        <w:t>[Имя], один вопрос о прошлом разе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С нашего прошлого визита кое-что изменилось: [изменение, например на каждую мойку теперь действует гарантия без разводов на 7 дней].</w:t>
        <w:br/>
        <w:br/>
        <w:t>И один честный вопрос: если в прошлый раз с [услугой] что-то было не так, я хочу об этом знать. Достаточно ответить одной строкой, письмо придёт прямо ко мне.</w:t>
        <w:br/>
        <w:br/>
        <w:t>Если захотите снова заказать [услугу], свободны [день] и [день].</w:t>
        <w:br/>
        <w:br/>
        <w:t>[Ваше имя], [компания]</w:t>
        <w:br/>
        <w:t>[подвал]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Версия для старого лида: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Вот что может пригодиться для [запрос клиента]: [одна полезная вещь, например фото похожей работы]. Если дело было в нашей смете, подскажите, что именно не подошло. [Ваше имя]</w:t>
        <w:br/>
        <w:t>[подвал]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Зачем спрашивать: </w:t>
      </w:r>
      <w:r>
        <w:rPr>
          <w:rFonts w:ascii="Calibri" w:hAnsi="Calibri" w:cs="Calibri" w:eastAsia="Calibri"/>
          <w:b w:val="0"/>
          <w:color w:val="5D5A70"/>
          <w:sz w:val="21"/>
        </w:rPr>
        <w:t>Исследование ушедших клиентов крупной телеком-компании показало: те, кто ушёл ради более выгодного предложения, возвращались охотнее, чем ушедшие из-за плохого сервиса, а клиенты, чью проблему исправили, возвращались чаще.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Остановитесь, если: </w:t>
      </w:r>
      <w:r>
        <w:rPr>
          <w:rFonts w:ascii="Calibri" w:hAnsi="Calibri" w:cs="Calibri" w:eastAsia="Calibri"/>
          <w:b w:val="0"/>
          <w:color w:val="5D5A70"/>
          <w:sz w:val="21"/>
        </w:rPr>
        <w:t>Клиент ответил, Записался, Отписался, Письмо не дошло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Письмо 3: последнее письмо, в котором легко отказаться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Отправить: День 21 · Закрыть запись: Ещё через 7 дней · Длина: До 90 слов · Подвал каждого письма: Это рекламное письмо от [компании], [почтовый адрес]. Ответьте «стоп», и я больше не буду вам писать.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Когда отправлять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Нет ответа ни на Письмо 1, ни на Письмо 2.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День 21 после Письма 1. Дата на выходных переносится на понедельник.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Убрать вас из моего списка, [имя]?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Или: </w:t>
      </w:r>
      <w:r>
        <w:rPr>
          <w:rFonts w:ascii="Calibri" w:hAnsi="Calibri" w:cs="Calibri" w:eastAsia="Calibri"/>
          <w:b w:val="0"/>
          <w:color w:val="15131F"/>
          <w:sz w:val="21"/>
        </w:rPr>
        <w:t>Последнее письмо от [компании] о [услуге]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Ответа от вас пока нет, поэтому это моё последнее письмо о [услуге]. Подойдёт любой из этих ответов:</w:t>
        <w:br/>
        <w:br/>
        <w:t>1. Запишите меня: назовите удобный вам день.</w:t>
        <w:br/>
        <w:t>2. Не сейчас: напишите месяц, и тогда я напишу вам один раз.</w:t>
        <w:br/>
        <w:t>3. Нет, спасибо: сегодня же уберу вас из своего списка.</w:t>
        <w:br/>
        <w:br/>
        <w:t>Можно ответить просто цифрой. Спасибо за [годы, когда вы были нашим клиентом, или ваш запрос сметы].</w:t>
        <w:br/>
        <w:br/>
        <w:t>[Ваше имя], [компания]</w:t>
        <w:br/>
        <w:t>[подвал]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После Письма 3: правило остановки и чистки списка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Нет ответа 7 дней: Закройте запись как «Нет ответа». 12 месяцев никаких писем для возврата этому человеку.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Почистите список: Уберите человека и из рассылки новостей. Google советует отправителям подумать об отписке тех, кто не открывает и не читает их письма.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Не сейчас: Одна задача на названный клиентом месяц, и ничего до него.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«Нет, спасибо» или «стоп»: В стоп-лист в тот же день. Больше никогда не пишите этому человеку.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5. Письмо не дошло: Один раз сверьте адрес со своими записями или закройте запись.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Вариант 3 здесь не случайно. Чёткое «нет» завершает цепочку и сохраняет ваш список чистым.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Закройте запись как: </w:t>
      </w:r>
      <w:r>
        <w:rPr>
          <w:rFonts w:ascii="Calibri" w:hAnsi="Calibri" w:cs="Calibri" w:eastAsia="Calibri"/>
          <w:b w:val="0"/>
          <w:color w:val="5D5A70"/>
          <w:sz w:val="21"/>
        </w:rPr>
        <w:t>Вернулся, Не сейчас, Отказался, Нет ответа, Отписался, Не доставлено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Звонок или чат: скрипт звонка и правило для AI-агента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Звонков на человека: 1 · Автоответчик: До 20 секунд · Часы звонков: С 9:00 до 18:00 · Правило: Используйте канал, через который человек уже общался с вами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Некоторые люди быстрее ответят на звонок или в чате, чем на письмо. Используйте канал, через который человек уже общался с вами, и давайте в каждом сообщении одну и ту же ссылку для записи или адрес сайта.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Перед звонком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Частные номера в США из реестра Do Not Call («Не звонить»): звонить можно в течение 18 месяцев после последней покупки, доставки или оплаты и в течение 3 месяцев после запроса, если человек не просил вас не звонить.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Большинство продающих звонков компаниям не подпадают под правила Do Not Call.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Один звонок и одно сообщение на автоответчик на человека, с 9:00 до 18:00 по его времени. Никогда после отказа.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Звонок: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[имя], это [ваше имя] из [компании]. В [месяце] мы [что сделали] по адресу [адрес]. Звоню, потому что [повод, например на этой неделе открылась запись на осень]. Забронировать для вас время?</w:t>
        <w:br/>
        <w:br/>
        <w:t>Если да: [день] или [день] в [время]?</w:t>
        <w:br/>
        <w:t>Если нет: Конечно, без проблем. Подскажите, что мы могли сделать лучше в прошлый раз? Спасибо, я это запишу и больше не буду звонить.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Автоответчик: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[имя], это [ваше имя] из [компании]. У нас открылась запись на [сезон], и мы хотим первыми предложить время вам. Перезвоните мне по номеру [телефон] или запишитесь на нашем сайте. Если вам ничего не нужно, перезванивать не обязательно. Спасибо.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Правило для AI-агента, вставьте в «Инструкции»: </w:t>
      </w:r>
      <w:r>
        <w:rPr>
          <w:rFonts w:ascii="Calibri" w:hAnsi="Calibri" w:cs="Calibri" w:eastAsia="Calibri"/>
          <w:b w:val="0"/>
          <w:color w:val="15131F"/>
          <w:sz w:val="21"/>
        </w:rPr>
        <w:t>Некоторые бывшие клиенты возвращаются после письма от [владельца]. Если человек говорит, что получил наше письмо или раньше был нашим клиентом: поблагодари его, ответь по базе знаний и спроси его имя и email. Если он упоминает проблему с прошлым визитом, извинись, не спорь, не обещай возврат денег или скидку и скажи, что [владелец] ответит по email [когда, например в тот же рабочий день].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Никогда: </w:t>
      </w:r>
      <w:r>
        <w:rPr>
          <w:rFonts w:ascii="Calibri" w:hAnsi="Calibri" w:cs="Calibri" w:eastAsia="Calibri"/>
          <w:b w:val="0"/>
          <w:color w:val="5D5A70"/>
          <w:sz w:val="21"/>
        </w:rPr>
        <w:t>Звонок после отказа, SMS без согласия, Скидка по телефону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Спросите, почему клиент ушёл, и что делать с каждым ответом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Спросить: Один раз · Ответить в течение: 1 рабочего дня · Правило: Сначала устраните причину, потом делайте предложение · Подвал каждого письма: Это рекламное письмо от [компании], [почтовый адрес]. Ответьте «стоп», и я больше не буду вам писать.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Спросите один раз, пораньше и простыми словами: в Письме 2, по телефону или когда клиент ответит. Отвечайте в течение 1 рабочего дня. Записывайте причину, даже если клиент не вернётся: через сезон вы увидите, что исправлять в первую очередь.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 с одним вопросом: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Можно один короткий вопрос? Почему вы перестали обращаться в [компанию]? Достаточно цифры или пары слов:</w:t>
        <w:br/>
        <w:br/>
        <w:t>1. Цена</w:t>
        <w:br/>
        <w:t>2. Что-то в работе было не так</w:t>
        <w:br/>
        <w:t>3. Вы выбрали другую компанию</w:t>
        <w:br/>
        <w:t>4. Вы переехали, или услуга больше не нужна</w:t>
        <w:br/>
        <w:t>5. Просто забыли записаться</w:t>
        <w:br/>
        <w:br/>
        <w:t>Поможет любой ответ. Если это можно исправить, я расскажу, как мы это сделаем.</w:t>
        <w:br/>
        <w:br/>
        <w:t>[Ваше имя]</w:t>
        <w:br/>
        <w:t>[подвал]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6.1 Цена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делать: </w:t>
      </w:r>
      <w:r>
        <w:rPr>
          <w:rFonts w:ascii="Calibri" w:hAnsi="Calibri" w:cs="Calibri" w:eastAsia="Calibri"/>
          <w:b w:val="0"/>
          <w:color w:val="5D5A70"/>
          <w:sz w:val="21"/>
        </w:rPr>
        <w:t>Не снижайте цену сразу. Покажите, что в неё входит, или предложите работу поменьше.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что сказали. В нашу цену входит [что входит]. Если [цена] для вас слишком дорого, могу сделать [работа поменьше, например только снаружи] за [цена ниже]. Так подойдёт?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6.2 Проблема с сервисом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делать: </w:t>
      </w:r>
      <w:r>
        <w:rPr>
          <w:rFonts w:ascii="Calibri" w:hAnsi="Calibri" w:cs="Calibri" w:eastAsia="Calibri"/>
          <w:b w:val="0"/>
          <w:color w:val="5D5A70"/>
          <w:sz w:val="21"/>
        </w:rPr>
        <w:t>Извинитесь один раз, без оправданий. Скажите, что вы изменили, и предложите всё исправить.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Простите, так быть не должно было. С тех пор мы [что изменилось]. Если дадите нам ещё один шанс, работу сделает [имя сотрудника] и перед уходом проверит её вместе с вами.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6.3 Выбрал другую компанию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делать: </w:t>
      </w:r>
      <w:r>
        <w:rPr>
          <w:rFonts w:ascii="Calibri" w:hAnsi="Calibri" w:cs="Calibri" w:eastAsia="Calibri"/>
          <w:b w:val="0"/>
          <w:color w:val="5D5A70"/>
          <w:sz w:val="21"/>
        </w:rPr>
        <w:t>Поблагодарите, никогда не критикуйте другую компанию и один раз спросите, можно ли написать в следующем году.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что сообщили, и пусть всё сложится хорошо. Можно я один раз напишу вам [в следующем сезоне]? Если нет, сегодня же закрою вашу запись.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6.4 Переехал или больше не нужно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делать: </w:t>
      </w:r>
      <w:r>
        <w:rPr>
          <w:rFonts w:ascii="Calibri" w:hAnsi="Calibri" w:cs="Calibri" w:eastAsia="Calibri"/>
          <w:b w:val="0"/>
          <w:color w:val="5D5A70"/>
          <w:sz w:val="21"/>
        </w:rPr>
        <w:t>Пожелайте всего хорошего, закройте запись и отметьте причину.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и удачи на новом месте. Вашу запись мы закрыли. Если снова понадобится [услуга], просто ответьте на это письмо.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6.5 Просто забыл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делать: </w:t>
      </w:r>
      <w:r>
        <w:rPr>
          <w:rFonts w:ascii="Calibri" w:hAnsi="Calibri" w:cs="Calibri" w:eastAsia="Calibri"/>
          <w:b w:val="0"/>
          <w:color w:val="5D5A70"/>
          <w:sz w:val="21"/>
        </w:rPr>
        <w:t>Запишите клиента сейчас и предложите напомнить по email, когда подойдёт срок следующего визита.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Так бывает постоянно. Подойдёт [день] или [день] в [время]? Если хотите, я также напомню вам по email, когда подойдёт срок следующего визита.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Причины: </w:t>
      </w:r>
      <w:r>
        <w:rPr>
          <w:rFonts w:ascii="Calibri" w:hAnsi="Calibri" w:cs="Calibri" w:eastAsia="Calibri"/>
          <w:b w:val="0"/>
          <w:color w:val="5D5A70"/>
          <w:sz w:val="21"/>
        </w:rPr>
        <w:t>Цена, Проблема с сервисом, Выбрал другую компанию, Переехал, Больше не нужно, Просто забыл, Не сказал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Пример: Пример win-back кампании: клиентка вернулась после Письма 2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Copperbeam Window Cleaning, вымышленная компания по мойке окон в домах и небольших офисах в Raleigh (Северная Каролина), каждый сентябрь отправляет эти шаблоны писем для возврата клиентов. Ингрид Паулсен заказывала мойку окон каждую весну и осень, а этой весной пропустила.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Роза (владелица): </w:t>
      </w:r>
      <w:r>
        <w:rPr>
          <w:rFonts w:ascii="Calibri" w:hAnsi="Calibri" w:cs="Calibri" w:eastAsia="Calibri"/>
          <w:b w:val="0"/>
          <w:color w:val="15131F"/>
          <w:sz w:val="21"/>
        </w:rPr>
        <w:t>Вт, 1 сентября, Письмо 1, тема «Ваши окна на Maple Ridge Drive: открыта запись на осень»: Здравствуйте, Ингрид! Прошёл почти год с тех пор, как мы мыли ваши окна, и теперь открыта запись на осень. Ваши заметки у меня сохранились: 24 окна и мансардное окно над лестницей. Забронировать для вас утро?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Роза (владелица): </w:t>
      </w:r>
      <w:r>
        <w:rPr>
          <w:rFonts w:ascii="Calibri" w:hAnsi="Calibri" w:cs="Calibri" w:eastAsia="Calibri"/>
          <w:b w:val="0"/>
          <w:color w:val="15131F"/>
          <w:sz w:val="21"/>
        </w:rPr>
        <w:t>Пт, 11 сентября, Письмо 2: С нашего прошлого визита кое-что изменилось: на каждую мойку теперь действует гарантия без разводов на 7 дней. И один честный вопрос: если в прошлый раз что-то было не так, я хочу об этом знать.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Пт, 11 сентября, 12:40, чат на сайте: Здравствуйте, я получила письмо от Розы. Честно говоря, в прошлом октябре на окнах второго этажа остались разводы, и никто так и не приехал их перемыть. Гарантия на 7 дней распространяется и на второй этаж?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что рассказали, и простите за разводы. Да, гарантия действует на все окна, которые мы моем, включая второй этаж. Записью занимается Роза, она напишет вам сегодня.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Роза (владелица): </w:t>
      </w:r>
      <w:r>
        <w:rPr>
          <w:rFonts w:ascii="Calibri" w:hAnsi="Calibri" w:cs="Calibri" w:eastAsia="Calibri"/>
          <w:b w:val="0"/>
          <w:color w:val="15131F"/>
          <w:sz w:val="21"/>
        </w:rPr>
        <w:t>Пт, 11 сентября, 15:10, email: Ингрид, здравствуйте! Простите за прошлый октябрь, так быть не должно было. Тео, наш бригадир, сам помоет ваши окна, начиная со второго этажа, и перед уходом проверит их вместе с вами. Вторник, 29 сентября, или четверг, 1 октября, в 9:00? Цена та же, что и в прошлом году, 320 $.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Вторник, 29 сентября, пожалуйста.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Роза (владелица): </w:t>
      </w:r>
      <w:r>
        <w:rPr>
          <w:rFonts w:ascii="Calibri" w:hAnsi="Calibri" w:cs="Calibri" w:eastAsia="Calibri"/>
          <w:b w:val="0"/>
          <w:color w:val="15131F"/>
          <w:sz w:val="21"/>
        </w:rPr>
        <w:t>Записала вас на вторник, 29 сентября, в 9:00, окна изнутри и снаружи. Подтверждение уже у вас в почте.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Карточка клиента на 29 сентября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Клиент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Ингрид Паулсен, Maple Ridge Drive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Сегмент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Бывший клиент, обычный интервал 180 дней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Последняя мойка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Сб, 18 окт. 2025, 320 $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На момент Письма 1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318 дней с последней мойки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Почему ушла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Проблема с сервисом: разводы на втором этаже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Ответ на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Письмо 2, в чате на сайте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Итог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Вернулась: мойка 29 сент., сделка «Выиграно»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Задачи по возврату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Дедлайн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Задача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Результат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Вт, 1 сент.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Письмо 1: Ингрид Паулсен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Отправлено, ответа нет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Пт, 11 сент.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Письмо 2: Ингрид Паулсен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Отправлено, ответ в чате в 12:40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Пт, 11 сент.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Ответить Ингрид: разводы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Извинились, визит назначен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Вт, 22 сент.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Письмо 3: Ингрид Паулсен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понадобилось: она ответила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Вт, 29 сент.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Мойка, проверить с ней второй этаж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Выполнено, оплачено 320 $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Весь список в файле Excel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Сегмент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Связались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Вернулись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Бывшие клиенты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10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Старые лиды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0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Отменили услугу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Все, выручка 740 $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15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 (20%)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Вымышленная компания и клиент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Закон и доставляемость: основы для писем по возврату клиентов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Правило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Что сказано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Что делает этот шаблон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Закон США: коммерческие письма, и B2B тоже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Письмо бывшим клиентам о чём-то новом должно соответствовать закону: правдивые заголовки и тема, ясное указание, что это реклама, ваш почтовый адрес, способ отписаться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Честная тема и подвал из двух строк в каждом письме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Закон США: отписки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Выполнить в течение 10 рабочих дней; отписка должна работать не меньше 30 дней; адрес нельзя продавать или передавать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Удаление в тот же день, проверка стоп-листа перед каждым Письмом 1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Звонки в США: Do Not Call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Бывшие клиенты: до 18 месяцев после последней покупки, доставки или оплаты; запросы: 3 месяца; просьба не звонить всё отменяет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Один звонок, только в эти сроки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Gmail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SPF или DKIM; доля спама ниже 0,3%; без Re: и Fwd:, если это не настоящий ответ или пересылка; подумать об отписке тех, кто не читает ваши письма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Новые темы, 10–20 человек в неделю, правило остановки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Великобритания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Бывшим клиентам и тем, кто вёл переговоры о покупке, можно писать о похожих услугах, если им предложили отписаться при сборе контактов и в каждом письме; новым контактам нельзя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Старым лидам в Великобритании — только если они запрашивали смету и им предложили отписаться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ЕС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Для рекламных писем нужно предварительное согласие, кроме писем своим клиентам о похожих товарах или услугах с простым способом каждый раз отказаться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Старым лидам, которые ничего не покупали, — только с согласия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Чего никогда не делать в реактивационном письме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Эти приёмы могут принести один ответ, но подрывают доверие, а некоторые из них нарушают правила.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Фальшивые «Re:» или «Fwd:»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Google просит отправителей не начинать тему с Re: или Fwd:, если письмо не является настоящим ответом или пересылкой. Читатели замечают этот трюк.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Чувство вины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«Мы скучаем». «Мы сделали что-то не так?» Клиент вам ничего не должен. Скажите, зачем пишете и какая ему от этого польза.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Вместо этого: </w:t>
      </w:r>
      <w:r>
        <w:rPr>
          <w:rFonts w:ascii="Calibri" w:hAnsi="Calibri" w:cs="Calibri" w:eastAsia="Calibri"/>
          <w:b w:val="0"/>
          <w:color w:val="15131F"/>
          <w:sz w:val="21"/>
        </w:rPr>
        <w:t>У нас открылась запись на осень, и ваши заметки у меня сохранились.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Фальшивый дедлайн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«Последний шанс» или «осталось всего 2 места», когда это неправда. Если даты действительно ограничены, назовите реальную дату.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Скидка для всех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Она приучает клиентов ждать следующего письма и не решает проблему с сервисом. В исследовании телеком-компании лучшее предложение зависело от того, почему люди ушли.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Рассылка по всему списку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Никаких писем со всеми адресами в копии, никаких сотен адресатов за один день. 10–20 человек в неделю, и у каждого свой повод.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Игнорировать отказ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Отказ, «стоп» или гневная строчка в ответ, и вы прекращаете в тот же день: никакого «последнего предложения», никаких писем от коллеги, никаких новых адресов.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Как измерить результаты win-back кампании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Считайте людей и деньги, а не открытия. Четыре числа покажут, сработала ли кампания.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Доля вернувшихся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Люди, которые снова купили в течение 90 дней после Письма 1, делённые на число тех, с кем вы связались. Это главный показатель.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Выручка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Сумма первого нового заказа от каждого вернувшегося. Сравните её с потраченными часами.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Отписки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Число отписок, делённое на число тех, с кем вы связались. Если оно растёт, ваш повод написать слишком слабый или список слишком старый.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Причины ухода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Считайте ответы по причинам. Одна причина, которая повторяется снова и снова, например пропущенные участки, стоит больше любого письма.</w:t>
      </w:r>
    </w:p>
    <w:p>
      <w:pPr>
        <w:spacing w:after="80"/>
      </w:pPr>
    </w:p>
    <w:p>
      <w:pPr>
        <w:spacing w:after="200"/>
      </w:pPr>
      <w:r>
        <w:rPr>
          <w:rFonts w:ascii="Calibri" w:hAnsi="Calibri" w:cs="Calibri" w:eastAsia="Calibri"/>
          <w:b w:val="0"/>
          <w:color w:val="15131F"/>
          <w:sz w:val="21"/>
        </w:rPr>
        <w:t>Почему не открытия: Google не отслеживает открытия и не может проверить показатели открытий, которые сообщают другие инструменты. Список в Excel считает все четыре показателя.</w:t>
      </w:r>
    </w:p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Как использовать эти шаблоны писем для возврата клиентов: 5 шагов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Задайте порог ухода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Обычный интервал для каждого типа клиентов. Ушёл = 1,5 интервала.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Составьте список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Бывшие клиенты, старые лиды и отменившие услугу, кроме отписавшихся и тех, у кого открыта жалоба.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Отправьте Письмо 1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10–20 человек в неделю, из своего почтового ящика.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Следите за днями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Письмо 2 на день 10, Письмо 3 на день 21. Любой ответ всё останавливает.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Закройте и измерьте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Закройте через 7 дней после Письма 3. Проверьте долю вернувшихся, выручку и отписки.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Настройка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Найдите ушедших бизнес-клиентов: «Компании» &gt; «Фильтры» &gt; «Статус»: «Неактивные (нет сделок)». Для частного клиента откройте его последнюю сделку в разделе «Сделки» и прочитайте «Заметки».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В разделе «Задачи» нажмите «Новая задача» на каждое касание: «Название задачи», например «Письмо 2: Ингрид Паулсен», «Исполнитель», «Дедлайн» на день 10 и «Связанная сделка».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Отправьте письмо из своего почтового ящика, запишите результат в поле «Сводка статуса», нажмите «Отметить выполненной» и создайте следующую задачу. Каждое утро разбирайте «На сегодня» и «Просроченные» в «Мои задачи».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Записывайте причину ухода в «Заметки», каждый раз одними и теми же словами.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Когда клиент возвращается, нажмите «Новая сделка», укажите «Основной контакт» и сумму, а после оплаты смените «Статус» на «Выиграно». Для старого лида в разделе «Лиды» нажмите «Конвертировать в сделку».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6. Вставьте правило для AI-агента в «Инструкции» («Мои боты» &gt; выберите бота &gt; вкладка «Основы»), нажмите «Сохранить изменения» и включите «Отправлять уведомления по почте» на вкладке «Подключение».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CRMsoftware.pro не отправляет письма для возврата клиентов, автоматические цепочки и массовые рассылки: каждое письмо вы отправляете из своего почтового ящика, а задачи следят за датами. AI-чат, базовые задачи и 1 воронка бесплатны для 3 пользователей. Launch, 19 $ в месяц при оплате за год на 8 пользователей, добавляет передачу человеку и записи с синхронизацией календаря.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Еженедельная проверка возврата клиентов, 15 минут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Те, кто ушёл на этой неделе, внесены в список.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каждой открытой строки один ответственный и одна следующая дата.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«Просрочено»: отправьте сегодня или закройте строку.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Строки «Закрыть сейчас» закрыты как «Нет ответа», а отписавшиеся внесены в стоп-лист.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Причины ухода: исправьте ту, что повторяется.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Бесплатный шаблон от CRMsoftware.pro. Данные в примере вымышлены.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https://crmsoftware.pro/ru/templates/win-back-reengagement-sequence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Шаблоны писем для возврата клиентов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