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Відповіді невдоволеному клієнту в чаті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Відповіді для конфліктних чатів у чотири кроки: визнання проблеми, одне питання, рішення з точним часом, підтвердження. З лімітами пропозицій, погрозами відгуком, образами, передачею менеджеру й правилами для AI-агента.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Заповніть ліміти пропозицій у розділі 4 і [дужки] в кожній відповіді, а потім збережіть відповіді там, де працює ваша команда. Вставте розділ 8 в інструкції свого AI-агента. Записуйте кожен конфліктний чат у журнал і закривайте його лише після того, як клієнт підтвердив рішення, а повторний зв’язок відбувся.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Скрипти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Перша відповідь: визнайте проблему одним рядком і ніколи не пишіть «заспокойтеся»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Серйозність: Оцініть після цієї відповіді · Вплив: Один клієнт чи багато? · Канал: Будь-який чат · Відповідальний: Той, хто веде чат · Перша відповідь: 1 хвилина · Ескалація: Критичні ознаки: вкладка 7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Відповідь невдоволеному клієнту в чаті — це коротка послідовність, а не одне довге повідомлення. Надсилайте кожен крок окремо й чекайте на відповідь.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Послідовність із 4 кроків у чаті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Визнайте проблему одним рядком: Назвіть, що пішло не так, і вибачтеся один раз. Поки без виправдань.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Поставте одне питання: Лише про те, чого ви не можете знайти самі.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Запропонуйте рішення або наступний крок із точним часом: Що ви зробите, хто це зробить і до якого часу.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Підтвердьте: Запитайте, чи це підходить, і призначте повторний зв’язок.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1.1 /upset-ack: Ви знаєте, що пішло не так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використовувати: </w:t>
      </w:r>
      <w:r>
        <w:rPr>
          <w:rFonts w:ascii="Calibri" w:hAnsi="Calibri" w:cs="Calibri" w:eastAsia="Calibri"/>
          <w:b w:val="0"/>
          <w:color w:val="5D5A70"/>
          <w:sz w:val="21"/>
        </w:rPr>
        <w:t>Проблему видно з повідомлення клієнта або із замовлення.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Рішення чи час, доки ви все не перевірили.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[Ім’я], [що пішло не так] після того, як ви [що зробили чи на що чекали], — так не має бути. Мені шкода. Я вже розбираюся.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1.2 /upset-read: Причина ще незрозуміла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використовувати: </w:t>
      </w:r>
      <w:r>
        <w:rPr>
          <w:rFonts w:ascii="Calibri" w:hAnsi="Calibri" w:cs="Calibri" w:eastAsia="Calibri"/>
          <w:b w:val="0"/>
          <w:color w:val="5D5A70"/>
          <w:sz w:val="21"/>
        </w:rPr>
        <w:t>Приходить кілька гнівних повідомлень поспіль, або незрозуміло, що сталося.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Що помилка ваша, доки ви цього не знаєте.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Мені шкода, що все так склалося, [ім’я]. Я зараз читаю все, що ви написали, і відповім протягом [1 хвилини].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1.3 /upset-takeover: Ви підхоплюєте чат від AI-агента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використовувати: </w:t>
      </w:r>
      <w:r>
        <w:rPr>
          <w:rFonts w:ascii="Calibri" w:hAnsi="Calibri" w:cs="Calibri" w:eastAsia="Calibri"/>
          <w:b w:val="0"/>
          <w:color w:val="5D5A70"/>
          <w:sz w:val="21"/>
        </w:rPr>
        <w:t>AI-агент передав чат вам.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Нічого, чого не підтвердив AI-агент.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Це [ваше ім’я], [ваша команда]. Я бачу всю переписку: [підсумок одним рядком]. Повторювати нічого не потрібно. Мені шкода, і я вже цим займаюся.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пишіть: </w:t>
      </w:r>
      <w:r>
        <w:rPr>
          <w:rFonts w:ascii="Calibri" w:hAnsi="Calibri" w:cs="Calibri" w:eastAsia="Calibri"/>
          <w:b w:val="0"/>
          <w:color w:val="5D5A70"/>
          <w:sz w:val="21"/>
        </w:rPr>
        <w:t>«Заспокойтеся», «Як я вже писав», «На жаль, наші правила...» чи те саме вибачення двічі. Одне вибачення, потім дії.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Збір фактів: по одному питанню за раз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Серйозність: Уточніть за фактами · Вплив: Одне замовлення чи багато? · Канал: Залишайтеся в тому самому чаті · Відповідальний: Той, хто веде чат · Перша відповідь: Кожна відповідь протягом 2 хвилин · Ескалація: Немає прогресу після 2 питань: вкладка 7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Кожне питання здається клієнту затримкою. Спочатку самі перевірте замовлення, акаунт та історію чату. Потім питайте лише про те, чого бракує, по одному питанню в повідомленні.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/upset-ask: Єдине, що вам потрібно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використовувати: </w:t>
      </w:r>
      <w:r>
        <w:rPr>
          <w:rFonts w:ascii="Calibri" w:hAnsi="Calibri" w:cs="Calibri" w:eastAsia="Calibri"/>
          <w:b w:val="0"/>
          <w:color w:val="5D5A70"/>
          <w:sz w:val="21"/>
        </w:rPr>
        <w:t>Ви не можете знайти замовлення чи акаунт або вам бракує однієї деталі, щоб діяти.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Що це останнє питання, якщо це не так.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Щоб це виправити, мені потрібна одна річ: [деталь, наприклад номер замовлення або email вашого акаунта]. Поки що це все.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/upset-ask-again: Клієнта дратують питання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використовувати: </w:t>
      </w:r>
      <w:r>
        <w:rPr>
          <w:rFonts w:ascii="Calibri" w:hAnsi="Calibri" w:cs="Calibri" w:eastAsia="Calibri"/>
          <w:b w:val="0"/>
          <w:color w:val="5D5A70"/>
          <w:sz w:val="21"/>
        </w:rPr>
        <w:t>Клієнт відповідає «Я ж уже казав» або «Просто виправте це».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Результат в обмін на відповідь.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Вибачте, що питаю. [Деталь] — це єдине, чого я не бачу зі свого боку. Щойно отримаю її, одразу [що саме зроблю].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/upset-recap: Підтвердьте, що ви зрозуміли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використовувати: </w:t>
      </w:r>
      <w:r>
        <w:rPr>
          <w:rFonts w:ascii="Calibri" w:hAnsi="Calibri" w:cs="Calibri" w:eastAsia="Calibri"/>
          <w:b w:val="0"/>
          <w:color w:val="5D5A70"/>
          <w:sz w:val="21"/>
        </w:rPr>
        <w:t>Перш ніж пропонувати рішення, щоб вирішити саме ту проблему.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Нічого в цьому підсумку. Це перевірка, а не пропозиція.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Хочу переконатися, що все правильно: [що сталося], і ви хочете [чого хоче клієнт]. Усе так?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Не переводьте клієнта на пошту чи телефон, щоб зібрати факти. За дослідженням Gartner, перехід між каналами — один із чинників нелояльності.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Запропонуйте рішення або наступний крок, завжди з точним часом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Серйозність: Як оцінили у вкладці 1 · Вплив: Чого проблема коштує клієнту · Канал: Той самий чат · Відповідальний: Одна названа людина на кожен крок · Перша відповідь: Рішення чи наступний крок протягом 10 хвилин · Ескалація: Потрібні гроші чи погодження: вкладка 4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Саме це повідомлення заспокоює чат. Скажіть, що ви зробите, хто це зробить і до якого часу. Якщо сьогодні вирішити не вдасться, назвіть наступний крок і час оновлення, а потім дотримайтеся цього часу.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/upset-fix: Ви можете вирішити це зараз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використовувати: </w:t>
      </w:r>
      <w:r>
        <w:rPr>
          <w:rFonts w:ascii="Calibri" w:hAnsi="Calibri" w:cs="Calibri" w:eastAsia="Calibri"/>
          <w:b w:val="0"/>
          <w:color w:val="5D5A70"/>
          <w:sz w:val="21"/>
        </w:rPr>
        <w:t>Рішення у ваших руках: повторна відправка, нове бронювання, виправлення.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Час доставки чи прибуття, який залежить від когось іншого.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Ось що я роблю: [рішення]. Усе буде готово до [час і день]. Вам більше нічого не потрібно робити.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/upset-next: Рішення потребує більше часу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використовувати: </w:t>
      </w:r>
      <w:r>
        <w:rPr>
          <w:rFonts w:ascii="Calibri" w:hAnsi="Calibri" w:cs="Calibri" w:eastAsia="Calibri"/>
          <w:b w:val="0"/>
          <w:color w:val="5D5A70"/>
          <w:sz w:val="21"/>
        </w:rPr>
        <w:t>Має діяти інша команда, постачальник чи менеджер.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«Скоро» чи «якнайшвидше». Назвіть день і час.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У чаті я не можу це вирішити, тому ось наступний крок: [наступний крок]. За нього відповідає [ім’я відповідального], і [він чи вона] зв’яжеться з вами до [день і час], навіть якщо це буде лише проміжне оновлення.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3.3 /upset-confirm: Запитайте, перш ніж закривати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використовувати: </w:t>
      </w:r>
      <w:r>
        <w:rPr>
          <w:rFonts w:ascii="Calibri" w:hAnsi="Calibri" w:cs="Calibri" w:eastAsia="Calibri"/>
          <w:b w:val="0"/>
          <w:color w:val="5D5A70"/>
          <w:sz w:val="21"/>
        </w:rPr>
        <w:t>Одразу після рішення чи наступного кроку.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Нічого нового. Повторіть те, що запропонували.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Вам підходить [рішення чи наступний крок] до [час і день]?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3.4 /upset-close: Закрийте чат із повторним зв’язком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використовувати: </w:t>
      </w:r>
      <w:r>
        <w:rPr>
          <w:rFonts w:ascii="Calibri" w:hAnsi="Calibri" w:cs="Calibri" w:eastAsia="Calibri"/>
          <w:b w:val="0"/>
          <w:color w:val="5D5A70"/>
          <w:sz w:val="21"/>
        </w:rPr>
        <w:t>Клієнт сказав «так».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Час повторного зв’язку, якого ще немає у вашому списку завдань.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Дякую, [ім’я]. Підтверджую: [рішення чи наступний крок] до [час і день]. Я [повторний зв’язок, наприклад зателефоную вам] до [час повторного зв’язку]. Якщо до того часу я не вийду на зв’язок, напишіть на [адреса ел. пошти], і лист потрапить прямо до мене.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клієнт каже «ні»: </w:t>
      </w:r>
      <w:r>
        <w:rPr>
          <w:rFonts w:ascii="Calibri" w:hAnsi="Calibri" w:cs="Calibri" w:eastAsia="Calibri"/>
          <w:b w:val="0"/>
          <w:color w:val="15131F"/>
          <w:sz w:val="21"/>
        </w:rPr>
        <w:t>Зрозуміло. Що вам підійде? Я одразу скажу, чи можу це зробити, або хто може.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Повернення коштів, бонус чи компенсація: хто що може запропонувати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Серйозність: Від середньої до високої · Вплив: Сума, про яку йдеться · Канал: Домовтеся в чаті, платіть у своїй платіжній системі · Відповідальний: Агент у межах ліміту, далі той, хто погоджує · Перша відповідь: Той, хто погоджує, відповідає того ж робочого дня · Ескалація: Понад ліміт: той, хто погоджує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Визначте ліміти ще до конфліктного чату. Агенти без погодження пропонують те, що дозволяє таблиця. Усе, що понад це, іде на погодження, і клієнт отримує час, коли буде відповідь.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Ліміти пропозицій (заповніть свої)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Агент може запропонувати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Понад це погоджує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Вибачення й рішення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Завжди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Погодження не потрібне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Повторне виконання, повторна відправка чи заміна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[правило, наприклад той самий товар без доплати]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[хто погоджує]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Повернення плати за невиконану частину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[100 $]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[хто погоджує, наприклад керівник магазину]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Бонус або ваучер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[50 $]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[хто погоджує]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Повернення коштів за замовлення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[Ніколи або до певної суми]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[власник чи менеджер]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Усе інше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Нічого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[менеджер]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/upset-offer: У межах вашого ліміту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використовувати: </w:t>
      </w:r>
      <w:r>
        <w:rPr>
          <w:rFonts w:ascii="Calibri" w:hAnsi="Calibri" w:cs="Calibri" w:eastAsia="Calibri"/>
          <w:b w:val="0"/>
          <w:color w:val="5D5A70"/>
          <w:sz w:val="21"/>
        </w:rPr>
        <w:t>Саме рішення не покриває того, що пішло не так, а пропозиція є в таблиці.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День, коли гроші з’являться на картці.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Щоб компенсувати [що пішло не так], я [повертаю плату чи нараховую бонус] у розмірі [сума]. [Де це з’явиться і скільки це зазвичай займає]. Це на додачу до [рішення].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/upset-approval: Клієнт просить більше, ніж ви можете погодити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використовувати: </w:t>
      </w:r>
      <w:r>
        <w:rPr>
          <w:rFonts w:ascii="Calibri" w:hAnsi="Calibri" w:cs="Calibri" w:eastAsia="Calibri"/>
          <w:b w:val="0"/>
          <w:color w:val="5D5A70"/>
          <w:sz w:val="21"/>
        </w:rPr>
        <w:t>Запит перевищує ваш ліміт або його немає в таблиці.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Результат чи суму. Скажіть, хто вирішує і до якого часу.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Погодити [що просить клієнт] я не можу, і вгадувати не хочу. Ваш запит уже передано [ім’я того, хто погоджує] з усіма подробицями з цього чату. Відповідь ви отримаєте до [день і час].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Нічого в обмін на відгук. Див. вкладку 5.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Погроза скасувати замовлення чи написати відгук: спочатку рішення, ніколи не торгуйтеся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Серйозність: Висока; суд — критична · Вплив: Один клієнт, який може піти · Канал: Будь-який чат · Відповідальний: Агент; менеджер, якщо суд чи чарджбек · Перша відповідь: 1 хвилина · Ескалація: Суд чи чарджбек: одразу менеджер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Погроза зазвичай означає, що клієнт уже не вірить, що ви вирішите проблему. Не сперечайтеся з нею й нічого не пропонуйте натомість. Спочатку вирішіть проблему.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/upset-cancel: «Я скасовую замовлення»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використовувати: </w:t>
      </w:r>
      <w:r>
        <w:rPr>
          <w:rFonts w:ascii="Calibri" w:hAnsi="Calibri" w:cs="Calibri" w:eastAsia="Calibri"/>
          <w:b w:val="0"/>
          <w:color w:val="5D5A70"/>
          <w:sz w:val="21"/>
        </w:rPr>
        <w:t>Клієнт каже, що скасує замовлення, закриє акаунт чи більше ніколи нічого не замовить.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Знижку, щоб клієнт залишився, якщо її немає в таблиці пропозицій.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Це ваше рішення, і я допоможу в будь-якому разі. Але спершу дозвольте мені вирішити [проблему]: [рішення й час]. Якщо після цього ви все ж захочете скасувати, [як скасувати], і я підтверджу це тут.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/upset-review: «Я напишу поганий відгук»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використовувати: </w:t>
      </w:r>
      <w:r>
        <w:rPr>
          <w:rFonts w:ascii="Calibri" w:hAnsi="Calibri" w:cs="Calibri" w:eastAsia="Calibri"/>
          <w:b w:val="0"/>
          <w:color w:val="5D5A70"/>
          <w:sz w:val="21"/>
        </w:rPr>
        <w:t>Клієнт погрожує відгуком у Google, соцмережах чи на сайті відгуків.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Гроші, знижки чи безкоштовні товари за відгук, за те, щоб його не писати, або за те, щоб змінити чи видалити його.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Ви маєте повне право поділитися своїм досвідом, і я краще вирішу проблему, ніж відмовлятиму вас. Ось що я роблю зараз: [рішення й час].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5.3 /upset-legal: Юрист, чарджбек чи суд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використовувати: </w:t>
      </w:r>
      <w:r>
        <w:rPr>
          <w:rFonts w:ascii="Calibri" w:hAnsi="Calibri" w:cs="Calibri" w:eastAsia="Calibri"/>
          <w:b w:val="0"/>
          <w:color w:val="5D5A70"/>
          <w:sz w:val="21"/>
        </w:rPr>
        <w:t>Клієнт згадує юриста, суд, регулятора чи чарджбек.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Нічого щодо провини чи грошей. Не сперечайтеся щодо юридичних питань.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Зрозуміло. Я передаю це [ім’я менеджера], що відповідає за офіційні скарги. [Ім’я менеджера] зв’яжеться з вами до [день і час]. Вам зручно, якщо ми зв’яжемося через [email чи телефон]?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Чому без винагород: </w:t>
      </w:r>
      <w:r>
        <w:rPr>
          <w:rFonts w:ascii="Calibri" w:hAnsi="Calibri" w:cs="Calibri" w:eastAsia="Calibri"/>
          <w:b w:val="0"/>
          <w:color w:val="5D5A70"/>
          <w:sz w:val="21"/>
        </w:rPr>
        <w:t>Правило FTC США щодо відгуків споживачів забороняє винагороди, які залежать від тональності відгуку. Google забороняє винагороди за будь-який відгук або за видалення негативного.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Образливі слова: одне повідомлення про межі, потім завершіть чат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Серйозність: Критична · Вплив: Безпека вашої команди · Канал: Будь-який чат · Відповідальний: Агент; менеджер дізнається того ж дня · Перша відповідь: Повідомлення про межі одразу · Ескалація: Погроза нашкодити: одразу менеджер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Злість спрямована на проблему: лайка через запізніле замовлення, великі літери. Образа спрямована на людину: випади проти агента, дискримінаційні слова, погрози. Невдоволеним клієнтам далі допомагайте. На образи надішліть одне повідомлення про межі й завершіть чат, якщо вони не припиняються.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/upset-boundary: Перше образливе повідомлення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використовувати: </w:t>
      </w:r>
      <w:r>
        <w:rPr>
          <w:rFonts w:ascii="Calibri" w:hAnsi="Calibri" w:cs="Calibri" w:eastAsia="Calibri"/>
          <w:b w:val="0"/>
          <w:color w:val="5D5A70"/>
          <w:sz w:val="21"/>
        </w:rPr>
        <w:t>Образи на вашу адресу чи на адресу команди або дискримінаційні слова.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Нічого заради того, щоб образи припинилися.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Я хочу допомогти вам із [проблемою] і допоможу. Але продовжити я можу, лише якщо ми спілкуватимемося з повагою. [Наступний крок, над яким ви працювали].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/upset-end: Образи тривають після повідомлення про межі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використовувати: </w:t>
      </w:r>
      <w:r>
        <w:rPr>
          <w:rFonts w:ascii="Calibri" w:hAnsi="Calibri" w:cs="Calibri" w:eastAsia="Calibri"/>
          <w:b w:val="0"/>
          <w:color w:val="5D5A70"/>
          <w:sz w:val="21"/>
        </w:rPr>
        <w:t>Наступне повідомлення знову образливе.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Відповідь у цьому чаті після його завершення.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Я завершую цей чат через лексику, яку в ньому використано. Ваше звернення щодо [проблеми] залишається відкритим: [ім’я відповідального] напише вам на [адреса ел. пошти] до [день і час] і повідомить наступний крок.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6.3 /upset-threat: Погроза комусь нашкодити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використовувати: </w:t>
      </w:r>
      <w:r>
        <w:rPr>
          <w:rFonts w:ascii="Calibri" w:hAnsi="Calibri" w:cs="Calibri" w:eastAsia="Calibri"/>
          <w:b w:val="0"/>
          <w:color w:val="5D5A70"/>
          <w:sz w:val="21"/>
        </w:rPr>
        <w:t>Клієнт погрожує нашкодити вам, вашій команді чи будь-кому іншому.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Нічого взагалі. Не відповідайте на саму погрозу.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Я завершую цей чат зараз і передаю ваше звернення [ім’я менеджера]. Щодо [проблеми] з вами зв’яжуться письмово.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Запишіть це того ж дня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Скопіюйте точні слова в нотатку в картці контакту. Не переказуйте їх своїми словами.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Запишіть чат у журнал із серйозністю «Критична». Менеджер вирішує щодо подальших контактів і того, чи звертатися до поліції.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Залиште початкову проблему відкритою як завдання. Завершений чат не означає закриту справу.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Передача менеджеру з підсумком, щоб нікому не довелося повторювати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Серйозність: Висока чи критична · Вплив: Потрібні повноваження вищі, ніж в агента · Канал: Той самий чат або дзвінок, якщо клієнт просить · Відповідальний: Менеджер, названий у відповіді · Перша відповідь: Менеджер протягом 15 хвилин · Ескалація: Менеджер відсутній: названий заступник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Передавайте чат, коли клієнт просить менеджера, рішення потребує повноважень, яких у вас немає, дві спроби не дали результату або серйозність критична. Спочатку надішліть підсумок, потім скажіть клієнту.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Підсумок для менеджера: </w:t>
      </w:r>
      <w:r>
        <w:rPr>
          <w:rFonts w:ascii="Calibri" w:hAnsi="Calibri" w:cs="Calibri" w:eastAsia="Calibri"/>
          <w:b w:val="0"/>
          <w:color w:val="15131F"/>
          <w:sz w:val="21"/>
        </w:rPr>
        <w:t>[Ім’я клієнта], [номер замовлення чи акаунта], [канал].</w:t>
        <w:br/>
        <w:t>Що сталося: [один рядок, з датами].</w:t>
        <w:br/>
        <w:t>Клієнт хоче: [його словами].</w:t>
        <w:br/>
        <w:t>Перевірено: [що ви перевірили]. Запропоновано: [що ви запропонували].</w:t>
        <w:br/>
        <w:t>Серйозність: [низька, середня, висока чи критична]. Обіцяно: [ім’я менеджера] відповість до [час].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/upset-manager: Скажіть клієнту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використовувати: </w:t>
      </w:r>
      <w:r>
        <w:rPr>
          <w:rFonts w:ascii="Calibri" w:hAnsi="Calibri" w:cs="Calibri" w:eastAsia="Calibri"/>
          <w:b w:val="0"/>
          <w:color w:val="5D5A70"/>
          <w:sz w:val="21"/>
        </w:rPr>
        <w:t>Одразу після того, як надіслали підсумок.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Яке рішення ухвалить менеджер.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Це питання має вирішити [ім’я менеджера], [посада]: саме [він чи вона] може ухвалити рішення щодо [чого просить клієнт]. [Йому чи їй] уже передано все з цього чату, тож повторювати нічого не доведеться. [Ім’я менеджера] зв’яжеться з вами до [час]. Якщо [він чи вона] не зможе, це зробить [ім’я заступника].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/upset-manager-hello: Перше повідомлення менеджера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використовувати: </w:t>
      </w:r>
      <w:r>
        <w:rPr>
          <w:rFonts w:ascii="Calibri" w:hAnsi="Calibri" w:cs="Calibri" w:eastAsia="Calibri"/>
          <w:b w:val="0"/>
          <w:color w:val="5D5A70"/>
          <w:sz w:val="21"/>
        </w:rPr>
        <w:t>Менеджер підхоплює чат.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Більше, ніж дозволяють ваші правила погодження.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Я [ім’я менеджера], [посада]. Від [ім’я агента] я вже знаю, що сталося: [підсумок одним рядком]. Повторювати нічого не потрібно. Ось що я можу зробити: [рішення чи наступний крок із точним часом].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Ніколи не змушуйте клієнта розповідати все знову. За дослідженням Gartner, переадресації й необхідність повторювати інформацію — серед чинників нелояльності.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Правила AI-агента для невдоволених клієнтів: коли передавати чат людині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Серйозність: AI-агент її не оцінює · Вплив: Кожен чат, на який відповідає AI-агент · Канал: Сайт і підключені канали · Відповідальний: Той, хто редагує «Інструкції» · Перша відповідь: Людина протягом 5 хвилин · Ескалація: Людина, погрози, суд, безпека: передати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Вставте ці правила в інструкції свого AI-агента. Це письмові правила, а не автоматичне розпізнавання: AI-агент застосовує їх до того, що пише клієнт. Перевірте кожен тригер, перш ніж на нього покладатися.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Вставте в «Інструкції»: </w:t>
      </w:r>
      <w:r>
        <w:rPr>
          <w:rFonts w:ascii="Calibri" w:hAnsi="Calibri" w:cs="Calibri" w:eastAsia="Calibri"/>
          <w:b w:val="0"/>
          <w:color w:val="15131F"/>
          <w:sz w:val="21"/>
        </w:rPr>
        <w:t>Коли клієнт засмучений чи злий:</w:t>
        <w:br/>
        <w:t>1. Почни з одного короткого речення, яке називає його проблему й містить одне вибачення. Ніколи не пиши «заспокойтеся» і не повторюй вибачення.</w:t>
        <w:br/>
        <w:t>2. Став по одному питанню за раз, лише про те, що потрібно, щоб знайти замовлення: [номер замовлення, email чи телефон].</w:t>
        <w:br/>
        <w:t>3. Ніколи не сперечайся, не звинувачуй клієнта й не цитуй правила, щоб довести, що він неправий.</w:t>
        <w:br/>
        <w:t>4. Ніколи не обіцяй повернення коштів, бонус, знижку, дату доставки чи компенсацію. Рішення ухвалює людина з нашої команди.</w:t>
        <w:br/>
        <w:t>5. Одразу передавай чат людині, коли клієнт просить людину чи менеджера; погрожує скасувати замовлення, написати відгук чи оформити чарджбек; погрожує чи ображає; згадує юриста чи суд; або згадує травму чи загрозу безпеці.</w:t>
        <w:br/>
        <w:t>6. Перед передачею підсумуй в одному повідомленні, що сталося, чого хоче клієнт, і вкажи номер замовлення.</w:t>
        <w:br/>
        <w:t>7. Скажи, хто підхопить чат і коли: [команда чи ім’я] протягом [5 хвилин] у [робочі години]; поза ними — до [час наступного відкриття].</w:t>
        <w:br/>
        <w:t>8. Ніколи нічого не пропонуй в обмін на відгук.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Повідомлення AI-агента під час передачі: </w:t>
      </w:r>
      <w:r>
        <w:rPr>
          <w:rFonts w:ascii="Calibri" w:hAnsi="Calibri" w:cs="Calibri" w:eastAsia="Calibri"/>
          <w:b w:val="0"/>
          <w:color w:val="15131F"/>
          <w:sz w:val="21"/>
        </w:rPr>
        <w:t>Розумію, і мені шкода. Я передаю цей чат [команді чи колезі] просто зараз разом з усім, що ви написали, тож повторювати не доведеться. Очікувана відповідь: протягом [5 хвилин].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Поза робочим часом: </w:t>
      </w:r>
      <w:r>
        <w:rPr>
          <w:rFonts w:ascii="Calibri" w:hAnsi="Calibri" w:cs="Calibri" w:eastAsia="Calibri"/>
          <w:b w:val="0"/>
          <w:color w:val="15131F"/>
          <w:sz w:val="21"/>
        </w:rPr>
        <w:t>Мені шкода, що так сталося. Наша команда не на зв’язку до [час наступного відкриття]. Я передав ваше повідомлення й номер замовлення, і [команда чи ім’я] відповість до [час].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Лише 27% клієнтів спробували б чат-бот знову після негативного досвіду. Одна швидка передача краща за три нові відповіді AI.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Відповіді невдоволеному клієнту в чаті на прикладі: зірвана доставка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Клієнтка взяла вихідний, щоб дочекатися доставки дивана від вигаданого меблевого магазину, а машина так і не приїхала. AI-агент передає чат, коли вона просить людину. Оуен проходить усі 4 кроки й телефонує, як і обіцяв, до 7:30 наступного ранку.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Я взяла вихідний заради доставки дивана, з 8 до 12. Уже 12:40. Ні машини, ні дзвінка. Ви вже вдруге переносите це замовлення!!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Мені шкода, Терезо. Чекати весь ранок, узявши вихідний, — так не має бути. Щоб знайти вашу доставку, підкажіть, будь ласка, номер замовлення. Він починається з OR.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OR-58213. З мене досить. Якщо сьогодні не привезете, я скасовую замовлення і пишу відгуки всюди. Дайте мені живу людину.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Розумію. Я передаю цей чат Оуену з нашої служби доставки просто зараз. Щоб він не питав удруге: замовлення OR-58213, сьогоднішнє вікно з 8:00 до 12:00 пропущено без дзвінка, це вже друга зміна в замовленні, і ви хочете отримати доставку сьогодні. Очікувана відповідь: протягом 5 хвилин.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Оуен (доставка): </w:t>
      </w:r>
      <w:r>
        <w:rPr>
          <w:rFonts w:ascii="Calibri" w:hAnsi="Calibri" w:cs="Calibri" w:eastAsia="Calibri"/>
          <w:b w:val="0"/>
          <w:color w:val="15131F"/>
          <w:sz w:val="21"/>
        </w:rPr>
        <w:t>Терезо, я Оуен зі служби доставки. Ви взяли вихідний, а ми пропустили вікно доставки й навіть не зателефонували. Це наша провина, і мені шкода.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Оуен (доставка): </w:t>
      </w:r>
      <w:r>
        <w:rPr>
          <w:rFonts w:ascii="Calibri" w:hAnsi="Calibri" w:cs="Calibri" w:eastAsia="Calibri"/>
          <w:b w:val="0"/>
          <w:color w:val="15131F"/>
          <w:sz w:val="21"/>
        </w:rPr>
        <w:t>Машина зламалася о 9:30, і вам ніхто не подзвонив. Одне питання: ви ще можете прийняти диван сьогодні до 18:00 чи вам краще фіксований ранній час завтра?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Я не збираюся знову сидіти й чекати цілий день. Завтра, але зранку.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Оуен (доставка): </w:t>
      </w:r>
      <w:r>
        <w:rPr>
          <w:rFonts w:ascii="Calibri" w:hAnsi="Calibri" w:cs="Calibri" w:eastAsia="Calibri"/>
          <w:b w:val="0"/>
          <w:color w:val="15131F"/>
          <w:sz w:val="21"/>
        </w:rPr>
        <w:t>Ось що я роблю: ваш диван їде першим у завтрашньому маршруті, вівторок, 6 жовтня, з 8:00 до 10:00. Також я вже повертаю на вашу картку 79 $ за доставку. Зазвичай повернення надходить протягом 3–5 робочих днів.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Оуен (доставка): </w:t>
      </w:r>
      <w:r>
        <w:rPr>
          <w:rFonts w:ascii="Calibri" w:hAnsi="Calibri" w:cs="Calibri" w:eastAsia="Calibri"/>
          <w:b w:val="0"/>
          <w:color w:val="15131F"/>
          <w:sz w:val="21"/>
        </w:rPr>
        <w:t>Вам підходить вівторок, з 8:00 до 10:00?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Так. З 8 до 10. Якщо не приїдуть, я скасовую.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Оуен (доставка): </w:t>
      </w:r>
      <w:r>
        <w:rPr>
          <w:rFonts w:ascii="Calibri" w:hAnsi="Calibri" w:cs="Calibri" w:eastAsia="Calibri"/>
          <w:b w:val="0"/>
          <w:color w:val="15131F"/>
          <w:sz w:val="21"/>
        </w:rPr>
        <w:t>Підтверджую: вівторок, 6 жовтня, з 8:00 до 10:00, і повернення 79 $. Я зателефоную вам завтра до 7:30 і назву ім’я водія. Якщо до того часу я не зв’яжуся з вами, напишіть на owen@oaklinehome.example.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Добре. Дякую.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Поля оцінки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Серйозність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Висока: погрози скасувати замовлення й написати відгук, просила людину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Вплив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Одне замовлення, диван за 1 840 $, друга зміна дати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Канал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Чат на сайті, понеділок, 5 жовтня 2026, 12:40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Відповідальний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Оуен Гарт, доставка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Перша відповідь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AI-агент одразу; Оуен через 3 хвилини після передачі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Ескалація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потрібна: 79 $ у межах ліміту агента 100 $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Відповідальний і дії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Дія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Відповідальний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Термін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Перенести диван на перше вікно 6 жовтня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Оуен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жовтня, 13:00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Повернути 79 $ за доставку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Оуен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жовтня, 13:00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Завдання: дзвінок з ім’ям водія, пріоритет «Високий»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Оуен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жовтня, 7:30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 о 7:24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Нотатка в картці контакту, тег «Доставка», рядок у журналі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Оуен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жовтня, 17:00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Перевірка завершення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Пункт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Записано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Клієнтка підтвердила рішення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«Так. З 8 до 10.» 5 жовтня, 12:52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Обіцяний повторний зв’язок відбувся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Дзвінок 6 жовтня о 7:24; доставлено о 8:35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Рядок у журналі заповнено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Запізнення чи зрив доставки, висока, повернення коштів 79 $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Оцінка задоволеності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 з 5 після завершення чату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Статус у журналі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Закрито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Вигаданий магазин і клієнтка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Рівні серйозності для конфліктних чатів: відповідальний, швидкість, ескалація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662"/>
        <w:gridCol w:w="1662"/>
        <w:gridCol w:w="1662"/>
        <w:gridCol w:w="1662"/>
        <w:gridCol w:w="1662"/>
        <w:gridCol w:w="1662"/>
      </w:tblGrid>
      <w:tr>
        <w:tc>
          <w:tcPr>
            <w:tcW w:type="dxa" w:w="1662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Серйозність</w:t>
            </w:r>
          </w:p>
        </w:tc>
        <w:tc>
          <w:tcPr>
            <w:tcW w:type="dxa" w:w="1662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Як це виглядає</w:t>
            </w:r>
          </w:p>
        </w:tc>
        <w:tc>
          <w:tcPr>
            <w:tcW w:type="dxa" w:w="1662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Вплив</w:t>
            </w:r>
          </w:p>
        </w:tc>
        <w:tc>
          <w:tcPr>
            <w:tcW w:type="dxa" w:w="1662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Перша відповідь</w:t>
            </w:r>
          </w:p>
        </w:tc>
        <w:tc>
          <w:tcPr>
            <w:tcW w:type="dxa" w:w="1662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Відповідальний</w:t>
            </w:r>
          </w:p>
        </w:tc>
        <w:tc>
          <w:tcPr>
            <w:tcW w:type="dxa" w:w="1662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Ескалація</w:t>
            </w:r>
          </w:p>
        </w:tc>
      </w:tr>
      <w:tr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Низька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Роздратування через дрібну проблему, гроші й терміни не під загрозою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клієнт, дрібниця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Протягом 1 хвилини, AI-агент або людина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Той, хто веде чат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потрібна</w:t>
            </w:r>
          </w:p>
        </w:tc>
      </w:tr>
      <w:tr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Середня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Невиконана обіцянка чи повторна проблема, але клієнт ще готовий співпрацювати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клієнт, одне замовлення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Протягом 1 хвилини, рішення чи наступний крок протягом 10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Той, хто веде чат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Немає рішення в чаті: названий відповідальний</w:t>
            </w:r>
          </w:p>
        </w:tc>
      </w:tr>
      <w:tr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Висока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Просить людину, погрожує скасувати замовлення чи написати відгук, ідеться про гроші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клієнт, який може піти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Людина протягом 5 хвилин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Названий агент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Понад ліміт пропозицій: той, хто погоджує</w:t>
            </w:r>
          </w:p>
        </w:tc>
      </w:tr>
      <w:tr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Критична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Суд, питання безпеки, погрози чи образи або проблема в багатьох клієнтів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Юридичний ризик, безпека чи багато клієнтів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Людина одразу, менеджер протягом 15 хвилин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Менеджер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Одразу менеджер, за його відсутності — заступник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Що сказати невдоволеному клієнту і чого ніколи не писати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Не пишіть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Чому в чаті це шкодить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Пишіть натомість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Заспокойтеся.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Звучить так, ніби проблема в емоціях клієнта.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Мені шкода. Давайте я зараз це виправлю.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Як я вже писав...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Звучить як докір, і клієнт гортає вгору, щоб перевірити.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Підсумую: ваш диван приїде у вівторок, з 8:00 до 10:00.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 жаль, наші правила передбачають...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Ставить правило вище за людину.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Ось що я можу зробити: заміну цього тижня.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 розумію ваше роздратування.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Шаблонне співчуття, яке часто надсилають двічі.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Чекати весь ранок даремно — так не має бути.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Скоро, найближчим часом, якнайшвидше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Без конкретного часу клієнту доводиться вас наздоганяти.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Сьогодні до 15:00.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Суцільна стіна тексту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Розлючений клієнт читає побіжно й пропускає відповідь.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Одна думка в повідомленні, щонайбільше три рядки.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ВЕЛИКІ ЛІТЕРИ чи !!!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Читається як крик у відповідь.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Прості речення й крапка.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Як відповісти невдоволеному клієнту в чаті за цим шаблоном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Спочатку визначте ліміти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Заповніть таблицю пропозицій у вкладці 4 і призначте того, хто погоджує, та заступника.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Збережіть відповіді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Замініть [дужки] і збережіть кожну відповідь як шорткат, щоб перший рядок можна було надіслати протягом хвилини.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Вставте правила для AI-агента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Додайте вкладку 8 в інструкції свого AI-агента й перевірте кожен тригер.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Записуйте кожен конфліктний чат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Один рядок на чат у журналі Excel того ж дня.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Переглядайте щотижня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Перевірте найчастіші причини й прострочені повторні зв’язки. Усуньте найчастішу причину.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Налаштуйте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Відкрийте «Мої боти», виберіть бота й вставте вкладку 8 у поле «Інструкції» на вкладці «Основи». Натисніть «Зберегти зміни» і перевірте кожен тригер у «Спробуйте Bot».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 вкладці «Підключення» увімкніть «Надсилати сповіщення поштою» і додайте команду в «Призначені користувачі».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Передані чати чекають в «Онлайн-підтримці» зі статусом «Очікує агента». Натисніть «Прийняти», відповідайте, маючи перед очима всю історію, і натисніть «Вирішити», коли клієнт підтвердить.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Для повторного зв’язку відкрийте «Задачі» &gt; «Нове завдання»: «Назва завдання», «Виконавець», «Дедлайн» (обіцяний час), «Пріоритет» «Високий» або «Терміновий». Підсумок і всі образливі слова запишіть у «Нотатки» в картці контакту.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Додайте тег для кожної причини: «Налаштування» &gt; «Теги розмов» &gt; «Новий тег». На вкладці бота «Поведінка» увімкніть «Оцінки задоволеності». На тарифі Growth збережіть відповіді в «Збережені відповіді», наприклад /upset-ack.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Автоматичного розпізнавання злості й автоматичних правил ескалації немає: AI-агент передає чат на основі ваших «Інструкцій». Передача людині: Launch, 19 $ на місяць при оплаті за рік, 8 користувачів. Збережені відповіді: Growth, 49 $. Free: AI-чат і базові завдання для 3 користувачів.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Перевірка завершення: закривайте конфліктний чат, лише коли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Клієнт підтвердив у чаті рішення чи наступний крок.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Обіцяний повторний зв’язок відбувся вчасно, і це записано.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Рядок у журналі заповнено: причина, серйозність, пропозиція, сума, хто погодив, результат.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Усі образи записано дослівно, і менеджер про них знає.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Початкову проблему вирішено, або для неї є окреме завдання.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Вигадані дані для прикладу.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https://crmsoftware.pro/ua/templates/angry-customer-live-chat-response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Відповіді невдоволеному клієнту в чаті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