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Приклади листів про покинутий кошик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Вісім вкладок для невеликого інтернет-магазину: серія з 3 листів із правилом зупинки, лист 2 для шести причин, з яких ідуть покупці, і відповіді в чаті на питання, що зупиняють покупку.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Налаштуйте 3 листи в платформі магазину чи сервісі розсилок: через 1 годину, 24 години й 72 години після того, як кошик покинули, із зупинкою після першого замовлення. Замініть кожне слово в [дужках], виберіть лист 2 за ймовірною причиною й записуйте кожен кошик у журнал кошиків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Шаблон листа про покинутий кошик: 3 листи, 1 правило зупинки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Листів: 3 · Надсилати через: 1 год, 1 день, 3 дні · Зупинка: Замовлення, відповідь, відписка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Цей шаблон листа про покинутий кошик складається з трьох листів. Їх надсилає ваша платформа магазину або сервіс розсилок покупцям, які ввели електронну адресу під час оформлення замовлення і яким можна писати. Лист 2 відповідає на ймовірну причину, з якої покупець пішов: знайдіть її в таблиці й скопіюйте лист із вкладок 2–7. Потрібен один лист 2 для всіх? Беріть вкладку 2: додаткові витрати — найчастіша причина.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1, через 1 годину, тема: </w:t>
      </w:r>
      <w:r>
        <w:rPr>
          <w:rFonts w:ascii="Calibri" w:hAnsi="Calibri" w:cs="Calibri" w:eastAsia="Calibri"/>
          <w:b w:val="0"/>
          <w:color w:val="15131F"/>
          <w:sz w:val="21"/>
        </w:rPr>
        <w:t>[Магазин]: ваш кошик збережено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1, текст: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Ви залишили в кошику [товар]. Кошик збережено на [7] днів: [посилання на кошик]</w:t>
        <w:br/>
        <w:br/>
        <w:t>Маєте питання перед замовленням? Дайте відповідь на цей лист або запитайте в чаті на нашому сайті. [Ваша найчастіша відповідь, наприклад: Стандартна доставка безкоштовна від 50 $.]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3, через 72 години, тема: </w:t>
      </w:r>
      <w:r>
        <w:rPr>
          <w:rFonts w:ascii="Calibri" w:hAnsi="Calibri" w:cs="Calibri" w:eastAsia="Calibri"/>
          <w:b w:val="0"/>
          <w:color w:val="15131F"/>
          <w:sz w:val="21"/>
        </w:rPr>
        <w:t>[Ім’я], зберегти ваш кошик?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3, текст: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Це наш останній лист про ваш кошик: [товар]. Ми збережемо його до [дати] і більше не писатимемо про нього.</w:t>
        <w:br/>
        <w:br/>
        <w:t>[Рядок про безкоштовну доставку, лише якщо це дозволяє правило знижок на цій сторінці]</w:t>
        <w:br/>
        <w:br/>
        <w:t>Є питання? Дайте відповідь на цей лист, і вам відповість жива людина.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Виберіть лист 2 за кроком, на якому покупець пішов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 виходу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Ймовірна причина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Лист 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Кошик, після короткого візиту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Просто переглядали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7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Контакти або акаунт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Створення акаунта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Крок доставки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Додаткові витрати або строк доставки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2 або 3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Крок оплати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Довіра й оплата або умови повернення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5 або 4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запитали в чаті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Питання, яке поставили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з відповіддю на нього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Правило зупинки: більше нічого не надсилайте,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Покупець оформив замовлення в будь-якому каналі.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Покупець відповів: замість листів йому відповідає людина.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Покупець відписався або написав «стоп».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Кошик спорожнили або товари розпродано.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Лист 3 надіслано або лист 2 надіслано тому, хто просто переглядав.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Цей покупець уже отримував серію листів про кошик за останні [30] днів.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Графік: </w:t>
      </w:r>
      <w:r>
        <w:rPr>
          <w:rFonts w:ascii="Calibri" w:hAnsi="Calibri" w:cs="Calibri" w:eastAsia="Calibri"/>
          <w:b w:val="0"/>
          <w:color w:val="5D5A70"/>
          <w:sz w:val="21"/>
        </w:rPr>
        <w:t>Shopify вважає оформлення покинутим, якщо воно лишається незавершеним понад десять хвилин після того, як покупець указав електронну адресу, а затримку ви задаєте в полі «Send after». Поставте 1, 24 і 72 години й спершу протестуйте серію на власній адресі.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Футер: </w:t>
      </w:r>
      <w:r>
        <w:rPr>
          <w:rFonts w:ascii="Calibri" w:hAnsi="Calibri" w:cs="Calibri" w:eastAsia="Calibri"/>
          <w:b w:val="0"/>
          <w:color w:val="5D5A70"/>
          <w:sz w:val="21"/>
        </w:rPr>
        <w:t>Залишайте адресу й посилання для відписки в усіх 3 листах: за посібником FTC щодо CAN-SPAM обидва обов’язкові в комерційних листах.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4-й лист, Код у листі 1, Фальшиві таймери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Лист 2 про додаткові витрати: покажіть повну ціну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40% · Відповідайте: Повною сумою · Що виправити: Вартість доставки в кошику · Знижка?: Лише в листі 3 і лише тоді, коли кошик менший за ваш поріг безкоштовної доставки. Див. «Коли не давати знижку».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Якщо не рахувати тих, хто просто переглядав, 40% покупців, які покинули кошик, назвали причиною надто високі додаткові витрати (доставка, податок, збори), а 12% не бачили повної вартості заздалегідь. Відповідайте повною ціною, а не кодом знижки.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Повна сума за [товар] разом із доставкою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Ось повна вартість вашого кошика, щоб не було сюрпризів:</w:t>
        <w:br/>
        <w:t>[Товар]: [ціна]</w:t>
        <w:br/>
        <w:t>Доставка в [штат або країну]: [вартість доставки]</w:t>
        <w:br/>
        <w:t>Податок: [сума податку або «додається під час оформлення за вашою адресою»]</w:t>
        <w:br/>
        <w:t>Разом: [сума]</w:t>
        <w:br/>
        <w:br/>
        <w:t>Стандартна доставка безкоштовна від [50 $]. Сума вашого кошика: [46,00 $].</w:t>
        <w:br/>
        <w:br/>
        <w:t>[Посилання на кошик]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Доставка в [штат] коштує [7,95 $], а від [50 $] вона безкоштовна. Податок додається під час оформлення замовлення за вашою адресою. Із сумою кошика [46,00 $] разом без податку виходить [53,95 $].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додавайте збір на останньому кроці. FTC називає темним патерном «крапельне ціноутворення»: спершу показують частину ціни, а обов’язкові платежі додають пізніше.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Лист 2 про строк доставки: дати, а не дні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20% · Назвіть: Граничний час, діапазон дат · Що виправити: Дати на сторінці товару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20% покупців, які покинули кошик, сказали, що доставка надто повільна. Часто вони просто не могли зрозуміти, коли прийде замовлення. Назвіть граничний час замовлення й діапазон дат.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Коли ви отримаєте [товар]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Замовлення, оформлені до [14:00] у робочий день, ми відправляємо того ж дня. Далі:</w:t>
        <w:br/>
        <w:t>Стандартна доставка, [безкоштовно від 50 $]: [3–5] робочих днів, орієнтовно з [дати] по [дату].</w:t>
        <w:br/>
        <w:t>Експрес, [14,95 $]: [1–2] робочі дні, орієнтовно з [дати] по [дату].</w:t>
        <w:br/>
        <w:br/>
        <w:t>Потрібно до певного дня? Напишіть у відповідь дату, і ми підкажемо, який варіант встигне.</w:t>
        <w:br/>
        <w:br/>
        <w:t>[Посилання на кошик]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Якщо замовите зараз, ми відправимо замовлення [у четвер, 1 жовтня]. Стандартна доставка займає [3–5] робочих днів, тож воно має прийти [між 6 і 8 жовтня]. Експрес за [14,95 $] займає [1–2] робочі дні.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обіцяйте день, який не гарантує перевізник. Пишіть «має прийти між…» і давайте діапазон.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Відповідайте: </w:t>
      </w:r>
      <w:r>
        <w:rPr>
          <w:rFonts w:ascii="Calibri" w:hAnsi="Calibri" w:cs="Calibri" w:eastAsia="Calibri"/>
          <w:b w:val="0"/>
          <w:color w:val="5D5A70"/>
          <w:sz w:val="21"/>
        </w:rPr>
        <w:t>Дата відправки, Діапазон дат, Швидший варіант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Лист 2 про умови повернення: правила в трьох рядках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13% · Три рядки: Строк, доставка, гроші · Що виправити: Коротко біля «Купити»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13% покупців, які покинули кошик, сказали, що умови повернення недостатньо хороші. Дайте їм три рядки, які вони шукають: строк, хто платить за зворотну доставку і коли повернуться гроші.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Сумніваєтеся щодо [товару]? Як працює повернення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Якщо [товар] не підійде, його можна повернути:</w:t>
        <w:br/>
        <w:t>- Протягом [30] днів після доставки, [невикористаним].</w:t>
        <w:br/>
        <w:t>- Зворотна доставка: [безкоштовно або 5,95 $ вираховуємо із суми повернення].</w:t>
        <w:br/>
        <w:t>- Гроші повертаємо тим самим способом, яким ви платили, протягом [5] робочих днів після того, як отримаємо товар.</w:t>
        <w:br/>
        <w:br/>
        <w:t>Повні умови: [посилання на умови]</w:t>
        <w:br/>
        <w:t>Ваш кошик: [посилання на кошик]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Невикористані товари можна повернути протягом [30] днів після доставки. Гроші повертаємо тим самим способом, яким ви платили, протягом [5] робочих днів після того, як отримаємо товар. Повні умови: [посилання]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Той самий текст: </w:t>
      </w:r>
      <w:r>
        <w:rPr>
          <w:rFonts w:ascii="Calibri" w:hAnsi="Calibri" w:cs="Calibri" w:eastAsia="Calibri"/>
          <w:b w:val="0"/>
          <w:color w:val="5D5A70"/>
          <w:sz w:val="21"/>
        </w:rPr>
        <w:t>Цитуйте умови точно так, як вони написані на сайті, без нових обіцянок. Шаблон політики повернення зберігає одну датовану версію для сайту, листів і AI-агента.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Лист 2 про довіру й оплату: покажіть, хто ви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19% · Покажіть: Адресу, телефон, відгуки · Що виправити: Більше способів оплати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19% покупців, які покинули кошик, не довірили сайту дані своєї картки, у 10% картку відхилили, а 9% не знайшли достатньо способів оплати. Покажіть, що за магазином стоїть реальний бізнес, і назвіть усі способи оплати.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Хто ми і як можна оплатити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 — [магазин]: [хто ви одним рядком, наприклад: двоє людей, які з 2019 року відливають свічки в Портленді, штат Мен]. Наша адреса: [поштова адреса], телефон: [телефон].</w:t>
        <w:br/>
        <w:br/>
        <w:t>Оплатити можна [карткою, через PayPal або Apple Pay]. [Оплата карткою проходить через нашого платіжного провайдера, тому повного номера вашої картки ми ніколи не бачимо.]</w:t>
        <w:br/>
        <w:br/>
        <w:t>Якщо оплата не пройшла, дайте відповідь на цей лист, і ми допоможемо завершити замовлення.</w:t>
        <w:br/>
        <w:br/>
        <w:t>Відгуки покупців: [посилання на відгуки]</w:t>
        <w:br/>
        <w:t>Ваш кошик: [посилання на кошик]</w:t>
        <w:br/>
        <w:br/>
        <w:t>[Ваше ім’я], [магазин]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Оплатити можна [карткою, через PayPal або Apple Pay]. Будь ласка, ніколи не вводьте номер картки в цьому чаті. Якщо оплата не пройшла, я можу передати вас людині, яка допоможе.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просіть дані картки електронною поштою чи в чаті й не надсилайте посилання на оплату, якого покупець не просив.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Лист 2 про створення акаунта: реєстрація не потрібна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18% · Перший рядок: Акаунт не потрібен · Що виправити: Спершу без реєстрації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18% покупців, які покинули кошик, пішли, бо сайт вимагав створити акаунт. Якщо у вас можна замовити без реєстрації, скажіть про це в першому ж рядку. Якщо ні, увімкніть цю можливість, перш ніж надсилати 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Щоб замовити, акаунт не потрібен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Щоб оформити замовлення в нас, акаунт не потрібен. Під час оформлення виберіть [Оформити без реєстрації]: нам потрібні лише ваша електронна адреса й адреса доставки.</w:t>
        <w:br/>
        <w:br/>
        <w:t>Ваш кошик збережено: [посилання на кошик]</w:t>
        <w:br/>
        <w:br/>
        <w:t>[Хочете бачити історію замовлень? Акаунт можна створити після замовлення.]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Акаунт не потрібен. Під час оформлення виберіть [Оформити без реєстрації], а потім уведіть електронну адресу й адресу доставки.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Усуньте причину: </w:t>
      </w:r>
      <w:r>
        <w:rPr>
          <w:rFonts w:ascii="Calibri" w:hAnsi="Calibri" w:cs="Calibri" w:eastAsia="Calibri"/>
          <w:b w:val="0"/>
          <w:color w:val="5D5A70"/>
          <w:sz w:val="21"/>
        </w:rPr>
        <w:t>Зробіть оформлення без реєстрації першим варіантом, а акаунт пропонуйте лише після того, як замовлення оформлено.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Лист 2 для тих, хто просто переглядав: збережено на потім, без тиску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Baymard: 42% · Листи: Лише 1 і 2 · Знижка: Ніколи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42% онлайн-покупців у США покидали кошик, бо «просто переглядали / ще не були готові купувати». Їм потрібен шлях назад, а не код знижки. Надішліть цей лист як лист 2 і пропустіть лист 3.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Збережено на потім: [товар]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Без поспіху. Ми зберегли для вас [товар], щоб ви легко знайшли його, коли будете готові: [посилання на кошик]</w:t>
        <w:br/>
        <w:br/>
        <w:t>Якщо це допоможе вирішити: [один корисний факт, наприклад час горіння, розмір або найчастіше питання].</w:t>
        <w:br/>
        <w:br/>
        <w:t>Це наш останній лист про цей кошик.</w:t>
        <w:br/>
        <w:br/>
        <w:t>[Ваше ім’я], [магазин]</w:t>
        <w:br/>
        <w:t>[Поштова адреса]</w:t>
        <w:br/>
        <w:t>[Посилання для відписки]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чату: </w:t>
      </w:r>
      <w:r>
        <w:rPr>
          <w:rFonts w:ascii="Calibri" w:hAnsi="Calibri" w:cs="Calibri" w:eastAsia="Calibri"/>
          <w:b w:val="0"/>
          <w:color w:val="15131F"/>
          <w:sz w:val="21"/>
        </w:rPr>
        <w:t>Не поспішайте. Якщо маєте питання про [товар], питайте мене тут будь-коли, удень чи вночі.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давайте знижку тому, хто лише дивився, і не підписуйте його на розсилку, на яку він не погоджувався.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Відповіді в чаті на питання, які зупиняють покупку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Відповідає: 24/7 · Джерела відповідей: База знань, фід товарів · Передає в: «Онлайн-підтримку»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Більшість цих причин — це питання, які покупець міг би поставити просто на сторінці. Розмістіть AI-агента на сторінках товару й кошика, а також на сторінці оформлення замовлення, якщо ваша платформа це дозволяє, і дайте йому ці правила.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Інструкції для AI-агента: </w:t>
      </w:r>
      <w:r>
        <w:rPr>
          <w:rFonts w:ascii="Calibri" w:hAnsi="Calibri" w:cs="Calibri" w:eastAsia="Calibri"/>
          <w:b w:val="0"/>
          <w:color w:val="15131F"/>
          <w:sz w:val="21"/>
        </w:rPr>
        <w:t>Питання перед покупкою:</w:t>
        <w:br/>
        <w:t>1. Відповідай лише на основі бази знань і фіду товарів: ціни, доставка, строки доставки, повернення, способи оплати, розміри й матеріали.</w:t>
        <w:br/>
        <w:t>2. Доставка: назви вартість і поріг безкоштовної доставки, а також суму без податку, якщо покупець каже, на яку суму в нього кошик.</w:t>
        <w:br/>
        <w:t>3. Строки доставки: назви дату відправки з огляду на граничний час замовлення і діапазон дат. Ніколи не обіцяй точний день.</w:t>
        <w:br/>
        <w:t>4. Повернення: дослівно цитуй строк, умови зворотної доставки й строки повернення грошей.</w:t>
        <w:br/>
        <w:t>5. Ніколи не вигадуй код знижки чи розпродаж.</w:t>
        <w:br/>
        <w:t>6. Ніколи не проси номер картки.</w:t>
        <w:br/>
        <w:t>7. Передавай чат людині, якщо йдеться про індивідуальні чи оптові замовлення, пошкоджені товари, невдалу оплату, будь-що, чого немає в базі знань, або якщо покупець про це просить. Кажи, що людина відповість протягом [30 хвилин у робочий час].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Тест перед запуском: 6 питань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Покупець питає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Правильна відповідь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коштує доставка в Огайо?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Вартість, безкоштовно від [50 $], податок під час оформлення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 прийде до п’ятниці?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відправки й діапазон дат, без обіцянок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 можна повернути, якщо не сподобається аромат?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Рядки з умов повернення, дослівно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вас є код знижки?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Жодного вигаданого коду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Мою картку відхилили.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даних картки в чаті; передає людині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Можна замовити 40 свічок на весілля?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Передає людині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Збережена відповідь /shipping: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Доставка в [штат] коштує [7,95 $], а стандартна доставка безкоштовна від [50 $]. Замовлення, оформлені до [14:00] у робочий день, ми відправляємо того ж дня, і вони приходять за [3–5] робочих днів. Експрес коштує [14,95 $] і займає [1–2] робочі дні.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Збережена відповідь /discount: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Зараз у нас немає діючих кодів знижки. Стандартна доставка безкоштовна від [50 $], а невикористані товари можна повернути протягом [30] днів після доставки. Чим ще можу допомогти з вашим замовленням?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Передати людині: </w:t>
      </w:r>
      <w:r>
        <w:rPr>
          <w:rFonts w:ascii="Calibri" w:hAnsi="Calibri" w:cs="Calibri" w:eastAsia="Calibri"/>
          <w:b w:val="0"/>
          <w:color w:val="5D5A70"/>
          <w:sz w:val="21"/>
        </w:rPr>
        <w:t>Індивідуальні чи оптові замовлення, Невдала оплата, Пошкоджений товар, Немає в базі знань, Просить людину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Один покинутий кошик: від листа 2 до замовлення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Driftwood Candle Co. — вигаданий магазин у Портленді, штат Мен, що продає соєві свічки онлайн. У цих прикладах листів про покинутий кошик покупниця йде на кроці доставки, лист 2 показує їй повну ціну, а AI-агент відповідає на її питання про доставку ще до замовлення.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Покупниця: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вер., 19:31: Добрий вечір! Я отримала ваш лист про мій кошик. Якщо замовлю сьогодні ввечері, чи прийде до суботи, 10 жовтня? Це подарунок на день народження.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Так, має встигнути. Замовлення, оформлені після 14:00, ми відправляємо наступного робочого дня, тож сьогоднішнє замовлення поїде в четвер, 1 жовтня. Стандартна доставка займає 3–5 робочих днів: замовлення має прийти між 6 і 8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Покупниця: </w:t>
      </w:r>
      <w:r>
        <w:rPr>
          <w:rFonts w:ascii="Calibri" w:hAnsi="Calibri" w:cs="Calibri" w:eastAsia="Calibri"/>
          <w:b w:val="0"/>
          <w:color w:val="15131F"/>
          <w:sz w:val="21"/>
        </w:rPr>
        <w:t>Добре. Доставка коштувала 7,95 $ при кошику на 46 $, тому я й зупинилася. А можете підписати для неї листівку?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Стандартна доставка безкоштовна від 50 $, тож при сумі 46 $ вона коштує 7,95 $. Під час оформлення можна додати подарункову записку. Листівка від руки — питання до команди: зараз передаю його Тео.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Рейчел, це Тео. Так, Айріс безкоштовно підписує подарункові листівки від руки. Напишіть своє побажання в полі для подарункової записки під час оформлення, і ми перепишемо його на листівку.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Покупниця: </w:t>
      </w:r>
      <w:r>
        <w:rPr>
          <w:rFonts w:ascii="Calibri" w:hAnsi="Calibri" w:cs="Calibri" w:eastAsia="Calibri"/>
          <w:b w:val="0"/>
          <w:color w:val="15131F"/>
          <w:sz w:val="21"/>
        </w:rPr>
        <w:t>Чудово. Тоді ще додам ножиці для ґнота, і доставка стане безкоштовною. Замовляю.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(підтримка):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Рейчел! Посилання в нашому листі поверне вас до кошика.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Кошик C-5207: серія листів і правило зупинки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сталося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29 вер., 19:12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Пішла на кроці доставки, кошик на 46,00 $; позначила «Надсилайте мені новини й пропозиції»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Можна писати: Так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20:12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1: кошик збережено, доставка безкоштовна від 50 $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замовлення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вер., 19:12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2, додаткові витрати: повна сума з доставкою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Перейшла, відкрила чат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19:31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AI-агент відповів про строки й доставку; Тео — про листівку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19:58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DC-10458, 58,00 $ із ножицями для ґнота, безкоштовна доставка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Повернено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2 жовт., 19:12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надіслано: правило зупинки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Рядок журналу кошиків і виправлення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Ймовірна 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Додаткові витрати: 7,95 $ за доставку при кошику на 46,00 $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Повернено після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Надана знижка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0,00 $: безкоштовна доставка від 50 $ і так була правилом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Тег «Перед покупкою»; Тео прийняв передачу о 19:40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Виправлення оформлення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Смуга безкоштовної доставки на сторінці кошика з четверга, 1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Тиждень з 28 вересня по 4 жовтня, аркуш «Підсумок» в Excel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Покинуті кошики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16, з них 14 з дозволом на листи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Надіслано листів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33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Повернені кошики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з 16 кошиків, 25%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Дохід із повернених кошиків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288,00 $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Витрати на знижки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7,95 $, один код на безкоштовну доставку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Головна 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Додаткові витрати, 5 з 16 кошиків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магазин і покупниця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Повернення покинутих кошиків починається з оформлення замовлення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 й частка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Виправте на сайті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Лист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Надто високі додаткові витрати: 40%. Повна вартість не видна заздалегідь: 12%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Розрахунок доставки й податку в кошику та на сторінках товарів, скільки лишилося до безкоштовної доставки, жодних нових зборів на останньому кроці.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Надто повільна доставка: 20%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Граничний час замовлення й діапазон дат доставки на сторінці товару, а також швидший варіант.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3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довірили сайту дані картки: 19%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Ваша адреса, номер телефону й відгуки, а також знайома покупцям сторінка оплати.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Треба було створити акаунт: 18%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Оформлення без реєстрації як перший варіант.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Надто довге чи складне оформлення: 17%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полів: лише те, що потрібно для доставки й оплати.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Немає: виправте форму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Помилки чи збої сайту: 17%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Тестове замовлення з телефона щотижня й після кожної зміни застосунку чи теми.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Немає: виправте помилку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Умови повернення: 13%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Три рядки біля кнопки «Купити»: строк, зворотна доставка, строки повернення грошей.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4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Картку відхилили або мало способів оплати: 10% і 9%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Гаманці, якими користуються ваші покупці, видно вже в кошику.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5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Коли не варто давати знижку в листі про покинутий кошик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Код знижки з’їдає маржу на замовленнях, які й так повернулися б. П’ять випадків, коли йому не місце, і один, коли він доречний.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Не в листі 1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Код у першому листі привчає покупців іти з сайту й чекати на нього. Лист 1 — це нагадування й відповідь.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Не тим, хто просто переглядав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42% онлайн-покупців у США покидали кошик, просто переглядаючи. Код платить людям, які ще не збиралися купувати.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Не тоді, коли причина не в ціні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Строк доставки, умови повернення, довіра чи акаунт: код не відповідає на жодну з цих причин. Надішліть відповідь.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Не тому самому покупцю двічі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Один код за кошик на покупця за [90] днів. Перш ніж надсилати код, перевірте журнал Excel.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Ніколи з фальшивою терміновістю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FTC відносить до темних патернів неправдиві повідомлення про малий залишок і таймери зворотного відліку, які обнуляються. Пишіть «залишилося лише 3», тільки коли це правда.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Коли знижка доречна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Лише в листі 3, якщо причиною були додаткові витрати, а кошик менший за ваш поріг безкоштовної доставки: безкоштовна доставка як одноразовий код із вашої платформи магазину, дійсний 48 годин. Запишіть його вартість у журнал.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Рядок для листа 3: </w:t>
      </w:r>
      <w:r>
        <w:rPr>
          <w:rFonts w:ascii="Calibri" w:hAnsi="Calibri" w:cs="Calibri" w:eastAsia="Calibri"/>
          <w:b w:val="0"/>
          <w:color w:val="15131F"/>
          <w:sz w:val="21"/>
        </w:rPr>
        <w:t>Безкоштовна стандартна доставка для цього кошика: використайте код [код] до [дати й часу].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Кому можна надсилати лист про покинутий кошик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 покупець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робити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CAN-SPAM: лист є транзакційним, лише якщо він сприяє вже погодженій угоді, а незавершений кошик — не така угода. Комерційний лист має містити правдивих відправника й тему, позначку, що це реклама, вашу поштову адресу й відписку, яку виконують протягом 10 робочих днів. Кожен лист, що порушує закон, може коштувати до 53 088 $.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Адреса й посилання для відписки в усіх 3 листах. Зупиняйтеся після першого ж «стоп».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Велика Британія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Маркетингові листи фізичним особам потребують згоди або «м’якої згоди»: ви самі отримали адресу під час продажу чи переговорів про продаж, рекламуєте лише схожі товари й запропонували зрозумілу можливість відмовитися під час збору адреси та в кожному повідомленні. Перегляд сайту — це не переговори.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Зрозуміла галочка відмови або згоди біля поля електронної адреси під час оформлення. Відмова в наступному листі — це вже запізно.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Європейський Союз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Маркетингові листи потребують попередньої згоди. Виняток стосується контактів клієнтів, отриманих у зв’язку з продажем, для ваших власних схожих товарів, із безкоштовною й простою можливістю відмовитися під час збору та в кожному повідомленні.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Покупець, який не завершив замовлення, може ще не бути клієнтом. Просіть згоду галочкою під час оформлення й перевірте національні правила.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Усі покупці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електронної адреси — немає листа. Shopify вважає оформлення покинутим, лише коли покупець указав електронну адресу, а хто отримує листи, вибираєте ви.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Пишіть лише покупцям із позначкою «Можна писати: Так».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Приклади листів про покинутий кошик: як ними користуватися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Перевірте, кому можна писати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Зрозуміла маркетингова галочка під час оформлення; листи про кошик — лише покупцям, яким можна писати.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Налаштуйте серію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У платформі магазину чи сервісі розсилок: через 1, 24 і 72 години після кошика, із зупинкою після першого замовлення.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Напишіть лист 2 для кожної причини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Скопіюйте вкладки 2–7 і замініть дужки. Потрібен один лист 2 для всіх? Беріть вкладку 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Відповідайте на сторінці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Розмістіть AI-агента на сторінках товару й кошика з правилами з вкладки 8.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Записуйте й виправляйте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Щотижня вносьте кошики в журнал і усувайте свою головну причину.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«Мої боти» &gt; виберіть бота &gt; вкладка «Основи»: вставте тарифи доставки, граничний час замовлення, діапазони строків доставки, умови повернення й способи оплати в поле «База знань» або скористайтеся функцією «Імпорт з вебсайту». Правила з вкладки 8 вставте в поле «Інструкції».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тарифі Scale: «Фід товарів» &gt; «Додати фід», вставте URL свого XML-фіду Google Merchant Center і натисніть «Імпортувати». Після цього агент знає ціни, наявність і характеристики товарів.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Натисніть «Зберегти зміни», а потім перевірте бота в «Спробуйте Bot» (тестовий чат із ботом) на 6 тестових питаннях. Розмістіть віджет на сторінках товару й кошика, а також на сторінці оформлення, якщо платформа це дозволяє.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Питання, на які агент не може відповісти, потрапляють в «Онлайн-підтримку» зі статусом «Очікує агента»: натисніть «Прийняти» й відповідайте. Тег «Перед покупкою», створений через «Налаштування» &gt; «Теги розмов» &gt; «Новий тег», допоможе рахувати такі чати.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тарифі Growth: «Налаштування» &gt; «Збережені відповіді» &gt; «Нова відповідь», «Шорткат» /shipping, «Заголовок», «Текст відповіді» з вкладки 8, «Поділитися з командою». Повторіть для /discount.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 і базова версія бази знань: Free, 3 користувачі. Передача людині та єдині вхідні: Launch, 19 $ на місяць при оплаті за рік, 8 користувачів. Збережені відповіді: Growth, 49 $. Імпорт фіду товарів: Scale, 99 $. Застосунок не відстежує кошики, не надсилає листів про кошики й не створює кодів знижки.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Щомісячна перевірка, 20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Частка повернення й витрати на знижки на аркуші «Підсумок».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Одне виправлення оформлення для головної причини.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Передані людині чати: додайте відповіді в базу знань.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Адреса й посилання для відписки в кожному листі; відписки виконано.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https://crmsoftware.pro/ua/templates/cart-abandonment-recovery-messages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Приклади листів про покинутий кошик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