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Привітальне повідомлення чат-бота: приклади за галузями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Перше повідомлення AI-чат-бота для 21 виду бізнесу, кожне зі згадкою про AI, 3 швидкими відповідями, рядком «ніколи не казати» й правилом, коли передавати розмову людині. Із формулою з 4 частин, правилами привітання для інструкцій бота й заповненим прикладом.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Виберіть розділ своєї галузі й замініть кожне слово в [дужках] своїми іменами, завданнями й номерами. Залиште речення про AI першим, вкладіться у 200 символів і використовуйте 3 короткі швидкі відповіді. Протестуйте повідомлення 5 реальними питаннями відвідувачів до запуску, а потім записуйте по одному тижню в журнал тестів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Привітальні повідомлення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Привітальне повідомлення чат-бота: формула з 4 частин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Перше повідомлення: 200 символів · Швидкі відповіді: 3, до 25 символів кожна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Ці приклади привітального повідомлення чат-бота побудовані за однією формулою: згадка про AI, 2 або 3 речі, з якими бот може допомогти, хто підхоплює розмову, а потім одне відкрите питання. Додайте 3 швидкі відповіді. Вкладки з 2 по 8 застосовують формулу до 21 виду бізнесу.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 (заповніть):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бізнесу]. Допоможу з [завданням 1], [завданням 2] і [завданням 3] або передам розмову [колезі] з нашої команди. Чим можу допомогти?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 (3 кнопки): </w:t>
      </w:r>
      <w:r>
        <w:rPr>
          <w:rFonts w:ascii="Calibri" w:hAnsi="Calibri" w:cs="Calibri" w:eastAsia="Calibri"/>
          <w:b w:val="0"/>
          <w:color w:val="15131F"/>
          <w:sz w:val="21"/>
        </w:rPr>
        <w:t>[Найчастіше питання]</w:t>
        <w:br/>
        <w:t>[Записатися, купити чи дізнатися ціну]</w:t>
        <w:br/>
        <w:t>Поговорити з людиною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будь-якої галузі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 200 символів, щоб повідомлення вміщалося на екрані телефона без прокручування. Це правило шаблону, а не результат дослідження.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3 швидкі відповіді до 25 символів кожна. Відвідувачі все одно можуть писати самі.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Нічого особистого в першому повідомленні: жодних даних про здоров’я, номерів карток чи дати народження.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Якщо в чаті відповідає людина, приберіть речення про AI і використовуйте її справжнє ім’я. Тоді ці шаблони працюють і як приклади привітальних повідомлень для онлайн-чату.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речення про AI стоїть першим: </w:t>
      </w:r>
      <w:r>
        <w:rPr>
          <w:rFonts w:ascii="Calibri" w:hAnsi="Calibri" w:cs="Calibri" w:eastAsia="Calibri"/>
          <w:b w:val="0"/>
          <w:color w:val="5D5A70"/>
          <w:sz w:val="21"/>
        </w:rPr>
        <w:t>У ЄС людям мають повідомляти, що вони взаємодіють з AI-системою, не пізніше ніж під час першої взаємодії, якщо це не очевидно. Це діє з 2 серпня 2026 року. У Каліфорнії чітке повідомлення, що це бот, знімає відповідальність за законом штату про ботів.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Правила привітання для інструкцій бота: </w:t>
      </w:r>
      <w:r>
        <w:rPr>
          <w:rFonts w:ascii="Calibri" w:hAnsi="Calibri" w:cs="Calibri" w:eastAsia="Calibri"/>
          <w:b w:val="0"/>
          <w:color w:val="15131F"/>
          <w:sz w:val="21"/>
        </w:rPr>
        <w:t>ПРАВИЛА ПРИВІТАННЯ</w:t>
        <w:br/>
        <w:t>Перше повідомлення незмінне. Якщо питають, кажи, що ти AI-асистент, а не людина.</w:t>
        <w:br/>
        <w:t>Ніколи: [рядок «ніколи не казати» для вашої галузі].</w:t>
        <w:br/>
        <w:t>Передавай чат [колезі], коли йдеться про: [теми для передачі], а також щоразу, коли відвідувач просить людину.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Привітання для окремих сторінок і неробочого часу є в наших прикладах привітань для онлайн-чату. Решта розмови — у шаблонах сценаріїв для чат-бота.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заповніть: </w:t>
      </w:r>
      <w:r>
        <w:rPr>
          <w:rFonts w:ascii="Calibri" w:hAnsi="Calibri" w:cs="Calibri" w:eastAsia="Calibri"/>
          <w:b w:val="0"/>
          <w:color w:val="5D5A70"/>
          <w:sz w:val="21"/>
        </w:rPr>
        <w:t>Ім’я бота, 3 завдання, Ім’я для передачі, 3 кнопки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Привітання для клінік і стоматологій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Медичні поради: Ніколи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Пацієнтам потрібні запис, ваш графік роботи чи список страховок, які ви приймаєте. Симптоми — справа вашої команди, ніколи не бота.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Медична клініка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Записатися на прийом · Графік роботи · Які страховки приймаєте?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Діагноз, дозування чи те, чи серйозний симптом.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Будь-який симптом чи результат аналізів: реєстратура.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[клініки]. Допоможу із записом, графіком роботи й страховкою, але медичних порад не даю. Невідкладний випадок? Дзвоніть на [екстрений номер]. Чим допомогти?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Стоматологія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Записатися на огляд · Нові пацієнти · Болить зуб сьогодні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Ціну лікування до огляду чи «мабуть, нічого страшного».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Біль, набряк чи зламаний зуб: реєстратура, телефоном.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[стоматології]. Допоможу записатися на огляд чи чистку й відповім на питання нових пацієнтів. Болить сьогодні? Дзвоніть на [телефон]. Чим допомогти?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перше повідомлення не питає про здоров’я: </w:t>
      </w:r>
      <w:r>
        <w:rPr>
          <w:rFonts w:ascii="Calibri" w:hAnsi="Calibri" w:cs="Calibri" w:eastAsia="Calibri"/>
          <w:b w:val="0"/>
          <w:color w:val="5D5A70"/>
          <w:sz w:val="21"/>
        </w:rPr>
        <w:t>У ЄС дані про здоров’я належать до особливої категорії за GDPR, і для їх обробки діють суворіші правила. Нехай бот записує, а про симптоми питає ваша команда.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просіть у першому повідомленні симптоми, дату народження чи номер страхового поліса.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Передавати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Симптоми, Результати аналізів, Біль сьогодні, Спори щодо оплати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Привітання для нерухомості, іпотеки й сонячних панелей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Ставки й економія: Без обіцянок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Бот дає факти й наступні кроки. Ціни, ставки й економію називає людина.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Агенція нерухомості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Купую житло вперше · Записатися на перегляд · Скільки коштує моє житло?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Хто живе в районі чи що район підходить «таким сім’ям, як ваша».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Пропозиції, оцінка житла, договори: [ім’я рієлтора].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[агенції]. Допоможу з об’єктами, переглядами й оцінкою житла або передам розмову нашому рієлтору [ім’я рієлтора]. Купуєте, продаєте чи орендуєте?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Іпотечний брокер чи кредитор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Попереднє схвалення · Види іпотеки · Поговорити з менеджером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Ставку, щомісячний платіж чи «вам схвалять».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Будь-яка ставка, схвалення чи особисті цифри: [кредитний менеджер].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[компанії]. Поясню види іпотеки й кроки до попереднього схвалення. Ставки й схвалення дає лише ліцензований кредитний менеджер. Яка ваша мета?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Монтаж сонячних панелей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Отримати розрахунок · Чи підходить мій дах? · Запитати консультанта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Економію, строк окупності чи податкові пільги як обіцянки.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Розрахунки, фінансування, питання про дах: [консультант].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[компанії]. Поясню, як сонячні панелі працюють на такому будинку, як ваш, перевірю, чи працюємо ми у вашому районі, і почну розрахунок. Що вас цікавить?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Рівний доступ до житла в США: </w:t>
      </w:r>
      <w:r>
        <w:rPr>
          <w:rFonts w:ascii="Calibri" w:hAnsi="Calibri" w:cs="Calibri" w:eastAsia="Calibri"/>
          <w:b w:val="0"/>
          <w:color w:val="5D5A70"/>
          <w:sz w:val="21"/>
        </w:rPr>
        <w:t>Незаконно відмовляти будь-кого від купівлі чи оренди житла через расу, колір шкіри, релігію, стать, інвалідність, сімейний статус чи національне походження людей, які живуть у районі. Давайте боту факти про житло, а не про сусідів.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в першому повідомленні: </w:t>
      </w:r>
      <w:r>
        <w:rPr>
          <w:rFonts w:ascii="Calibri" w:hAnsi="Calibri" w:cs="Calibri" w:eastAsia="Calibri"/>
          <w:b w:val="0"/>
          <w:color w:val="5D5A70"/>
          <w:sz w:val="21"/>
        </w:rPr>
        <w:t>Дохід, Кредитний рейтинг, Номери документів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Привітання для юристів, фінансових радників і страхування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Поради: Ліцензований фахівець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Відвідувачі сприймають кожне слово як пораду, тому фраза «порад не даю» має бути вже в першому повідомленні.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Юридична фірма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Запис на консультацію · Напрями практики · Вартість послуг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Скільки можна отримати у справі, чи варто підписувати, чи що цей чат робить людину клієнтом.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Строки, дати засідань, усе термінове: [координатор], телефоном.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[фірми]. Я не юрист і не даю юридичних порад, але розповім про напрями нашої практики й запишу на консультацію. Яке у вас питання?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Фінансовий радник чи бухгалтер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Записатися на дзвінок · Наші послуги · Вартість послуг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Дохідність, «безпечні» інвестиції чи що купувати або продавати.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Власні гроші чи податки відвідувача: [радник].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[фірми]. Я не даю інвестиційних чи податкових порад, але розповім про наші послуги й ціни або запишу на дзвінок із радником. Чим допомогти?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Страхова агенція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Отримати розрахунок · Заявити про випадок · Поговорити з агентом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Ціну чи «вас це покриває», доки агент не перевірив поліс.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Страхові випадки, розірвання й «мене це покриває?»: [агент].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[агенції]. Розповім про наші поліси, почну розрахунок або допоможу заявити про страховий випадок. Ціни й покриття підтверджує ліцензований агент. Що потрібно?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просіть у першому повідомленні подробиці справи, номери рахунків чи номери полісів.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Передавати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Строки, Страхові випадки, Особисті цифри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Привітання для інтернет-магазинів, магазинів і автосалонів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Номери карток: Ніколи в чаті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Покупці хочуть отримати відповідь до покупки: розмір, доставка, наявність чи ціна.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Інтернет-магазин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Відстежити замовлення · Розміри й посадка · Повернення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Дату доставки чи наявність, яких бот не бачить.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Загублені чи пошкоджені замовлення, повернення коштів: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[магазину]. Допоможу з розмірами, доставкою, поверненням і вашим замовленням. Що шукаєте сьогодні?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Офлайн-магазин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Графік роботи · Відкласти товар · Зв’язатися з магазином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«Є в наявності», коли бот не бачить залишків у реальному часі.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Перевірка наявності, відкладені товари, спецзамовлення: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[магазину]. Підкажу графік роботи, що ми продаємо і як відкласти товар. Наявність перевіряє [колега] в магазині. Чим допомогти?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Автосалон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Записатися на тест-драйв · Оцінити моє авто · Авто в кредит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Остаточну ціну, щомісячний платіж чи «вам схвалено».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Ціни, кредит і пропозиції за трейд-ін: [ім’я] з відділу продажів.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[автосалону]. Допоможу підібрати авто, записатися на тест-драйв чи оформити трейд-ін або передам розмову [колезі] з відділу продажів. Нове чи вживане?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 сторінках оформлення замовлення: </w:t>
      </w:r>
      <w:r>
        <w:rPr>
          <w:rFonts w:ascii="Calibri" w:hAnsi="Calibri" w:cs="Calibri" w:eastAsia="Calibri"/>
          <w:b w:val="0"/>
          <w:color w:val="5D5A70"/>
          <w:sz w:val="21"/>
        </w:rPr>
        <w:t>Не показуйте привітання на сторінці оформлення замовлення. Фраза для оформлення замовлення є в наших прикладах привітань для онлайн-чату.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Кнопки, які натискають покупці: </w:t>
      </w:r>
      <w:r>
        <w:rPr>
          <w:rFonts w:ascii="Calibri" w:hAnsi="Calibri" w:cs="Calibri" w:eastAsia="Calibri"/>
          <w:b w:val="0"/>
          <w:color w:val="5D5A70"/>
          <w:sz w:val="21"/>
        </w:rPr>
        <w:t>Відстежити замовлення, Повернення, Графік роботи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Привітання для SaaS, IT-послуг і B2B-компаній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Наступний крок: Демо чи дзвінок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Бізнес-покупці хочуть швидко зрозуміти, чи ви їм підходите. Винесіть демо чи дзвінок у кнопку.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SaaS і стартапи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Переглянути тарифи · Записатися на демо · Допомога з налаштуванням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Функції з планів розвитку так, ніби вони вже є, чи знижку.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Індивідуальні тарифи, питання безпеки, договори: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[продукту]. Відповім на питання про функції, тарифи й налаштування або запишу на демо з [колегою]. Яке завдання хочете вирішити?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IT-послуги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Термінова підтримка · Наші послуги · Отримати розрахунок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«Виправлено» чи «безпечно» про систему, якої бот не бачить.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Збої й інциденти безпеки: [черговий], телефоном.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[компанії]. Щось не працює просто зараз? Натисніть «Термінова підтримка», і [колега] вам передзвонить. Також розповім про наші послуги. Що потрібно?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B2B і виробництво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Запросити ціну · Характеристики · Відділ продажів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Ціну чи строк виготовлення індивідуального замовлення.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Розрахунки, індивідуальні специфікації, зразки: [ім’я] з відділу продажів.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[компанії]. Допоможу з характеристиками продукції, мінімальним замовленням і строками виготовлення або передам розмову [колезі] з відділу продажів. Що шукаєте?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Агенції й консалтинг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Наші послуги · Портфоліо · Записатися на дзвінок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Результати на кшталт «перша сторінка в Google» чи «подвоїмо ваші ліди».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Пропозиції й бюджети: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[агенції]. Покажу наші послуги й роботи, поясню, як ми рахуємо вартість проєктів, або запишу на дзвінок із [колегою]. Над чим працюєте?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Передавати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Договори, Безпека, Індивідуальні розрахунки, Збої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Привітання для готелів, ресторанів і спортзалів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Є вільні місця?: Підкаже сторінка бронювання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Бот відповідає й надсилає посилання на бронювання. Він ніколи не каже, що номер, столик чи місце на занятті вільні.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Готель чи гостьовий дім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Забронювати номер · Час заселення · Паркування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Що номер чи тариф доступні.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Групові бронювання, особливі побажання, скарги: [ресепшн].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[готелю]. Відповім на питання про номери, паркування, заселення й околиці. Забронювати можна тут: [посилання на бронювання]. Чим допомогти?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Ресторан чи кафе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Забронювати столик · Переглянути меню · Приватні заходи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Що страва безпечна при алергії.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Алергії, заходи, скарги: [менеджер].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[ресторану]. Допоможу з бронюванням столика, графіком роботи, меню й приватними заходами. Чим допомогти?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Спортзал чи фітнес-студія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Розклад занять · Абонементи · Пробне заняття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Поради щодо травм чи результати на кшталт «мінус 5 кг за місяць».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Травми, скасування, заморожування абонемента: [адміністратор].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[фітнес-клубу]. Допоможу з розкладом занять, абонементами й записом на пробне заняття. Що вас цікавить?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Передавати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Алергії, Групи, Скарги, Травми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Привітання для шкіл, благодійних організацій і рекрутерів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Особисті дані: Не в чаті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Ці відвідувачі швидко діляться особистим. Перше повідомлення пропонує зрозумілі варіанти й не просить нічого особистого.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Школа, курси чи репетиторство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Курси й дати · Вартість · Як вступити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Що когось точно приймуть або що людина отримає оцінку чи роботу.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Вступ, фінансова допомога, усе про дитину: [координатор вступу].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[школи]. Допоможу з курсами, датами старту, вартістю й вступом. Чого хочете навчитися?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Благодійна організація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Зробити пожертву · Стати волонтером · Отримати підтримку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Податкові поради щодо пожертви чи яку допомогу отримає людина.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Людина в кризі: одразу [гаряча лінія]. Великі пожертви: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[організації]. Допоможу зробити пожертву, стати волонтером чи знайти підтримку. Якщо допомога потрібна терміново, дзвоніть на [гарячу лінію]. Що вас привело?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Рекрутинг і підбір персоналу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Швидкі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Відкриті вакансії · Шукаю працівників · Надіслати резюме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Питання про вік, плани щодо сім’ї, релігію, здоров’я чи інвалідність.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Розмови про зарплату й пропозиції роботи: [рекрутер].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[агенції]. Покажу відкриті вакансії, поясню, як ми працюємо з роботодавцями, і передам розмову рекрутеру. Шукаєте роботу чи працівників?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боти для рекрутингу питають менше: </w:t>
      </w:r>
      <w:r>
        <w:rPr>
          <w:rFonts w:ascii="Calibri" w:hAnsi="Calibri" w:cs="Calibri" w:eastAsia="Calibri"/>
          <w:b w:val="0"/>
          <w:color w:val="5D5A70"/>
          <w:sz w:val="21"/>
        </w:rPr>
        <w:t>У США EEOC зазначає, що питання до найму мають обмежуватися тим, що показує, чи людина має потрібну кваліфікацію, а роботодавці не можуть питати про інвалідність до пропозиції роботи.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Передавати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Криза, Вступ, Пропозиції роботи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Привітальне повідомлення чат-бота агенції нерухомості: від натискання до ліда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Cobalt Coast Realty, вигадана агенція нерухомості з Wilmington (Північна Кароліна), використовує привітання для нерухомості з вкладки 3 зі своїми іменами: Sky — AI-агент, Ганна Пруїтт — рієлторка, яка підхоплює розмову. У четвер, 8 жовтня 2026 року, Ейвері Ковальскі, яка вперше купує житло, натиснула першу швидку відповідь.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Sky, AI-асистент Cobalt Coast Realty. Допоможу з об’єктами, переглядами й оцінкою житла або передам розмову нашій рієлторці Ганні. Купуєте, продаєте чи орендуєте?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Купую житло вперше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допоможу з першими кроками. Який район Wilmington вас цікавить?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Ogden або Wrightsville Beach, приблизно до 350 000 $. Ogden — хороший район для сімей?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можу описувати, хто живе в районі, але можу поділитися фактами. Наші об’єкти в Ogden до 350 000 $: cobaltcoast.example/ogden. Межі шкільних зон є на сайті шкільного округу. Хочете подивитися житло наживо?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Так. Але чи потягну я 350 000 $? Я заробляю близько 70 000 $ на рік.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Я не можу сказати, скільки вам можуть позичити: це вирішує кредитор під час попереднього схвалення. Наша рієлторка Ганна пояснить кроки. Для цього мені потрібні ваше ім’я та телефон або email, які ми використаємо лише для пошуку житла. Політика конфіденційності: cobaltcoast.example/privacy. Згодні?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Так. Ейвері Ковальскі, 910-555-0148. Краще пишіть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Ейвері. Для Ганни: купує житло вперше, Ogden або Wrightsville Beach, до 350 000 $, хоче перегляди й кроки до попереднього схвалення, SMS на 910-555-0148. Усе правильно?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Так.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Ганна відповість тут протягом 15 хвилин, до 18:00 сьогодні. Якщо ви підете, вона напише вам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Ганна (рієлторка): </w:t>
      </w:r>
      <w:r>
        <w:rPr>
          <w:rFonts w:ascii="Calibri" w:hAnsi="Calibri" w:cs="Calibri" w:eastAsia="Calibri"/>
          <w:b w:val="0"/>
          <w:color w:val="15131F"/>
          <w:sz w:val="21"/>
        </w:rPr>
        <w:t>Вітаю, Ейвері, це Ганна. Перший крок — лист про попереднє схвалення від кредитора; сьогодні ввечері надішлю вам SMS із трьома місцевими кредиторами. Хочете подивитися два будинки в Ogden до 350 000 $ у суботу о 10:00?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Субота о 10 підходить. Дякую!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Ганна (рієлторка): </w:t>
      </w:r>
      <w:r>
        <w:rPr>
          <w:rFonts w:ascii="Calibri" w:hAnsi="Calibri" w:cs="Calibri" w:eastAsia="Calibri"/>
          <w:b w:val="0"/>
          <w:color w:val="15131F"/>
          <w:sz w:val="21"/>
        </w:rPr>
        <w:t>Чудово. Я надіслала вам обидві адреси в SMS. До зустрічі в суботу!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Привітальне повідомлення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Версія 3, знову активна з понеділка, 5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Довжина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171 з 200 символів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Згадка про AI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Перше речення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Швидкі відповіді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Купую житло вперше, Записатися на перегляд, Скільки коштує моє житло?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Ейвері натиснула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Купую житло вперше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Бот не казав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живе в Ogden; скільки Ейвері може позичити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потрапляє в застосунок і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Онлайн-підтримка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«Очікує агента» 17:42, Ганна прийняла чат 17:49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Лід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Додала Ганна: Ейвері Ковальскі, купує житло вперше, Ogden; «Джерело»: «Онлайн-чат»; «Статус»: «У роботі»; «Виконавець»: Ганна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350 000 $; хоче знати кроки до попереднього схвалення; SMS на 910-555-0148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Надіслати SMS із 3 кредиторами, «Дедлайн»: сьогодні; перегляди в Ogden, субота, 10 жовтня, 10:00; «Виконавець»: Ганна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Журнал тестів, тиждень із 5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Розпочаті чати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Натиснули швидку відповідь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Версія 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14, тобто 52%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Як протестувати привітання чат-бота за 15 хвилин на тиждень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Крок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робити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запуску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Напишіть 5 реальних питань зі своїх вхідних, а також «привіт» і «Ви справжня людина?»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Кожна відповідь виконує обіцянку першого повідомлення; бот каже, що він AI.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Порахуйте чати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Щопонеділка рахуйте чати бота за минулий тиждень.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рядок на тиждень у журналі тестів.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Порахуйте натискання швидких відповідей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Порахуйте чати, у яких перше повідомлення відвідувача — одна з ваших кнопок.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Кожен чат рахуйте один раз.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Змініть одне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Кнопки, завдання чи питання. Ніколи не речення про AI.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Залишити, якщо частка тримається чи зростає; повернутися, якщо падає.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Дочекайтеся 20 чатів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Коли чатів менше, 2 або 3 відвідувачі можуть випадково зрушити частку.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Менше 20 — запустіть ту саму версію ще на тиждень.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шаблонами привітань для чат-бота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Виберіть свою галузь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Відкрийте її вкладку або вкладку 1, якщо вашої галузі немає в списку.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Заповніть дужки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Ваші імена, завдання й номери. Речення про AI залиште першим.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Перевірте довжину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 200 символів, 3 короткі кнопки. Прочитайте на телефоні.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Протестуйте 5 реальних питань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 запуску й після кожної зміни.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Записуйте по одному тижню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Чати й натискання швидких відповідей у журналі тестів Excel.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У «Мої боти» виберіть бота. На вкладці «Основи» вставте повідомлення в поле «Перше повідомлення», а правила привітання з вкладки 1 — в «Інструкції».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вкладці «Поведінка» ввімкніть «Швидкі відповіді» й додайте 3 «Запропоновані відповіді».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Залиште «Збирати дані користувачів» вимкненим, щоб відвідувачі могли спершу запитати. Для клінік, юридичних фірм і фінансів увімкніть «Вимагати згоди» (вкладка «Розширені»), щоб спершу показати ваш «Текст згоди» (повідомлення про конфіденційність).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Натисніть «Зберегти зміни», перевірте повідомлення в попередньому перегляді «мобільний», а потім напишіть 5 тестових питань у «Спробуйте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Щопонеділка рахуйте чати й натискання швидких відповідей за минулий тиждень в «Історії чату» й записуйте їх в Excel.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«Перше повідомлення», «Запропоновані відповіді» й «Спробуйте Bot» доступні на тарифі Free: 3 користувачі, 1 бот, без кредитної картки. Передача людині в «Онлайн-підтримку» доступна з тарифом Launch, 19 $ на місяць при оплаті за рік, для 8 користувачів і 2 ботів.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Готово, коли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Перше речення каже «AI-асистент».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 200 символів, 3 кнопки до 25 символів.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Рядок «ніколи не казати» є в інструкціях.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5 реальних тестових питань пройдено, дату записано в журнал тестів.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https://crmsoftware.pro/ua/templates/chatbot-welcome-message-templates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Привітальне повідомлення чат-бота: приклади за галузями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