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Шаблони скрипту холодного дзвінка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Підготовка, вступ і прохання, секретар, голосова пошта, чотири відмовки, прохання не дзвонити, блоки дзвінків і перші фрази для 9 галузей, а також правила дзвінків США, Великої Британії й Німеччини.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Підготуйте одну правдиву причину зателефонувати кожній компанії, а потім використовуйте вступ, своє одне питання й одне прохання про коротку зустріч. Замініть кожне слово в [дужках] і, коли запам’ятаєте скрипт, кажіть його своїми словами. Записуйте кожен дзвінок у журнал дзвінків Excel, зупиняйтеся після шести дзвінків і одразу, коли людина просить не дзвонити.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Перед холодним дзвінком: одна причина дзвонити цій компанії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Підготовка: 2 хвилини · Причина: Одна, правдива й свіжа · Питання: Одне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Холодний дзвінок — це дзвінок людині, яка не просила вас дзвонити. У вас є близько 30 секунд, тож підготуйте одну правдиву причину зателефонувати цій компанії саме зараз. Якщо вас просили передзвонити або людина заповнила форму, це теплий дзвінок: скористайтеся шаблонами скриптів дзвінків для продажів.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Дві хвилини на компанію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Знайдіть одну причину: Щось правдиве й свіже з їхнього сайту, вакансій чи новин: нова локація, нові вакансії, нова послуга.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Знайдіть потрібну людину: Роль, яка відповідає за проблему, що ви вирішуєте. Запишіть ім’я і як його правильно вимовляти.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Запишіть, звідки номер: Їхній сайт, довідник, рекомендація чи ресепшен. Це знадобиться, якщо запитають.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Перевірте правила: Номера немає у вашому списку «Не дзвонити»? Це робоча лінія чи особистий телефон? Ви в межах дозволених годин? Дивіться правила дзвінків під вкладками.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Сформулюйте одне питання: Одне питання, на яке можна відповісти одним реченням, про проблему, що стоїть за вашою причиною.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Ваша причина одним реченням: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дзвоню, бо [що ви побачили в їхній компанії], а [компанії на кшталт їхньої] зазвичай стикаються з [проблемою, яку це створює].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Немає причини — немає дзвінка: </w:t>
      </w:r>
      <w:r>
        <w:rPr>
          <w:rFonts w:ascii="Calibri" w:hAnsi="Calibri" w:cs="Calibri" w:eastAsia="Calibri"/>
          <w:b w:val="0"/>
          <w:color w:val="5D5A70"/>
          <w:sz w:val="21"/>
        </w:rPr>
        <w:t>Якщо не можете заповнити це речення чимось правдивим про цю компанію, поки не дзвоніть.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Ім’я та роль, Звідки номер, Правила перевірено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Скрипт холодного дзвінка: вступ, причина, питання, прохання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Вступ: 30 секунд · Прохання: 20 хвилин, день і час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Чотири частини, близько хвилини, на робочу лінію в дозволені години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Вступ: Добрий день, [ім’я], це [ваше ім’я] з [вашої компанії]. Це дзвінок з метою продажу, і ви мене не знаєте. Можна 30 секунд, щоб пояснити, чому я дзвоню, а далі ви вирішите, чи продовжувати розмову?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Причина дзвінка: Я дзвоню, бо [що ви побачили в їхній компанії]. Ми [що ви робите] для [кому ви допомагаєте].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Одне питання: [Ваше одне питання про проблему, що стоїть за вашою причиною]?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Прохання про коротку зустріч: Презентувати телефоном я нічого не буду. Може, виділимо [20 хвилин] у [день] о [час]? Я [подивлюся або послухаю, як ви робите це зараз] і чесно скажу, чи можемо ми допомогти.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Приклад: причина й питання: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дзвоню, бо Kittredge Freight у вересні відкрила другу автобазу й опублікувала чотири вакансії. Ми обслуговуємо IT компаній, де працює від 20 до 60 людей. Одне питання: хто зараз налаштовує пошту й ноутбук новому працівнику?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кажуть, що зараз незручно: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Коли краще: сьогодні після четвертої чи завтра до дев’ятої?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погоджуються на зустріч: </w:t>
      </w:r>
      <w:r>
        <w:rPr>
          <w:rFonts w:ascii="Calibri" w:hAnsi="Calibri" w:cs="Calibri" w:eastAsia="Calibri"/>
          <w:b w:val="0"/>
          <w:color w:val="15131F"/>
          <w:sz w:val="21"/>
        </w:rPr>
        <w:t>Дякую. [День] о [час], [місце або посилання на відеодзвінок]. Сьогодні надішлю вам листа з часом і трьома питаннями. На яку адресу краще писати?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 потім мовчіть: </w:t>
      </w:r>
      <w:r>
        <w:rPr>
          <w:rFonts w:ascii="Calibri" w:hAnsi="Calibri" w:cs="Calibri" w:eastAsia="Calibri"/>
          <w:b w:val="0"/>
          <w:color w:val="5D5A70"/>
          <w:sz w:val="21"/>
        </w:rPr>
        <w:t>Після питання й після прохання зупиніться і чекайте. На холодному дзвінку ви продаєте одне: коротку зустріч. Якщо заперечують, дивіться вкладку 5; для версії вашої пропозиції на 30 секунд дивіться «Приклади пітчу для продажів».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починайте з: </w:t>
      </w:r>
      <w:r>
        <w:rPr>
          <w:rFonts w:ascii="Calibri" w:hAnsi="Calibri" w:cs="Calibri" w:eastAsia="Calibri"/>
          <w:b w:val="0"/>
          <w:color w:val="5D5A70"/>
          <w:sz w:val="21"/>
        </w:rPr>
        <w:t>«Я вас не відволікаю?», Вигаданого «ми вже говорили», Переліку функцій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Скрипт для секретаря: чесні фрази для ресепшену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Мета: Ім’я і час · Тон: Чесно й коротко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основній лінії відповідає адміністратор, диспетчер чи асистент.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Мета: ім’я потрібної людини, найкращий час і, якщо дадуть, прямий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Початок: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це [ваше ім’я] з [вашої компанії]. Сподіваюся, ви зможете мені допомогти. Я шукаю людину, яка відповідає за [напрям, наприклад IT чи найм]. Хто це?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питають, щодо чого дзвінок: </w:t>
      </w:r>
      <w:r>
        <w:rPr>
          <w:rFonts w:ascii="Calibri" w:hAnsi="Calibri" w:cs="Calibri" w:eastAsia="Calibri"/>
          <w:b w:val="0"/>
          <w:color w:val="15131F"/>
          <w:sz w:val="21"/>
        </w:rPr>
        <w:t>Скажу чесно: це дзвінок з метою продажу. Ми [що ви робите] для [кому ви допомагаєте], а дзвоню я тому, що [ваша причина]. Дві хвилини з [потрібною людиною] покажуть, чи це взагалі актуально.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Людина зайнята або її немає: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Коли найкраще застати [ім’я]: зранку чи ближче до вечора? Є прямий номер, чи дзвонити на цей?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Кажуть: «Надішліть листа»: </w:t>
      </w:r>
      <w:r>
        <w:rPr>
          <w:rFonts w:ascii="Calibri" w:hAnsi="Calibri" w:cs="Calibri" w:eastAsia="Calibri"/>
          <w:b w:val="0"/>
          <w:color w:val="15131F"/>
          <w:sz w:val="21"/>
        </w:rPr>
        <w:t>Залюбки. Підкажете електронну адресу [ім’я]? Я згадаю в листі, що ми з вами говорили, і передзвоню в [день], якщо [ім’я] не попросить не дзвонити.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Кажуть: «Нам не цікаво»: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сказали. Мені викреслити [їхню компанію] з нашого списку дзвінків чи можна натомість надіслати [ім’я] один короткий лист?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вдавайте, що ви вже говорили, не кажіть, що дзвінок особистий, і не вигадуйте посаду. Правило FTC забороняє неправдиві чи оманливі твердження з метою продажу, і на дзвінках компаніям теж.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Хто відповів, Найкращий час, Прямий номер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Голосове повідомлення для холодного дзвінка: до 20 секунд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Тривалість: До 20 с · Номер: Двічі · На людину: Не більше 3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кожного голосового повідомлення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 20 секунд: ім’я, компанія, номер, причина, ще раз номер.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Номер кажіть повільно; незвичне ім’я продиктуйте по літерах.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більше трьох голосових повідомлень на людину: на дзвінках 2, 4 і 6 (вкладка 7).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Залишайте кожне самі, наживо. За правилами FCC заздалегідь записане повідомлення з метою продажу на домашній чи мобільний номер потребує попередньої письмової згоди.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Голосове повідомлення 1: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[ім’я], це [ваше ім’я] з [вашої компанії], [номер телефону]. Я дзвоню, бо [ваша причина одним реченням]. У мене одне питання щодо [теми], і я прошу 20 хвилин вашого часу. Ще раз: [ваше ім’я], [номер телефону]. Сьогодні також надішлю вам короткого листа.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Голосове повідомлення 2, з новою деталлю: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[ім’я], знову [ваше ім’я] з [вашої компанії], [номер телефону]. Ще одна деталь: [друга правдива деталь]. Якщо це зараз не пріоритет, достатньо відповісти листом в одне слово. Ще раз: [номер телефону].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Голосове повідомлення 3, останнє: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[ім’я], це [ваше ім’я] з [вашої компанії]. Це мій останній дзвінок щодо [теми]. Якщо це стане актуальним, мій номер [номер телефону], ще раз: [номер телефону]. Дякую.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Приклад: голосове повідомлення 1 від Саміра: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Бет, це Самір Халіл з Tidepool IT Services, 614-555-0137. Я дзвоню, бо Kittredge Freight відкрила другу автобазу й опублікувала чотири вакансії. У мене одне питання про те, як ви все налаштовуєте для нових працівників, і я прошу 20 хвилин вашого часу. Ще раз: Самір Халіл, 614-555-0137. Сьогодні також надішлю вам короткого листа.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 після голосового повідомлення 1: </w:t>
      </w:r>
      <w:r>
        <w:rPr>
          <w:rFonts w:ascii="Calibri" w:hAnsi="Calibri" w:cs="Calibri" w:eastAsia="Calibri"/>
          <w:b w:val="0"/>
          <w:color w:val="5D5A70"/>
          <w:sz w:val="21"/>
        </w:rPr>
        <w:t>Того ж дня надішліть один короткий лист зі своєї пошти з тією самою причиною. Формулювання й нагадування: «Шаблони холодних листів».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згадуйте: </w:t>
      </w:r>
      <w:r>
        <w:rPr>
          <w:rFonts w:ascii="Calibri" w:hAnsi="Calibri" w:cs="Calibri" w:eastAsia="Calibri"/>
          <w:b w:val="0"/>
          <w:color w:val="5D5A70"/>
          <w:sz w:val="21"/>
        </w:rPr>
        <w:t>Ціни, Довгу презентацію, Вигадану терміновість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Відмовки в перші 30 секунд холодного дзвінка: 4 відповіді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Відповідь: Один раз · Потім: Ваше одне питання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Відмовка в перші 30 секунд — це не заперечення до вашої пропозиції: людина її ще не знає. Відповідайте один раз, поставте своє одне питання й прийміть друге «ні». Пізніші заперечення щодо ціни, термінів чи конкурентів: «Відповіді на заперечення клієнтів». «Видаліть мене зі свого списку» завершує дзвінок: вкладка 6.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«Нам не цікаво»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Часто означає: </w:t>
      </w:r>
      <w:r>
        <w:rPr>
          <w:rFonts w:ascii="Calibri" w:hAnsi="Calibri" w:cs="Calibri" w:eastAsia="Calibri"/>
          <w:b w:val="0"/>
          <w:color w:val="5D5A70"/>
          <w:sz w:val="21"/>
        </w:rPr>
        <w:t>Невдалий момент, або причина не зачепила.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Погодьтеся, назвіть свою причину одним реченням, поставте одне питання.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Скажіть: </w:t>
      </w:r>
      <w:r>
        <w:rPr>
          <w:rFonts w:ascii="Calibri" w:hAnsi="Calibri" w:cs="Calibri" w:eastAsia="Calibri"/>
          <w:b w:val="0"/>
          <w:color w:val="15131F"/>
          <w:sz w:val="21"/>
        </w:rPr>
        <w:t>Розумію, [ім’я]. Я дзвоню лише тому, що [ваша причина]. Одне питання, і я вас відпущу: [ваше одне питання]?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«Надішліть мені листа»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Часто означає: </w:t>
      </w:r>
      <w:r>
        <w:rPr>
          <w:rFonts w:ascii="Calibri" w:hAnsi="Calibri" w:cs="Calibri" w:eastAsia="Calibri"/>
          <w:b w:val="0"/>
          <w:color w:val="5D5A70"/>
          <w:sz w:val="21"/>
        </w:rPr>
        <w:t>Ввічливий спосіб завершити розмову або інтерес без часу.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Погодьтеся, а потім запитайте, про що має бути 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Скажіть: </w:t>
      </w:r>
      <w:r>
        <w:rPr>
          <w:rFonts w:ascii="Calibri" w:hAnsi="Calibri" w:cs="Calibri" w:eastAsia="Calibri"/>
          <w:b w:val="0"/>
          <w:color w:val="15131F"/>
          <w:sz w:val="21"/>
        </w:rPr>
        <w:t>Залюбки. Щоб лист був вартий вашого часу: головне — це [проблема А] чи [проблема Б]? Надішлю сьогодні й подзвоню в [день], щоб зрозуміти, чи є сенс у 20 хвилинах.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«Ми вже з кимось працюємо»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Часто означає: </w:t>
      </w:r>
      <w:r>
        <w:rPr>
          <w:rFonts w:ascii="Calibri" w:hAnsi="Calibri" w:cs="Calibri" w:eastAsia="Calibri"/>
          <w:b w:val="0"/>
          <w:color w:val="5D5A70"/>
          <w:sz w:val="21"/>
        </w:rPr>
        <w:t>Не настільки незадоволені, щоб міняти, або лояльні.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критикуйте їхнього підрядника. Запропонуйте працювати поруч з ним або дати другу думку.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Скажіть: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у більшості компаній вашого розміру так і є. Я дзвоню не для того, щоб когось замінити. Коли востаннє хтось зі сторони дивився на [напрям]?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«Звідки у вас мій номер?»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Означає: </w:t>
      </w:r>
      <w:r>
        <w:rPr>
          <w:rFonts w:ascii="Calibri" w:hAnsi="Calibri" w:cs="Calibri" w:eastAsia="Calibri"/>
          <w:b w:val="0"/>
          <w:color w:val="5D5A70"/>
          <w:sz w:val="21"/>
        </w:rPr>
        <w:t>Людина хоче знати. У Великій Британії людям треба сказати, звідки у вас їхні дані, не пізніше першого контакту.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робити: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 правду одним реченням, а потім запропонуйте видалити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Скажіть: </w:t>
      </w:r>
      <w:r>
        <w:rPr>
          <w:rFonts w:ascii="Calibri" w:hAnsi="Calibri" w:cs="Calibri" w:eastAsia="Calibri"/>
          <w:b w:val="0"/>
          <w:color w:val="15131F"/>
          <w:sz w:val="21"/>
        </w:rPr>
        <w:t>Слушне питання. Номер — [звідки: з вашого сайту, з довідника, від вашого ресепшену]. Якщо не хочете дзвінків на нього, я просто зараз видалю його зі свого списку.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можна: </w:t>
      </w:r>
      <w:r>
        <w:rPr>
          <w:rFonts w:ascii="Calibri" w:hAnsi="Calibri" w:cs="Calibri" w:eastAsia="Calibri"/>
          <w:b w:val="0"/>
          <w:color w:val="5D5A70"/>
          <w:sz w:val="21"/>
        </w:rPr>
        <w:t>Сперечатися, Критикувати їхнього підрядника, Знову й знову питати «Чому ні?»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Прохання не дзвонити: стоп, запис, більше жодних дзвінків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Стоп: Тієї ж хвилини · Запис: До наступного дзвінка · Стосується: Усієї вашої компанії · У CRMsoftware.pro: Додайте прапорець «Не дзвонити» в «Користувацькі поля», змініть «Статус» ліда на «Спам» і ведіть аркуш «Не дзвонити» в журналі Excel. Перевіряйте аркуш перед кожним блоком дзвінків.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Прохання не дзвонити — це будь-яке «не дзвоніть мені», «видаліть мене зі свого списку» чи «припиніть дзвонити». На дзвінках, на які поширюється правило FTC, ви не можете відмовити в ньому, покласти слухавку чи змусити людину спершу вислухати презентацію; правила FCC вимагають виконати його негайно. Цей шаблон зупиняється в ту саму хвилину, на кожному дзвінку.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На тому самому дзвінку, щоразу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Зупиніть презентацію: Без останнього питання, без «а можна дізнатися чому?». Підтвердіть одним реченням.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Уточніть обсяг, лише якщо незрозуміло: «Не дзвонити лише на цей номер чи нікому в [їхній компанії]?»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Запишіть до наступного дзвінка: Номер, ім’я, компанію, дату й те, як людина попросила, внесіть на аркуш «Не дзвонити». Змініть «Статус» ліда на «Спам».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Перевіряйте перед кожним блоком дзвінків: Кожен список спершу звіряйте зі своїм списком «Не дзвонити». Прохання стосується всієї вашої компанії: за правилом FTC продавець не може дзвонити знову, навіть щоб запропонувати щось інше.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сказати: </w:t>
      </w:r>
      <w:r>
        <w:rPr>
          <w:rFonts w:ascii="Calibri" w:hAnsi="Calibri" w:cs="Calibri" w:eastAsia="Calibri"/>
          <w:b w:val="0"/>
          <w:color w:val="15131F"/>
          <w:sz w:val="21"/>
        </w:rPr>
        <w:t>Звісно, [ім’я]. [Ваш номер або вашу компанію] вже видалено з нашого списку, і ніхто з [нашої компанії] більше не дзвонитиме. Перепрошую за турботу.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Не сперечайтеся, не питайте чому, не дзвоніть з іншого номера й не передавайте номер колезі. Використання списку «Не дзвонити» для будь-чого, крім дотримання правил, порушує правило FTC.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Частота холодних дзвінків: блоки, спроби й коли зупинитися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Дзвінків на людину: Не більше 6 · Голосові повідомлення: 3: на дзвінках 2, 4 і 6 · Період: Близько 3 тижнів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 першого набору рідко вдається до когось додзвонитися. За даними Belkins про 175 000+ B2B-дзвінків у 2025 році, з’єднання відбулося в 9,9% наборів, але 24,5% потенційних клієнтів вдалося застати в середньому за три набори. Жодне публічне дослідження, яке ми знайшли, не визначає правильну кількість спроб, тож це власне правило шаблону.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Шість дзвінків приблизно за три тижні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Дзвінок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не відповіли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голосового повідомлення. Запитайте на ресепшені ім’я потрібної людини й найкращий час.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2 робочі дні, в інший час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Голосове повідомлення 1, потім один короткий лист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2 робочі дні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голосового повідомлення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3 робочі дні, в інший час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Голосове повідомлення 2, з новою деталлю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3 робочі дні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голосового повідомлення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3 робочі дні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Голосове повідомлення 3, останнє. Закрийте запис.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Блоки дзвінків, правило шаблону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Два блоки на день: 45 хвилин на початку їхнього ранку, 45 хвилин наприкінці їхнього робочого дня, за часовим поясом потенційного клієнта.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Готуйтеся напередодні: Від 10 до 15 компаній на блок із заповненою вкладкою 1, щоб у блоці були лише дзвінки.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Змінюйте час: Кожній людині дзвоніть в обидва часові вікна. Переносьте блоки на час, коли люди відповідають.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Записуйте кожен дзвінок одразу: Журнал дзвінків Excel сам призначає дату наступного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Правила зупинки: </w:t>
      </w:r>
      <w:r>
        <w:rPr>
          <w:rFonts w:ascii="Calibri" w:hAnsi="Calibri" w:cs="Calibri" w:eastAsia="Calibri"/>
          <w:b w:val="0"/>
          <w:color w:val="5D5A70"/>
          <w:sz w:val="21"/>
        </w:rPr>
        <w:t>Одразу зупиняйтеся, якщо просять не дзвонити. Зупиняйтеся після другого «ні», призначеної зустрічі або 6-го дзвінка. «Подзвоніть мені в березні» — це повторний дзвінок із датою, а не сьомий дзвінок.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Записуйте: </w:t>
      </w:r>
      <w:r>
        <w:rPr>
          <w:rFonts w:ascii="Calibri" w:hAnsi="Calibri" w:cs="Calibri" w:eastAsia="Calibri"/>
          <w:b w:val="0"/>
          <w:color w:val="5D5A70"/>
          <w:sz w:val="21"/>
        </w:rPr>
        <w:t>Дата, Результат, Наступний дзвінок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Скрипти холодних дзвінків за галузями: причина й перша фраза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Галузі: 9 · Для кожної: Кому, причина, перша фраза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кожної галузі змінюються лише те, кому ви дзвоните, і причина у вашій першій фразі. Решта скрипту не змінюється.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IT-послуги та MSP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Офіс-менеджер або власник, 20–60 працівників; нова локація, нові працівники, публічний збій.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дзвоню, бо ви відкрили [нову локацію] й опублікували [кількість] вакансій. Хто зараз налаштовує пошту й ноутбук новому працівнику?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B2B-послуги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Людина, яка відповідає за проблему, що ви вирішуєте; зростання, нова послуга, новий ринок.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Бачу, що [їхня компанія] [що змінилося]. Зазвичай це змінює те, як ви працюєте з [напрямом]. Як ви робите це зараз?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Консалтинг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або керівник відділу; злиття, новий керівник, нове регулювання.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Вітаю з [подією]. Команди в такій ситуації в перші місяці часто стикаються з [проблемою]. Це вже є у вашому списку?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Рекрутинг і підбір персоналу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Менеджер, який наймає; вакансія висить тижнями або її опублікували знову.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Бачу, ваша вакансія [посада] висить з [дата]. Чи знайшовся за цей час хтось, кого ви справді найняли б?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8.5 Страхові агенти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Власники малого бізнесу, перед продовженням полісу; нові авто, працівники чи локація.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дзвоню, бо [їхня компанія] цього року додала [авто, працівників чи локацію]. Коли продовжується ваш [тип полісу] і хто перевіряє його до того?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8.6 Монтажники сонячних панелей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Власники комерційних будівель чи ферм; великий дах, нова будівля, розширення.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 щодо даху за адресою [адреса]. Обіцяти економію телефоном я не буду. Чи буде корисним письмовий розрахунок на основі ваших власних рахунків за 12 місяців?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8.7 Стоматологічні клініки як покупці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Офіс-менеджер; новий стоматолог, нова локація, вакансії на ресепшен.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Бачу, у вас з’явився [новий стоматолог або нова локація]. Як ресепшен справляється з додатковими дзвінками й записами?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8.8 Медичні практики як покупці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Менеджер практики. Ніколи не питайте про пацієнтів; нова локація, нова послуга, найм.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Я дзвоню, бо [клініка] додала [послугу чи локацію]. Про пацієнтів я питати не буду. Як ваша команда зараз справляється з [адміністративним завданням]?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8.9 Фітнес-студії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Кому й чому: </w:t>
      </w:r>
      <w:r>
        <w:rPr>
          <w:rFonts w:ascii="Calibri" w:hAnsi="Calibri" w:cs="Calibri" w:eastAsia="Calibri"/>
          <w:b w:val="0"/>
          <w:color w:val="5D5A70"/>
          <w:sz w:val="21"/>
        </w:rPr>
        <w:t>HR або офіс-менеджери в компаніях поблизу; велнес-пропозиція для офісу, що зростає.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Перша фраза: </w:t>
      </w:r>
      <w:r>
        <w:rPr>
          <w:rFonts w:ascii="Calibri" w:hAnsi="Calibri" w:cs="Calibri" w:eastAsia="Calibri"/>
          <w:b w:val="0"/>
          <w:color w:val="15131F"/>
          <w:sz w:val="21"/>
        </w:rPr>
        <w:t>Ми — [тип студії] за [відстань] від вашого офісу. Чи є у вашої команди зараз якась велнес-програма, чи ви таким не займаєтеся?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Дзвоните людям додому, пацієнтам чи членам клубу?: </w:t>
      </w:r>
      <w:r>
        <w:rPr>
          <w:rFonts w:ascii="Calibri" w:hAnsi="Calibri" w:cs="Calibri" w:eastAsia="Calibri"/>
          <w:b w:val="0"/>
          <w:color w:val="5D5A70"/>
          <w:sz w:val="21"/>
        </w:rPr>
        <w:t>Коли стоматологія дзвонить людям, які ніколи в неї не були, або страховий агент чи монтажник сонячних панелей — власникам будинків, це дзвінки споживачам: у США діють реєстр Do Not Call і правило «з 8:00 до 21:00»; Німеччина вимагає попередньої згоди. Колишні пацієнти й клієнти — це теплі дзвінки: скористайтеся шаблонами скриптів дзвінків для продажів.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Однакове для всіх: </w:t>
      </w:r>
      <w:r>
        <w:rPr>
          <w:rFonts w:ascii="Calibri" w:hAnsi="Calibri" w:cs="Calibri" w:eastAsia="Calibri"/>
          <w:b w:val="0"/>
          <w:color w:val="5D5A70"/>
          <w:sz w:val="21"/>
        </w:rPr>
        <w:t>«Це дзвінок з метою продажу», Одне питання, Зупинка на прохання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Приклад скрипту холодного дзвінка: три дзвінки до зустрічі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Tidepool IT Services, вигаданий провайдер IT-обслуговування, використовує цей скрипт холодного дзвінка з Бет Арнольд, офіс-менеджеркою Kittredge Freight — компанії вантажних перевезень на 40 людей. Самір Халіл дзвонить зі свого телефона в жовтні 2026 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Ср, 7 жовтня, 08:35, дзвінок 3: Добрий день, Бет, це Самір Халіл з Tidepool IT Services. Це дзвінок з метою продажу, і ви мене не знаєте. Можна 30 секунд, щоб пояснити, чому я дзвоню, а далі ви вирішите, чи продовжувати розмову?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Звідки у вас цей номер?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Слушне питання. Ваш прямий номер мені дав ваш диспетчер минулого четверга. Якщо не хочете дзвінків на нього, я зараз же видалю його зі свого списку.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Ні, все гаразд. Тридцять секунд.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Дякую. Kittredge Freight у вересні відкрила другу автобазу й опублікувала чотири вакансії. Ми обслуговуємо IT компаній, де працює від 20 до 60 людей. Одне питання: хто зараз налаштовує пошту й ноутбук новому працівнику?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08:36: Здебільшого я. І айтішник, якого ми кличемо, коли щось ламається. Минулого місяця диспетчерський комп’ютер на новій автобазі не працював майже весь ранок.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08:37: Саме такі проблеми ми й вирішуємо. Презентувати телефоном я нічого не буду. Може, виділимо 20 хвилин у вашому офісі у вівторок, 13 жовтня, о четвертій дня? Я подивлюся, як усе влаштовано, і чесно скажу, чи можемо ми допомогти.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Просто надішліть мені листа.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Залюбки. Щоб лист був вартий прочитання: головне — це налаштування для нових працівників чи збої на новій автобазі?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Збої. І я не хочу міняти нашого айтішника. Він з нами вже багато років.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08:38: Зрозуміло. Ми часто працюємо поруч з айтішником, який уже є в компанії, і він може й далі бути тим, кому ви дзвоните першим. Вівторок о четвертій підходить? Лист прийде сьогодні, з трьома питаннями.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Бет (потенційна клієнтка): </w:t>
      </w:r>
      <w:r>
        <w:rPr>
          <w:rFonts w:ascii="Calibri" w:hAnsi="Calibri" w:cs="Calibri" w:eastAsia="Calibri"/>
          <w:b w:val="0"/>
          <w:color w:val="15131F"/>
          <w:sz w:val="21"/>
        </w:rPr>
        <w:t>Вівторок о четвертій підходить. Приїжджайте в головний офіс.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Самір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08:39: Записав. Лист отримаєте протягом години. Дякую, Бет.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підготовки: Kittredge Freight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Хто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Бет Арнольд, офіс-менеджерка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Компанія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Вантажні перевезення, 40 людей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Причина дзвінка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Друга автобаза відкрилася у вересні; опубліковано чотири вакансії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Звідки номер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Основна лінія з їхнього сайту; прямий номер від диспетчера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Перевірка правил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Робоча лінія, B2B-дзвінок, немає в нашому списку «Не дзвонити»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Журнал дзвінків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Дзвінок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 жовтня, 08:40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Диспетчер: прямий номер, краще до 9:00 або після 16:00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5 жовтня, 16:10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Голосове повідомлення 1, потім один лист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7 жовтня, 08:35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Розмова 4 хвилини: зустріч призначено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У CRMsoftware.pro 7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Kittredge Freight · Джерело «Телефон» · «Конвертований»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Її слова: диспетчерський ПК не працював пів дня; залишає свого айтішника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IT-обслуговування · Kittredge Freight · етап «Кваліфіковано»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Зустріч у Kittredge Freight · «Дедлайн» вт, 13 жовтня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Правила холодних дзвінків: США, Велика Британія й Німеччина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каже 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Цей шаблон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правило FTC, дзвінки споживачам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можна дзвонити на номери з національного реєстру Do Not Call без наявних ділових відносин (18 місяців після покупки, 3 місяці після запиту) або письмового дозволу. Якщо ви мусите користуватися реєстром, синхронізуйте його щонайменше кожні 31 день.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Номери споживачів перевіряються перед кожним блоком дзвінків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усі, хто попросив не дзвонити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Ніколи не дзвоніть знову тому, хто попросив вашу компанію не дзвонити, навіть щоб запропонувати щось інше. FCC: прохання, висловлене під час дзвінка, треба виконати негайно.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Стоп у ту саму хвилину; один список на всю команду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години дзвінків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Дзвінки людині додому лише з 8:00 до 21:00 за її місцевим часом, якщо вона не погодилася на інше.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Блоки дзвінків за їхнім часовим поясом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що сказати й показати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Одразу скажіть, хто продавець, що мета дзвінка — продаж і що саме ви продаєте. Передавайте свій номер на визначник номера.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«Це дзвінок з метою продажу»; ваш власний номер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дзвінки між компаніями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Більшість дзвінків із продажу компаніям звільнені від правила FTC, крім продажу витратних матеріалів для офісу чи прибирання і продажу працівникам для їхнього особистого користування. Заборона неправдивих чи оманливих тверджень діє все одно.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 самий чесний скрипт і правило зупинки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США, FCC: автодзвінки й AI-голоси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Дзвінки з автонабором або записаним повідомленням на мобільний потребують згоди; записані дзвінки з метою продажу на домашній чи мобільний номер потребують попередньої письмової згоди; дзвінки з голосом, згенерованим AI, незаконні, крім випадків, коли людина погодилася або на того, хто дзвонить, поширюється виняток. Багато штатів мають власні списки «Не дзвонити».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Лише живі дзвінки; без записаних голосових повідомлень і AI-голосу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Велика Британія, живі маркетингові дзвінки (PECR)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можна дзвонити тим, хто сказав, що не хоче ваших дзвінків, або на номери з TPS чи CTPS, якщо людина окремо не погодилася. Для дзвінків компаніям звіряйте обидва реєстри й свій власний список. Кажіть, хто дзвонить, показуйте свій номер, на прохання дайте адресу або безкоштовний номер.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Перевірка TPS і CTPS; аркуш «Не дзвонити»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Велика Британія, звідки у вас дані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Якщо дані людини отримано з іншого джерела, повідомте їй про це, зокрема назвіть джерело, не пізніше першого контакту.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Стовпець «Звідки номер»; чесна відповідь у вкладці 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Німеччина, UWG, § 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Телефонна реклама споживачу потребує попередньої явно вираженої згоди; компанії — щонайменше передбачуваної згоди. Згоду споживача треба задокументувати й зберігати п’ять років.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Споживачам лише із задокументованою згодою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 шаблоном скрипту холодних дзвінків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Складіть короткий список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 10 до 15 компаній на блок дзвінків, для кожної одна причина дзвінка; список звірено з вашим списком «Не дзвонити» і реєстрами, що застосовуються до вас.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Готуйтеся напередодні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Вкладка 1 для кожної компанії: причина, потрібна людина, звідки номер, одне питання.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Дзвоніть блоками й записуйте кожен дзвінок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Два блоки на день у різний час. Журнал дзвінків Excel призначає наступний дзвінок; прохання не дзвонити одразу вносьте на аркуш «Не дзвонити».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Підбивайте підсумки щоп’ятниці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Розмови й зустрічі за галузями. Змінюйте причину чи питання, які не працюють, але ніколи не правило зупинки.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«CRM» &gt; «Ліди» натисніть «Додати лід»: «Назва ліда», ім’я, «Телефон», «Компанія» і «Джерело» «Телефон». Причину дзвінка й те, звідки номер, запишіть у «Нотатки».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Після кожного дзвінка змінюйте «Статус»: «У роботі», поки дзвоните, «Кваліфікований», коли зустріч призначено, «Спам» після прохання не дзвонити. Додайте слова людини в «Нотатки».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Заплануйте наступний дзвінок: у «Задачі» натисніть «Нове завдання» й заповніть «Назва завдання», наприклад «Дзвінок 4: Kittredge Freight», «Виконавець» і «Дедлайн». У «Мої задачі» видно «На сьогодні» і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Коли зустріч призначено, натисніть у ліді «Конвертувати в угоду»: це створить контакт і угоду.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Для позначки «Не дзвонити» відкрийте «Користувацькі поля», натисніть «Додати поле», виберіть «Ліди» як «Тип сутності» і «Прапорець» як «Тип поля».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Щоб людина сама обрала час зустрічі, відкрийте «Планування» &gt; «Типи подій», натисніть «Скопіювати посилання» і вставте його в лист.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Ці скрипти працюють з будь-яким телефоном. Перед кожним блоком дзвінків перевіряйте реєстри «Не дзвонити», що застосовуються до вас, і свій аркуш «Не дзвонити» (вкладка 6). Ліди, 1 воронка, «Нотатки» й базові завдання безкоштовні для 3 користувачів. Запис на зустрічі із синхронізацією календаря є з тарифу Launch, 19 $ на місяць при оплаті за рік.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https://crmsoftware.pro/ua/templates/cold-call-sales-script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Шаблони скрипту холодного дзвінка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