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опитування задоволеності клієнтів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Шаблон анкети зворотного зв’язку для трьох моментів: короткі опитування, запитання NPS, CSAT і оцінки зусиль слово в слово, відповіді на низькі оцінки й правила щодо відгуків.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Виберіть опитування для потрібного моменту, скопіюйте запитання у свій інструмент для опитувань чи форм точно так, як написано, і замініть кожне слово в [дужках]. Призначте відповідального за опитування, записуйте кожну відповідь у журнал відповідей Excel і відповідайте на кожну низьку оцінку протягом одного робочого дня.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Опитування задоволеності клієнтів після вирішеного звернення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 протягом: 24 годин · Запитання: 3 натискання, 1 коментар за бажанням · Низька оцінка: Ні, 1–2 або зусилля 1–3 · У чаті: Коли увімкнено «Оцінки задоволеності», кожен чат завершується оцінкою зірками. Зірки показують тренд, а лист додає «вирішено», зусилля й коментар.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Цей шаблон опитування задоволеності клієнтів надсилають один раз, протягом 24 годин після закриття звернення: три запитання, на які відповідають одним натисканням, і один необов’язковий коментар. Скопіюйте запитання як є у свій інструмент для опитувань чи форм і надішліть посилання зі своєї поштової скриньки.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3 короткі запитання щодо вашого запиту, № [номер звернення]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Ми закрили ваш запит щодо [теми] [дата]. Як усе пройшло? Три запитання, по одному натисканню на кожне:</w:t>
        <w:br/>
        <w:br/>
        <w:t>1. Ваше питання вирішено?</w:t>
        <w:br/>
        <w:t>Так / Ні</w:t>
        <w:br/>
        <w:br/>
        <w:t>2. Наскільки ви задоволені допомогою, яку отримали?</w:t>
        <w:br/>
        <w:t>1 Дуже незадоволені, 2, 3, 4, 5 Дуже задоволені</w:t>
        <w:br/>
        <w:br/>
        <w:t>3. [Компанія] допомогла мені легко вирішити моє питання.</w:t>
        <w:br/>
        <w:t>1 Зовсім не погоджуюся, 2, 3, 4, 5, 6, 7 Повністю погоджуюся</w:t>
        <w:br/>
        <w:br/>
        <w:t>4. Що нам варто було зробити інакше? (необов’язково)</w:t>
        <w:br/>
        <w:br/>
        <w:t>[посилання на опитування]</w:t>
        <w:br/>
        <w:br/>
        <w:t>[Ім’я відповідального] читає кожну відповідь. Якщо щось пішло не так, ми відповімо вам протягом одного робочого дня.</w:t>
        <w:br/>
        <w:br/>
        <w:t>[Ваше ім’я],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Версія для чату, перш ніж закрити чат: </w:t>
      </w:r>
      <w:r>
        <w:rPr>
          <w:rFonts w:ascii="Calibri" w:hAnsi="Calibri" w:cs="Calibri" w:eastAsia="Calibri"/>
          <w:b w:val="0"/>
          <w:color w:val="15131F"/>
          <w:sz w:val="21"/>
        </w:rPr>
        <w:t>Перш ніж закрити цей чат: ваше питання вирішено? Достатньо відповісти «так» чи «ні».</w:t>
        <w:br/>
        <w:t>Якщо так: Дякую, [ім’я]. Коли чат завершиться, ви побачите оцінку зірками. Одне натискання — і ми знатимемо, як упоралися.</w:t>
        <w:br/>
        <w:t>Якщо ні: Дякую, що сказали. Що досі не працює? Я не закриватиму цей чат.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Надсилайте, лише коли вважаєте, що питання вирішено. Ще не вирішено? Працюйте далі, а не опитуйте.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Одне надсилання, без нагадувань.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Пропускайте клієнтів, які отримували будь-який лист з опитуванням за останні 90 днів або мають відкриту скаргу (вкладка 7).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Низька оцінка: «Вирішено» Ні, задоволеність 1 або 2 чи зусилля від 1 до 3. Відповідальний за опитування відповідає протягом одного робочого дня (вкладка 4).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додавайте в той самий лист запитання NPS чи посилання для відгуку. Одне опитування — одна мета.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Запитання для NPS-опитування: стандартне формулювання й одне «чому»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Надсилати: Раз на квартал · Шкала: Від 0 до 10 · NPS: % 9–10 мінус % 0–6 · Коротше формулювання Bain: На власному сайті Bain питає: «Наскільки ймовірно, що ви порекомендуєте нас другу чи колезі?» Виберіть одне формулювання й не змінюйте його.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 це опитування активним клієнтам раз на квартал, щоразу в той самий тиждень кварталу. Воно вимірює стосунки загалом, а не одне звернення. Bain називає це NPS стосунків: його ставлять без приводу, щоб зрозуміти загальне ставлення клієнтів.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Одне запитання від [компанії]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Раз на квартал ми ставимо нашим клієнтам одне запитання, і кожну відповідь я читаю особисто.</w:t>
        <w:br/>
        <w:br/>
        <w:t>Наскільки ймовірно, що ви порекомендуєте [компанію] другу чи колезі?</w:t>
        <w:br/>
        <w:t>0 Зовсім малоймовірно, 1, 2, 3, 4, 5, 6, 7, 8, 9, 10 Дуже ймовірно</w:t>
        <w:br/>
        <w:br/>
        <w:t>Яка головна причина вашої оцінки? (необов’язково)</w:t>
        <w:br/>
        <w:br/>
        <w:t>[посилання на опитування]</w:t>
        <w:br/>
        <w:br/>
        <w:t>Якщо ваша відповідь потребує реакції, я відповім вам протягом одного робочого дня.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 версія для чату чи SMS: </w:t>
      </w:r>
      <w:r>
        <w:rPr>
          <w:rFonts w:ascii="Calibri" w:hAnsi="Calibri" w:cs="Calibri" w:eastAsia="Calibri"/>
          <w:b w:val="0"/>
          <w:color w:val="15131F"/>
          <w:sz w:val="21"/>
        </w:rPr>
        <w:t>Одне запитання від [компанії]: наскільки ймовірно, що ви порекомендуєте нас другу чи колезі, від 0 (зовсім малоймовірно) до 10 (дуже ймовірно)? І головна причина, якщо маєте хвилинку.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 означає кожна оцінка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Оцінка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Група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далі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 або 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Промоутер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Подяка протягом тижня (вкладка 5)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або 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Нейтрал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Прочитайте причину; відповідайте, якщо клієнт називає, що виправити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 0 до 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Критик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 протягом 1 робочого дня (вкладка 4)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 саме формулювання й та сама шкала від 0 до 10 щокварталу, інакше оцінки не можна порівняти.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NPS = % промоутерів мінус % критиків. Нейтрали враховуються лише в загальній кількості.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більше одного нагадування, через 5 робочих днів, тим, хто не відповів.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Пропускайте клієнтів, які отримували будь-який лист з опитуванням за останні 90 днів.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додавайте список додаткових запитань. Фред Райхельд, який запропонував NPS, попереджав, що більше запитань знижує частку відповідей і надійність вашої вибірки.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Опитування після онбордингу: налаштовано, легко й що було найважче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Надсилати: 30-й день або по завершенні · Як часто: Раз на клієнта · Низька оцінка: Ні або зусилля 1–3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 його один раз кожному клієнту на 30-й день або коли онбординг завершено, залежно від того, що настане раніше. Воно перевіряє обіцянку, яку ви дали на старті, поки налаштування ще свіже в пам’яті.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Усе налаштовано так, як ми домовлялися?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Минуло [30 днів], відколи ви почали працювати з [компанією]. Два короткі запитання й одне необов’язкове:</w:t>
        <w:br/>
        <w:br/>
        <w:t>1. Усе, про що ми домовилися на старті, уже налаштовано й працює?</w:t>
        <w:br/>
        <w:t>Так / Ні</w:t>
        <w:br/>
        <w:br/>
        <w:t>2. [Компанія] допомогла мені легко почати роботу.</w:t>
        <w:br/>
        <w:t>1 Зовсім не погоджуюся, 2, 3, 4, 5, 6, 7 Повністю погоджуюся</w:t>
        <w:br/>
        <w:br/>
        <w:t>3. Що було найважчим на старті? (необов’язково)</w:t>
        <w:br/>
        <w:br/>
        <w:t>[посилання на опитування]</w:t>
        <w:br/>
        <w:br/>
        <w:t>Якщо щось ще не налаштовано, [відповідальний за онбординг] протягом одного робочого дня відповість і назве дату, до якої все завершить.</w:t>
        <w:br/>
        <w:br/>
        <w:t>[Ваше ім’я],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відповідають «Ні»: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Ви написали, що [пункт] ще не налаштовано. [Відповідальний за онбординг] завершить це до [дати], а я підтверджу листом, коли все буде готово.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Один раз для кожного клієнта, без повторів.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Враховується в ліміт 90 днів: якщо наступний квартальний NPS припадає на ці 90 днів, цей NPS їм не надсилайте.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Відповідальний за онбординг читає кожну відповідь, а не лише низькі оцінки.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Використовуйте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Двоє клієнтів називають той самий найважчий крок? Виправте цей крок у своєму чеклісті онбордингу цього місяця.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може означати «налаштовано»: </w:t>
      </w:r>
      <w:r>
        <w:rPr>
          <w:rFonts w:ascii="Calibri" w:hAnsi="Calibri" w:cs="Calibri" w:eastAsia="Calibri"/>
          <w:b w:val="0"/>
          <w:color w:val="5D5A70"/>
          <w:sz w:val="21"/>
        </w:rPr>
        <w:t>Акаунт працює, Дані імпортовано, Команду запрошено, Перший результат отримано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Після низької оцінки: хто читає й що надіслати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Відповісти протягом: 1 робочого дня · Хто відповідає: Відповідальний за опитування · Надсилати з: Особистої скриньки людини · Замикання циклу: Повторний контакт із клієнтами, чиї відповіді цього потребують, щоб дізнатися більше й стати кращими, Bain називає замиканням циклу.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Низька оцінка — це «Вирішено» Ні, задоволеність 1 або 2, зусилля від 1 до 3 або NPS від 0 до 6. На кожну з них — особиста відповідь протягом одного робочого дня.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Хто що робить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Прочитати: Відповідальний за опитування читає відповідь разом з історією звернення чи чату.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Відповісти: Протягом одного робочого дня: подякувати, назвати конкретну проблему, сказати, що зміниться.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Виправити або запропонувати дзвінок: Виправте те, що досі не працює, або запропонуйте короткий дзвінок. Ніколи не сперечайтеся з оцінкою.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Записати: Дату в «Відповіли» і дію — у журнал відповідей, а нотатку — у картку контакту.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Низька задоволеність чи зусилля, 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Ваша відповідь щодо [теми]: дякуємо, і ось що ми змінюємо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Низька задоволеність чи зусилля, 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Дякую за чесну відповідь щодо [теми]. Ви написали [їхні слова, коротко], і ви маєте рацію: [що пішло не так, одним рядком].</w:t>
        <w:br/>
        <w:br/>
        <w:t>Що ми змінюємо: [зміна, з датою].</w:t>
        <w:br/>
        <w:t>Якщо щось досі не працює: [відповідальний] [виправить це] до [дня й часу].</w:t>
        <w:br/>
        <w:br/>
        <w:t>Якщо хочете обговорити це, напишіть зручний час, і я вам зателефоную.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Критик (NPS від 0 до 6), 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Дякую, що відповіли на наше квартальне запитання. Ви поставили нам [оцінку] і написали: «[їхня причина]». Це нам допомагає, і мені шкода, що ми не виправдали ваших очікувань.</w:t>
        <w:br/>
        <w:br/>
        <w:t>[Що ви з цим робите, із датою.]</w:t>
        <w:br/>
        <w:br/>
        <w:t>Ще одне запитання, якщо маєте хвилинку: яка одна зміна найбільше допомогла б вам? Достатньо одного рядка.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Критик без коментаря: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Дякую, що відповіли на наше квартальне запитання. Ви поставили нам [оцінку], і я хочу зрозуміти чому. Одним рядком: що нам варто робити краще? 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Вирішено: Ні: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Ви написали, що ваш запит щодо [теми] не вирішено. Ми знову відкрили його під номером [номер звернення], і [відповідальний] [зробить наступний крок] до [дня й часу]. Вибачте, що закрили його зарано.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просіть змінити оцінку.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пропонуйте нічого в обмін на кращу оцінку чи відгук.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надсилайте відповідь, у якій немає згадки про те, що написав клієнт.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відповідайте з адреси, на яку не можна відповісти.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Замкніть цикл із промоутерами без фільтрування відгуків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Подякувати промоутерам: Протягом 1 тижня · Прохання про відгук: Однакове для всіх · Винагорода за відгуки: Ніколи · Де просити про відгук: На етапі, до якого доходить кожен клієнт, наприклад [перший щомісячний звіт], і ніколи після оцінки в опитуванні.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Промоутери й клієнти, які поставили 4 або 5, отримують подяку, з якої видно, що ви прочитали їхні слова. Для прохань про відгук — окреме правило: те саме прохання, на тому самому етапі, для кожного клієнта, хай якою була його оцінка.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Подяка промоутеру, тема: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 за вашу відповідь, [ім’я]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Подяка промоутеру, 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Дякую, що відповіли на наше квартальне запитання, і за [оцінку]. Ви написали: «[їхня причина]». Ваші слова ми передали [колезі]: [що саме зробив колега].</w:t>
        <w:br/>
        <w:br/>
        <w:t>Ми й надалі [робитимемо те, що ви цінуєте]. Якщо колись щось піде не так, просто відповідайте на цей лист, і він потрапить прямо до мене.</w:t>
        <w:br/>
        <w:br/>
        <w:t>[Ваше ім’я], [посада], [компанія]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Нейтрал (7 або 8), який назвав, що виправити: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Дякую за [оцінку] і за те, що розповіли про [їхнє зауваження]. З [дня] ми [що ви зміните]. Якщо нам варто покращити ще щось, я з радістю вислухаю.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Прохання про відгук, однакове для всіх клієнтів: </w:t>
      </w:r>
      <w:r>
        <w:rPr>
          <w:rFonts w:ascii="Calibri" w:hAnsi="Calibri" w:cs="Calibri" w:eastAsia="Calibri"/>
          <w:b w:val="0"/>
          <w:color w:val="15131F"/>
          <w:sz w:val="21"/>
        </w:rPr>
        <w:t>І ще одне, [ім’я]: якщо маєте хвилинку, чесний відгук на [сайті відгуків] допоможе іншим [клієнтам на кшталт вас] зробити вибір: [посилання на відгук]. Хороший чи поганий, ми раді кожному відгуку. Якщо не хочете, це абсолютно нормально.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щодо відгуків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Оцінка в опитуванні ніколи не вирішує, хто отримає прохання про відгук. Google не дозволяє бізнесу вибірково просити про позитивні відгуки, а FTC радить бізнесу не просити лише тих клієнтів, від яких він чекає позитиву.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Жодного посилання на відгук, яке з’являється лише після високої оцінки. Це фільтрування відгуків: показуйте посилання кожному, хто відповів, або нікому.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Жодних знижок, подарунків, бонусів чи розіграшів призів за відгук. Google забороняє заохочення за відгуки.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підказуйте, що написати у відгуку.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Рекомендації: </w:t>
      </w:r>
      <w:r>
        <w:rPr>
          <w:rFonts w:ascii="Calibri" w:hAnsi="Calibri" w:cs="Calibri" w:eastAsia="Calibri"/>
          <w:b w:val="0"/>
          <w:color w:val="5D5A70"/>
          <w:sz w:val="21"/>
        </w:rPr>
        <w:t>Згодом промоутер може охоче порекомендувати вас, якщо попросити. Скористайтеся шаблонами прохань про рекомендацію: одне прохання, потім стоп.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Запитання CSAT, NPS і оцінки зусиль слово в слово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NPS: Від 0 до 10 · CSAT: % оцінок 4 і 5 · Зусилля: Середнє від 1 до 7 · Чому від 0 до 10: Bain пояснює, що нуль ніколи не буває доброю оцінкою, тож клієнти не плутають кінці шкали, а 11 пунктів не дають людям за звичкою ставити «п’ять із п’яти».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Використовуйте стандартні формулювання, щоб оцінки означали саме те, що мають, і їх можна було порівнювати з часом. Змінюйте лише [компанію] й тему.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NPS: імовірність рекомендації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Запитання: </w:t>
      </w:r>
      <w:r>
        <w:rPr>
          <w:rFonts w:ascii="Calibri" w:hAnsi="Calibri" w:cs="Calibri" w:eastAsia="Calibri"/>
          <w:b w:val="0"/>
          <w:color w:val="5D5A70"/>
          <w:sz w:val="21"/>
        </w:rPr>
        <w:t>Наскільки ймовірно, що ви порекомендуєте [компанію] другу чи колезі?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Шкала: </w:t>
      </w:r>
      <w:r>
        <w:rPr>
          <w:rFonts w:ascii="Calibri" w:hAnsi="Calibri" w:cs="Calibri" w:eastAsia="Calibri"/>
          <w:b w:val="0"/>
          <w:color w:val="5D5A70"/>
          <w:sz w:val="21"/>
        </w:rPr>
        <w:t>Від 0 до 10: 0 = Зовсім малоймовірно, 10 = Дуже ймовірно.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Розрахунок: </w:t>
      </w:r>
      <w:r>
        <w:rPr>
          <w:rFonts w:ascii="Calibri" w:hAnsi="Calibri" w:cs="Calibri" w:eastAsia="Calibri"/>
          <w:b w:val="0"/>
          <w:color w:val="5D5A70"/>
          <w:sz w:val="21"/>
        </w:rPr>
        <w:t>% промоутерів (9–10) мінус % критиків (0–6), від -100 до +100.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Далі запитайте: </w:t>
      </w:r>
      <w:r>
        <w:rPr>
          <w:rFonts w:ascii="Calibri" w:hAnsi="Calibri" w:cs="Calibri" w:eastAsia="Calibri"/>
          <w:b w:val="0"/>
          <w:color w:val="5D5A70"/>
          <w:sz w:val="21"/>
        </w:rPr>
        <w:t>Яка головна причина вашої оцінки?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CSAT: задоволеність цією допомогою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Запитання: </w:t>
      </w:r>
      <w:r>
        <w:rPr>
          <w:rFonts w:ascii="Calibri" w:hAnsi="Calibri" w:cs="Calibri" w:eastAsia="Calibri"/>
          <w:b w:val="0"/>
          <w:color w:val="5D5A70"/>
          <w:sz w:val="21"/>
        </w:rPr>
        <w:t>Наскільки ви задоволені допомогою, яку отримали?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Шкала: </w:t>
      </w:r>
      <w:r>
        <w:rPr>
          <w:rFonts w:ascii="Calibri" w:hAnsi="Calibri" w:cs="Calibri" w:eastAsia="Calibri"/>
          <w:b w:val="0"/>
          <w:color w:val="5D5A70"/>
          <w:sz w:val="21"/>
        </w:rPr>
        <w:t>Від 1 до 5: 1 = Дуже незадоволені, 5 = Дуже задоволені.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Розрахунок: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Відповіді 4 або 5, поділені на всі відповіді. Zendesk, наприклад, вважає 4 і 5 хорошими оцінками за шкалою від 1 до 5.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CES: наскільки легко було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Твердження: </w:t>
      </w:r>
      <w:r>
        <w:rPr>
          <w:rFonts w:ascii="Calibri" w:hAnsi="Calibri" w:cs="Calibri" w:eastAsia="Calibri"/>
          <w:b w:val="0"/>
          <w:color w:val="5D5A70"/>
          <w:sz w:val="21"/>
        </w:rPr>
        <w:t>[Компанія] допомогла мені легко вирішити моє питання.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Шкала: </w:t>
      </w:r>
      <w:r>
        <w:rPr>
          <w:rFonts w:ascii="Calibri" w:hAnsi="Calibri" w:cs="Calibri" w:eastAsia="Calibri"/>
          <w:b w:val="0"/>
          <w:color w:val="5D5A70"/>
          <w:sz w:val="21"/>
        </w:rPr>
        <w:t>Від 1 до 7: 1 = Зовсім не погоджуюся, 7 = Повністю погоджуюся.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Розрахунок: </w:t>
      </w:r>
      <w:r>
        <w:rPr>
          <w:rFonts w:ascii="Calibri" w:hAnsi="Calibri" w:cs="Calibri" w:eastAsia="Calibri"/>
          <w:b w:val="0"/>
          <w:color w:val="5D5A70"/>
          <w:sz w:val="21"/>
        </w:rPr>
        <w:t>Середнє всіх відповідей. Що вище, то легше.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Вирішено: чи спрацювало?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Запитання: </w:t>
      </w:r>
      <w:r>
        <w:rPr>
          <w:rFonts w:ascii="Calibri" w:hAnsi="Calibri" w:cs="Calibri" w:eastAsia="Calibri"/>
          <w:b w:val="0"/>
          <w:color w:val="5D5A70"/>
          <w:sz w:val="21"/>
        </w:rPr>
        <w:t>Ваше питання вирішено?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Так / Ні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Розрахунок: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Відповіді «Так», поділені на всі відповіді. Після «Ні» звернення знову відкривають.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Коментар: причина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Запитання: </w:t>
      </w:r>
      <w:r>
        <w:rPr>
          <w:rFonts w:ascii="Calibri" w:hAnsi="Calibri" w:cs="Calibri" w:eastAsia="Calibri"/>
          <w:b w:val="0"/>
          <w:color w:val="5D5A70"/>
          <w:sz w:val="21"/>
        </w:rPr>
        <w:t>Що нам варто було зробити інакше? (необов’язково)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Одне відкрите запитання на опитування, завжди останнім, ніколи не обов’язкове.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Які запитання для якого моменту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Момент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Питати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питати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звернення чи чату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Вирішено, CSAT, зусилля, коментар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Щокварталу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 і причина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CSAT, зусилля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онбордингу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Налаштовано, зусилля, найважче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 у тому самому листі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змінюйте шкали: </w:t>
      </w:r>
      <w:r>
        <w:rPr>
          <w:rFonts w:ascii="Calibri" w:hAnsi="Calibri" w:cs="Calibri" w:eastAsia="Calibri"/>
          <w:b w:val="0"/>
          <w:color w:val="5D5A70"/>
          <w:sz w:val="21"/>
        </w:rPr>
        <w:t>Від 1 до 5 для задоволеності, від 1 до 7 для зусиль і від 0 до 10 для NPS у кожному опитуванні, щоб цей квартал можна було порівняти з минулим.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Ліміт частоти опитувань, відповідальний і перевірка завершення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Ліміт опитувань: 90 днів · Відповідальний: 1 людина на кожне опитування · Щомісячний огляд: 30 хвилин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Правила для того, хто надсилає опитування. Погодьте їх один раз, впишіть імена відповідальних і перевіряйте щомісяця.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План опитувань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Опитування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Хто отримує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 за опитування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звернення чи чату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24 годин після закриття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Вирішені звернення, якщо не було опитування за 90 днів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[керівник підтримки]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Квартальний NPS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Той самий тиждень кожного кварталу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Активні клієнти, якщо не було опитування за 90 днів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[власник або менеджер]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онбордингу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30-й день або по завершенні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Кожен новий клієнт, один раз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[відповідальний за онбординг]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Ліміт частоти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більше одного листа з опитуванням будь-якого типу одному клієнту за 90 днів. Найкраща практика Bain — не частіше ніж раз на три місяці.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Два опитування припадають на ті самі 90 днів: надішліть те, що стосується моменту, який щойно відбувся.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Оцінка зірками наприкінці чату — не лист, і вона з’являється лише в чаті, який розпочав сам клієнт. Вона не враховується.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Жодних опитувань, поки є відкрита скарга.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 записувати для кожної відповіді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Дата, клієнт, опитування, номер чи опис.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Статус вирішення: «Вирішено» Так чи Ні.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Задоволеність 1–5, оцінка зусиль 1–7 або NPS 0–10.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Необов’язковий коментар, дослівно.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Відповідальний за опитування, «Відповісти до», «Відповіли», що зроблено.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Перевірка завершення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Перевірка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Виконано, 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Заповнений приклад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Кожну відповідь записано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 робочого дня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 Омара записано ср, 30 вересня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кожну низьку оцінку відповіли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«Відповіли» не пізніше за «Відповісти до»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Відповіли ср, 30 вересня, 11:05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Дію записано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Стовпець «Що зроблено» заповнено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Щопонеділкова перевірка синхронізації з банком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Ліміт дотримано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Нікого не опитали двічі за 90 днів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Омара пропущено в NPS 1 жовтня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Щомісячний огляд проведено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 виправлення вибрано й повідомлено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Сповіщення про збої синхронізації з 5 жовтня</w:t>
            </w:r>
          </w:p>
        </w:tc>
      </w:tr>
    </w:tbl>
    <w:p/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Одна низька оцінка, на яку відповіли того ж ранку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Cedarline Bookkeeping, вигадана бухгалтерська фірма з 6 людей, яка обслуговує 140 клієнтів із малого бізнесу, надсилає цей шаблон опитування задоволеності клієнтів після кожного вирішеного звернення. У середу, 30 вересня 2026, Омар Хаддад із Saltbox Bakery відповідає оцінкою 2.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Ср, 30 вересня, 08:12. Відповідь на опитування, звернення T-418, вирішено вт, 29 вересня. Вирішено: Так. Задоволеність: 2 з 5. Зусилля: 2 з 7. Коментар: Зрештою виправили, але мені довелося пояснювати двічі, і ніхто не сказав мені, що синхронізація з банком зупинилася.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Мая (відповідальна за опитування): </w:t>
      </w:r>
      <w:r>
        <w:rPr>
          <w:rFonts w:ascii="Calibri" w:hAnsi="Calibri" w:cs="Calibri" w:eastAsia="Calibri"/>
          <w:b w:val="0"/>
          <w:color w:val="15131F"/>
          <w:sz w:val="21"/>
        </w:rPr>
        <w:t>Ср, 30 вересня, 11:05. Дякую за чесну відповідь, Омаре. Ви маєте рацію: синхронізація з вашим банком зупинилася 21 вересня, ми вам про це не сказали, і вам довелося пояснювати проблему двічі. З понеділка, 5 жовтня, ми щопонеділка перевіряємо синхронізацію з банком у всіх клієнтів і того ж дня пишемо вам, якщо вона зупинилася. Чи допоможе 10-хвилинний дзвінок, чи достатньо листа?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Ср, 30 вересня, 12:20. Листа достатньо. Дякую, що справді це прочитали.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Мая (відповідальна за опитування): </w:t>
      </w:r>
      <w:r>
        <w:rPr>
          <w:rFonts w:ascii="Calibri" w:hAnsi="Calibri" w:cs="Calibri" w:eastAsia="Calibri"/>
          <w:b w:val="0"/>
          <w:color w:val="15131F"/>
          <w:sz w:val="21"/>
        </w:rPr>
        <w:t>Ср, 30 вересня, 12:31. Дякую, Омаре. Я додала нотатку до вашої картки, тож той, хто допомагатиме вам наступного разу, побачить історію. Якщо синхронізація знову зупиниться, ми повідомимо вас першими.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Відповідь на опитування, заповнена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Опитування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звернення, надіслано ср, 30 вересня, 08:00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Звернення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T-418, зупинилася синхронізація з банком, вирішено вт, 29 вересня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Вирішено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Задоволеність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з 5: низька оцінка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Зусилля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з 7: низька оцінка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Коментар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Довелося пояснювати двічі; сповіщення не було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 за опитування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Мая Чен, керівниця клієнтського сервісу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Відповісти до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 жовтня (1 робочий день)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Опрацювання й запис у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Відповідальна прочитала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30 вересня, 09:10, разом зі зверненням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 надіслано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30 вересня, 11:05, менш ніж за 3 години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Завдання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Перевірка синхронізації з банком, Дана Руїс, дедлайн пн, 5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Нотатки в контакті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Синхронізація зупинилася 21 вересня; пояснював двічі; надає перевагу листам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Журнал відповідей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«Відповіли» 30 вересня, дію заповнено, статус «Готово»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Ліміт опитувань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Пропущено в NPS 1 жовтня; наступне опитування в січні 2027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CSAT, NPS чи оцінка зусиль: яке запитання й коли ставити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Показник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він показує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 питати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 рахувати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CSAT, задоволеність від 1 до 5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 пройшло одне звернення, чат чи замовлення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24 годин після контакту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% відповідей 4 або 5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CES, оцінка зусиль клієнта від 1 до 7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Чи легко було отримати допомогу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Після звернення, чату чи онбордингу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Середнє всіх відповідей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NPS, готовність рекомендувати від 0 до 10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 ідуть стосунки загалом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частіше ніж раз на квартал, без приводу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% 9–10 мінус % 0–6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Вирішено, так чи ні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Чи справді проблему виправлено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Перше запитання після звернення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% відповідей «Так»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Шаблон опитування задоволеності клієнтів: як ним користуватися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Почніть з одного моменту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Спершу опитування після звернення. Квартальний NPS і опитування після онбордингу додайте, коли все запрацює гладко.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Призначте відповідального за опитування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Одна людина на опитування, яка читає кожну низьку оцінку в день її надходження й відповідає протягом одного робочого дня.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Копіюйте запитання як є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У свій інструмент для опитувань чи форм, з тими самими шкалами. Змінюйте лише назви.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Записуйте кожну відповідь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рядок на відповідь у журналі Excel. Низькі оцінки самі отримують дату «Відповісти до».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Переглядайте раз на місяць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Прочитайте «Підсумок» і коментарі, виберіть одне виправлення й розкажіть клієнтам, що змінилося.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«Мої боти» &gt; виберіть бота &gt; вкладка «Поведінка»: увімкніть «Оцінки задоволеності» («Показувати запит на оцінку зірочками після завершення розмови»), потім натисніть «Зберегти зміни».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Оцінки зірками дивіться в розділі «Аналітика» &gt; «Задоволеність»: «Сер. оцінка», «Розподіл рейтингів» і «Тренд задоволеності». Раз на місяць копіюйте кількість оцінок для кожної зірки на аркуш «Підсумок».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У розділі «Онлайн-підтримка», перш ніж натиснути «Вирішити», запитайте: «Ваше питання вирішено?» (вкладка 1, версія для чату).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кожної низької оцінки: «Задачі» &gt; «Нове завдання»; у полі «Назва завдання» напишіть «Низька оцінка: Омар Хаддад», у полі «Виконавець» виберіть відповідального за опитування, у полі «Дедлайн» — наступний робочий день. Перевіряйте «На сьогодні» й «Прострочені» в «Мої задачі».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Записуйте, що сказав клієнт і що ви пообіцяли, у «Нотатки» в картці контакту.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Надсилайте опитування поштою зі своєї скриньки або інструмента для опитувань.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У застосунку немає конструктора опитувань, і він не надсилає опитування чи повторні листи: оцінка зірками наприкінці чату — єдине вбудоване запитання. AI-чат і базові завдання безкоштовні для 3 користувачів. Передача людині й аналітика доступні з тарифом Launch, 19 $ на місяць при оплаті за рік, 8 користувачів; розширена аналітика, звіти поштою й експорт — у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Щомісячний огляд опитувань, 30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Низькі оцінки: на всі відповіли протягом одного робочого дня? Спершу закрийте прострочені.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Коментарі: згрупуйте за причинами й виберіть одну причину, яку виправите цього місяця.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Малі вибірки: перш ніж називати цифру, прочитайте примітку на аркуші «Підсумок».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Розкажіть клієнтам, що змінилося, у наступній подяці чи відповіді.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Вигадані дані для прикладу.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https://crmsoftware.pro/ua/templates/customer-feedback-nps-script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опитування задоволеності клієнтів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