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AI-промпти для служби підтримки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20 готових промптів для ChatGPT, Claude, Gemini чи Microsoft Copilot: відповіді за фактами, тон і переклад, підсумки для передачі, статті довідки й збережені відповіді, контроль якості, інтернет-магазини, SaaS, онбординг і утримання. До кожного — що вставити і що перевірити перед надсиланням.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Один раз заповніть дужки в промпті з 5 частин: ваш бізнес, тон і ліміт слів. Для кожного випадку вставляйте лише факти, потрібні для відповіді, і лише ім’я клієнта, а рішення ухвалюйте самі. Проведіть 5 перевірок, перш ніж щось надіслати, і записуйте кожен тест у журнал тестів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Промпти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AI-промпти для підтримки клієнтів: промпт із 5 частин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Перед надсиланням: 5 перевірок · Хто вирішує: Ви, а не AI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Ці AI-промпти для підтримки клієнтів працюють у будь-якому універсальному AI-асистенті: ChatGPT, Claude, Gemini чи Microsoft Copilot. Посібник Google із промптів називає чотири частини промпту: персона, завдання, контекст і формат. Ми додаємо п’яту, правила, щоб AI не вигадував повернень коштів і дат. Вирішуєте ви; перевіряє й надсилає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із 5 частин (заповніть раз, використовуйте знову): </w:t>
      </w:r>
      <w:r>
        <w:rPr>
          <w:rFonts w:ascii="Calibri" w:hAnsi="Calibri" w:cs="Calibri" w:eastAsia="Calibri"/>
          <w:b w:val="0"/>
          <w:color w:val="15131F"/>
          <w:sz w:val="21"/>
        </w:rPr>
        <w:t>РОЛЬ: Ти фахівець служби підтримки в компанії [назва бізнесу] ([тип бізнесу]). Пиши [якою мовою], [теплим і простим] тоном, підпис: [ваше ім’я].</w:t>
        <w:br/>
        <w:t>ЗАВДАННЯ: [що написати і для кого].</w:t>
        <w:br/>
        <w:t>ФАКТИ (використовуй лише їх): [повідомлення клієнта лише з ім’ям, факти, рядок із правил, моє рішення].</w:t>
        <w:br/>
        <w:t>ПРАВИЛА: Не додавай нічого, чого немає у фактах. Жодних цін, дат, повернень коштів, знижок чи обіцянок, якщо їх немає у фактах. Якщо якогось факту бракує, напиши БРАКУЄ і скажи, що тобі потрібно.</w:t>
        <w:br/>
        <w:t>ФОРМАТ: [лист чи чат], до [80] слів, наприкінці один наступний крок.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 не вставляйте в AI-інструмент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Номери карток, банківські реквізити, паролі чи одноразові коди.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Прізвище разом з email, номером телефону чи домашньою адресою. Пишіть лише ім’я або «Клієнт А».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Дані про здоров’я, номери документів, повідомлення інших клієнтів, внутрішні нотатки про людину.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перед надсиланням (для кожного промпту)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Факти: кожен є в замовленні, зверненні чи правилах.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Числа: дати, суми й час скопійовано точно.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Обіцянки: жодних повернень коштів, компенсацій, знижок чи дат, яких ви не вирішували.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Тон: без звинувачень, без сарказму, не більше одного вибачення.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Конфіденційність: нічого про інших клієнтів, жодних внутрішніх нотаток.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перевіряє людина: </w:t>
      </w:r>
      <w:r>
        <w:rPr>
          <w:rFonts w:ascii="Calibri" w:hAnsi="Calibri" w:cs="Calibri" w:eastAsia="Calibri"/>
          <w:b w:val="0"/>
          <w:color w:val="5D5A70"/>
          <w:sz w:val="21"/>
        </w:rPr>
        <w:t>AI може давати неправильні відповіді, які звучать упевнено; OpenAI радить використовувати ChatGPT як першу чернетку, а не як остаточне джерело. А бізнес відповідає за те, що надсилає: канадський трибунал визнав авіакомпанію відповідальною за неправильну інформацію від її чат-бота.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AI-агента на сайті дивіться «Гайд з персони AI-агента» і «Резервні та безпечні відповіді AI». Для продажів — «Шаблони AI-промптів для продажів».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Чернетка відповіді клієнту з фактів і вашого рішення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Найдовша відповідь: 80 слів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Вставляйте факти й своє рішення, а не лише питання. AI тільки пише текст.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Відповідь за фактами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Повідомлення (лише ім’я), факти, ваше рішення.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Дати й суми збігаються із замовленням. Нічого, чого ви не вирішили.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Ти фахівець підтримки в компанії [назва бізнесу]. Напиши відповідь на це повідомлення клієнта:</w:t>
        <w:br/>
        <w:t>[повідомлення клієнта]</w:t>
        <w:br/>
        <w:t>Факти (використовуй лише їх): [дані замовлення чи акаунта, дати, статус]</w:t>
        <w:br/>
        <w:t>Наше рішення: [що ми зробимо і коли]</w:t>
        <w:br/>
        <w:t>Дай відповідь на питання в першому реченні. Вибачся один раз, за конкретну проблему. Не додавай дат, сум, повернень коштів, компенсацій чи знижок, яких немає вище. Якщо якогось факту бракує, напиши БРАКУЄ.</w:t>
        <w:br/>
        <w:t>[Лист чи чат], до [80] слів, наприкінці один наступний крок.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Відмова за правилами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Запит, текст правил, ваше рішення, одна реальна альтернатива.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Відмова на початку. Правила процитовано правильно. Жодних винятків, яких ви не можете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відповідь клієнту, який попросив [що саме]. Наша відповідь: ні.</w:t>
        <w:br/>
        <w:t>Правила (цитуй лише це): [текст правил]</w:t>
        <w:br/>
        <w:t>Що ми можемо запропонувати натомість: [альтернатива або нічого]</w:t>
        <w:br/>
        <w:t>Повідом рішення в перших 2 реченнях, простими словами поясни одну причину з правил, потім один раз запропонуй альтернативу. Не вибачайся за правила, не натякай, що вони можуть змінитися, і не вигадуй винятків. До [100] слів, тон [теплий і простий].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Уточнення однієї деталі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Повідомлення й одна деталь, яка вам потрібна.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Одне питання. Ніколи не просить номери карток, паролі чи номери документів.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коротку відповідь на це повідомлення:</w:t>
        <w:br/>
        <w:t>[повідомлення клієнта]</w:t>
        <w:br/>
        <w:t>Щоб допомогти, нам потрібна одна деталь: [деталь, наприклад номер замовлення]. Попроси її одним питанням, поясни, навіщо вона нам, і що буде далі: [наступний крок і час]. Ніколи не проси номери карток, паролі чи номери документів. До [40] слів.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дозволяйте AI вирішувати: </w:t>
      </w:r>
      <w:r>
        <w:rPr>
          <w:rFonts w:ascii="Calibri" w:hAnsi="Calibri" w:cs="Calibri" w:eastAsia="Calibri"/>
          <w:b w:val="0"/>
          <w:color w:val="5D5A70"/>
          <w:sz w:val="21"/>
        </w:rPr>
        <w:t>Повернення коштів, Компенсації, Дати доставки, Винятки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Виправте тон, скоротіть чи перекладіть відповідь клієнту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Змінених фактів: Жодного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Факти пишіть самі, а AI нехай виправить, як вони звучать. Ваші факти лишаються слово в слово.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Пом’якшити тон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Повідомлення клієнта й ваша чернетка.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Звірте кожну дату й суму зі своєю чернеткою. Жодної нової обіцянки.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Перепиши мою відповідь засмученому клієнту.</w:t>
        <w:br/>
        <w:t>Повідомлення клієнта: [повідомлення клієнта]</w:t>
        <w:br/>
        <w:t>Моя чернетка: [ваша чернетка]</w:t>
        <w:br/>
        <w:t>Збережи всі факти, дати й суми точно. Спершу назви проблему словами клієнта. Визнай нашу частину відповідальності. Прибери захисні фрази на кшталт «згідно з правилами компанії». Заверши тим, що буде далі і коли. Та сама довжина або коротше.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Скоротити й спростити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Ваша відповідь і факти, які мають лишитися.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Перелічені факти й посилання на місці й правильні.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Скороти цю відповідь до [60] слів для [чату чи екрана телефона]:</w:t>
        <w:br/>
        <w:t>[ваша відповідь]</w:t>
        <w:br/>
        <w:t>Збережи точно: [факти, які мають лишитися]. Короткі речення, звичайні слова, без жаргону, не більше одного вибачення. Поверни лише нову відповідь.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Переклад і зворотний переклад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Ваша перевірена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Зворотний переклад збігається. Дати в місцевому форматі. Формулювання правил перевіряє людина, яка вільно володіє мовою.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Переклади цю відповідь [якою мовою] для клієнта з [країни]:</w:t>
        <w:br/>
        <w:t>[ваша відповідь]</w:t>
        <w:br/>
        <w:t>Імена, номери замовлень, суми, дати й посилання залиш точно як є. Звертайся до клієнта [на «ви» чи на «ти»]. Потім переклади свій варіант назад українською, речення за реченням: я звірю його з оригіналом.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 CRMsoftware.pro: </w:t>
      </w:r>
      <w:r>
        <w:rPr>
          <w:rFonts w:ascii="Calibri" w:hAnsi="Calibri" w:cs="Calibri" w:eastAsia="Calibri"/>
          <w:b w:val="0"/>
          <w:color w:val="5D5A70"/>
          <w:sz w:val="21"/>
        </w:rPr>
        <w:t>На тарифі Growth «Автопереклад» в «Онлайн-підтримці» перекладає чати для вашої команди, а AI-агент на сайті відповідає 95+ мовами. Промпт 3.3 — для листів і статей довідки.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Фрази, які варто прибрати: </w:t>
      </w:r>
      <w:r>
        <w:rPr>
          <w:rFonts w:ascii="Calibri" w:hAnsi="Calibri" w:cs="Calibri" w:eastAsia="Calibri"/>
          <w:b w:val="0"/>
          <w:color w:val="5D5A70"/>
          <w:sz w:val="21"/>
        </w:rPr>
        <w:t>Згідно з правилами компанії, Як уже зазначалося, Звертаємо вашу увагу, Перепрошуємо за незручності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Підсумок довгої переписки з клієнтом для передачі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Підсумок: 5 рядків · Правило: Пишіть так, ніби клієнт це прочитає: факти й дати, без оцінок.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їх, перш ніж передати звернення колезі чи попросити керівника ухвалити рішення. Спершу замініть імена на «Клієнт» і «Агент».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Підсумок для передачі в 5 рядків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Уся переписка із заміненими іменами.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передачею: </w:t>
      </w:r>
      <w:r>
        <w:rPr>
          <w:rFonts w:ascii="Calibri" w:hAnsi="Calibri" w:cs="Calibri" w:eastAsia="Calibri"/>
          <w:b w:val="0"/>
          <w:color w:val="5D5A70"/>
          <w:sz w:val="21"/>
        </w:rPr>
        <w:t>Кожна обіцянка в рядку «Зроблено» справді є в переписці, з датою.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Підсумуй цю переписку з клієнтом для колеги, який її не бачив:</w:t>
        <w:br/>
        <w:t>[переписка]</w:t>
        <w:br/>
        <w:t>Рівно 5 рядків:</w:t>
        <w:br/>
        <w:t>Хоче: чого хоче клієнт, одним реченням.</w:t>
        <w:br/>
        <w:t>Факти: товари, дати замовлень і суми, які згадано.</w:t>
        <w:br/>
        <w:t>Зроблено: що ми пробували чи обіцяли, з датами.</w:t>
        <w:br/>
        <w:t>Відкрите: на що ще немає відповіді.</w:t>
        <w:br/>
        <w:t>Далі: один наступний крок, хто його робить і до якого часу.</w:t>
        <w:br/>
        <w:t>Використовуй лише переписку. Якщо щось незрозуміло, напиши НЕЯСНО.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Попросити керівника про рішення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Підсумок у 5 рядків, правила й ваші варіанти.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Суми й термін клієнта правильні. Жодних персональних даних, крім імені.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коротке внутрішнє повідомлення з проханням до [керівника] ухвалити рішення щодо звернення клієнта.</w:t>
        <w:br/>
        <w:t>Підсумок: [підсумок у 5 рядків]</w:t>
        <w:br/>
        <w:t>Клієнт просить: [запит]</w:t>
        <w:br/>
        <w:t>Правила: [текст правил]</w:t>
        <w:br/>
        <w:t>Варіанти: [2 або 3 варіанти з їхньою вартістю]</w:t>
        <w:br/>
        <w:t>Моя рекомендація: [варіант і чому]</w:t>
        <w:br/>
        <w:t>Відповідь потрібна до: [дата й час]</w:t>
        <w:br/>
        <w:t>До [100] слів, варіанти нумерованим списком. Заверши питанням, яке треба вирішити.</w:t>
      </w:r>
    </w:p>
    <w:p>
      <w:pPr>
        <w:spacing w:after="40"/>
      </w:pP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Статті довідки й збережені відповіді з вирішених звернень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Те саме питання: 3 рази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Коли те саме питання надходить 3 рази, напишіть відповідь один раз і використовуйте її знову.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Стаття довідки з вирішених чатів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3–5 вирішених чатів без імен і відповідь, яка спрацювала.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публікацією: </w:t>
      </w:r>
      <w:r>
        <w:rPr>
          <w:rFonts w:ascii="Calibri" w:hAnsi="Calibri" w:cs="Calibri" w:eastAsia="Calibri"/>
          <w:b w:val="0"/>
          <w:color w:val="5D5A70"/>
          <w:sz w:val="21"/>
        </w:rPr>
        <w:t>Пройдіть кожен крок самі. Назви кнопок і знімки екрана відповідають сьогоднішньому продукту.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статтю довідки на тему [тема] на основі цих вирішених чатів:</w:t>
        <w:br/>
        <w:t>[3–5 чатів]</w:t>
        <w:br/>
        <w:t>Відповідь, яка спрацювала: [кроки]</w:t>
        <w:br/>
        <w:t>Заголовок: питання так, як його написав би клієнт. Далі відповідь одним реченням, нумеровані кроки по одній дії, що клієнт бачить, коли все вдалося, і коли звертатися до нас. Використовуй лише відповідь, яка спрацювала. Потім перелічи питання з чатів, на які стаття не відповідає.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Запис FAQ для бази знань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Питання словами клієнта й затверджена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публікацією: </w:t>
      </w:r>
      <w:r>
        <w:rPr>
          <w:rFonts w:ascii="Calibri" w:hAnsi="Calibri" w:cs="Calibri" w:eastAsia="Calibri"/>
          <w:b w:val="0"/>
          <w:color w:val="5D5A70"/>
          <w:sz w:val="21"/>
        </w:rPr>
        <w:t>Збігається зі сторінкою ваших правил. Ціни й дати актуальні або їх немає.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один запис для FAQ.</w:t>
        <w:br/>
        <w:t>Питання словами клієнта: [питання]</w:t>
        <w:br/>
        <w:t>Затверджена відповідь: [відповідь]</w:t>
        <w:br/>
        <w:t>Умова чи виняток, якщо є: [умова]</w:t>
        <w:br/>
        <w:t>Почни відповідь із «так», «ні» або числа. Не більше [3] речень. Використовуй лише затверджену відповідь.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Збережена відповідь із заповнювачами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Відповідь, яку ви перевірили й надіслали.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збереженням: </w:t>
      </w:r>
      <w:r>
        <w:rPr>
          <w:rFonts w:ascii="Calibri" w:hAnsi="Calibri" w:cs="Calibri" w:eastAsia="Calibri"/>
          <w:b w:val="0"/>
          <w:color w:val="5D5A70"/>
          <w:sz w:val="21"/>
        </w:rPr>
        <w:t>Не лишилося жодного справжнього імені, дати чи суми. Відповідь відповідає чинним правилам.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Зроби з цієї відповіді збережену відповідь на тему [тема], яку можна використовувати повторно:</w:t>
        <w:br/>
        <w:t>[надіслана відповідь]</w:t>
        <w:br/>
        <w:t>Заміни кожну деталь, що змінюється від клієнта до клієнта, наприклад імена, номери замовлень, дати й суми, коротким заповнювачем у квадратних дужках. Решту залиш слово в слово. Запропонуй заголовок і шорткат малими літерами без пробілів, який починається зі скісної риски.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Куди їх додавати: </w:t>
      </w:r>
      <w:r>
        <w:rPr>
          <w:rFonts w:ascii="Calibri" w:hAnsi="Calibri" w:cs="Calibri" w:eastAsia="Calibri"/>
          <w:b w:val="0"/>
          <w:color w:val="5D5A70"/>
          <w:sz w:val="21"/>
        </w:rPr>
        <w:t>Статті довідки й записи FAQ — у «Базу знань» AI-агента на сайті (див. «Шаблон бази знань FAQ»); збережені відповіді — у «Налаштування» &gt; «Збережені відповіді» на тарифі Growth.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Де публікувати: </w:t>
      </w:r>
      <w:r>
        <w:rPr>
          <w:rFonts w:ascii="Calibri" w:hAnsi="Calibri" w:cs="Calibri" w:eastAsia="Calibri"/>
          <w:b w:val="0"/>
          <w:color w:val="5D5A70"/>
          <w:sz w:val="21"/>
        </w:rPr>
        <w:t>Довідковий центр, База знань, Збережені відповіді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Перевірте відповідь за правилами, знайдіть причини звернень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Перерахуйте вручну: Топ-2 · Відповідальний і дія: [Тимлід] запускає 6.2 щопонеділка й того ж тижня усуває одну причину.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тимліда: другий погляд перед важливою відповіддю й щотижневий огляд того, чому пишуть клієнти.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Перевірка якості за правилами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Повідомлення клієнта, чернетка, факти й правила.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Ви однаково читаєте чернетку самі: AI-рецензент теж може щось пропустити.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Виступи в ролі суворого контролера якості. Перевір цю чернетку відповіді перед надсиланням; не переписуй її.</w:t>
        <w:br/>
        <w:t>Повідомлення клієнта: [повідомлення клієнта]</w:t>
        <w:br/>
        <w:t>Чернетка: [чернетка відповіді]</w:t>
        <w:br/>
        <w:t>Факти й правила: [факти й текст правил]</w:t>
        <w:br/>
        <w:t>Склади таблицю: кожне твердження з чернетки (дати, суми, обіцянки, факти про товар), «Підтверджено» («Так», «Ні» або «Немає у фактах») і виправлення. Потім познач звинувачення чи сарказм, відсутній наступний крок і персональні дані, яких там не має бути.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Головні причини звернень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Перші повідомлення за минулий тиждень без імен і номерів замовлень. Підійдуть і коментарі з опитувань та відгуки.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діями: </w:t>
      </w:r>
      <w:r>
        <w:rPr>
          <w:rFonts w:ascii="Calibri" w:hAnsi="Calibri" w:cs="Calibri" w:eastAsia="Calibri"/>
          <w:b w:val="0"/>
          <w:color w:val="5D5A70"/>
          <w:sz w:val="21"/>
        </w:rPr>
        <w:t>Перерахуйте 2 головні причини вручну. AI може рахувати неточно.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Ось [кількість] повідомлень клієнтів за минулий тиждень, по одному в рядку, без імен і номерів замовлень:</w:t>
        <w:br/>
        <w:t>[повідомлення]</w:t>
        <w:br/>
        <w:t>Згрупуй їх не більше ніж у [8] причин. Для кожної: коротка назва, кількість, один приклад словами клієнта і що допомогло б цього уникнути: стаття довідки, збережена відповідь чи виправлення в продукті, магазині чи правилах. Рахуй кожне повідомлення один раз. Відсортуй за кількістю.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Наступного тижня: </w:t>
      </w:r>
      <w:r>
        <w:rPr>
          <w:rFonts w:ascii="Calibri" w:hAnsi="Calibri" w:cs="Calibri" w:eastAsia="Calibri"/>
          <w:b w:val="0"/>
          <w:color w:val="5D5A70"/>
          <w:sz w:val="21"/>
        </w:rPr>
        <w:t>Перетворіть головні причини на теги в «Налаштування» &gt; «Теги розмов» («Новий тег»), щоб розподіляти за ними чати наступного тижня.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AI-промпти для підтримки інтернет-магазинів і SaaS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Дати доставки: Без здогадок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Магазинам пишуть про замовлення й повернення, софтверним компаніям — про те, як щось зробити, і про баги. Копіюйте факти з джерела; ніколи не дозволяйте AI вгадувати.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Відповідь про статус замовлення (інтернет-магазин)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замовлення, статус відправлення й оцінка перевізника, скопійовані сьогодні.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Статус збігається зі сторінкою перевізника саме зараз. Жодного «прийде завтра», якщо перевізник цього не каже.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відповідь клієнту, який питає, де його замовлення.</w:t>
        <w:br/>
        <w:t>Факти: замовлено [дата], відправлено [дата або ще ні], статус у перевізника [статус і дата], очікувана доставка [дата або немає].</w:t>
        <w:br/>
        <w:t>Наш наступний крок: [що ми зробимо і коли].</w:t>
        <w:br/>
        <w:t>Не вгадуй дату доставки. До [70] слів, [чат чи лист].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Відповідь про повернення товару чи коштів (інтернет-магазин)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Запит, правила й те, що ви схвалили у своєму магазині чи платіжній платформі.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Сума, спосіб і терміни збігаються з тим, що ви схвалили. Кошти повертають у тій платформі.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відповідь щодо повернення.</w:t>
        <w:br/>
        <w:t>Запит: [запит]</w:t>
        <w:br/>
        <w:t>Правила повернення: [текст правил]</w:t>
        <w:br/>
        <w:t>Рішення: [схвалено чи ні, сума, спосіб повернення коштів, терміни]</w:t>
        <w:br/>
        <w:t>Що клієнт робить далі: [етикетка, пакування, де здати, кінцевий термін]</w:t>
        <w:br/>
        <w:t>Спершу повідом рішення. Суму й терміни вкажи точно як вище. До [100] слів.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Звіт про баг для розробників (SaaS)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Розмова без імен і email, а також тариф і браузер.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Відтворіть баг самі. Жодних знімків екрана з даними клієнтів.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Перетвори цю розмову з клієнтом на звіт про баг для наших розробників:</w:t>
        <w:br/>
        <w:t>[розмова]</w:t>
        <w:br/>
        <w:t>Напиши: заголовок до 10 слів, кроки для відтворення, очікуваний результат, фактичний результат, тариф, пристрій і браузер, скільки клієнтів про це повідомили і який обхідний шлях ми дали. Якщо чогось у розмові немає, пиши НЕВІДОМО. Не вгадуй причину.</w:t>
      </w:r>
    </w:p>
    <w:p>
      <w:pPr>
        <w:spacing w:after="40"/>
      </w:pP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Бізнесам, які приймають записи, — «Шаблони AI-промптів для запису на прийом». Страховикам — «Шаблони AI-промптів для страхування».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вставляйте: </w:t>
      </w:r>
      <w:r>
        <w:rPr>
          <w:rFonts w:ascii="Calibri" w:hAnsi="Calibri" w:cs="Calibri" w:eastAsia="Calibri"/>
          <w:b w:val="0"/>
          <w:color w:val="5D5A70"/>
          <w:sz w:val="21"/>
        </w:rPr>
        <w:t>Номери карток, Домашні адреси, Знімки екрана з даними клієнтів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AI-промпти для онбордингу й утримання клієнтів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Мета: 1 на повідомлення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Одна мета на повідомлення: перший крок для нових клієнтів, привід повернутися для тих, хто затих, і зрозумілий вихід для тих, хто йде.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Вітальне повідомлення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Що клієнт вибрав, перший крок, який найбільше допоможе, де отримати допомогу.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Посилання працює, а крок підходить для тарифу клієнта. Жодних обіцяних результатів.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вітальний [лист чи повідомлення] від [назва бізнесу] новому клієнту, який щойно [на що підписався чи що купив].</w:t>
        <w:br/>
        <w:t>Факти: [що клієнт вибрав]. Перший крок, який найбільше допоможе: [перший крок]. Допомога: [посилання або «відповідайте на цей лист»].</w:t>
        <w:br/>
        <w:t>Подякуй одним реченням. Одна мета: щоб клієнт зробив перший крок. Без переліку функцій, без знижок. До [90] слів.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Повідомлення, коли клієнт зупинився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Що клієнт уже зробив і де зупинився.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Спершу перевірте акаунт: клієнт справді зупинився. Надсилає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коротке повідомлення клієнту, який [зупинився на певному кроці або не замовляв чи не входив з певної дати].</w:t>
        <w:br/>
        <w:t>Що клієнт уже зробив: [факти]</w:t>
        <w:br/>
        <w:t>Ймовірна перешкода: [перешкода]</w:t>
        <w:br/>
        <w:t>Запропонуй одне, що її усуне: [інструкція, допомога з налаштуванням або 15-хвилинний дзвінок].</w:t>
        <w:br/>
        <w:t>Допомагай, не тисни. Ніколи не натякай, що клієнт зробив щось не так. До [70] слів, наприкінці одне питання.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Відповідь на запит про скасування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вставити: </w:t>
      </w:r>
      <w:r>
        <w:rPr>
          <w:rFonts w:ascii="Calibri" w:hAnsi="Calibri" w:cs="Calibri" w:eastAsia="Calibri"/>
          <w:b w:val="0"/>
          <w:color w:val="5D5A70"/>
          <w:sz w:val="21"/>
        </w:rPr>
        <w:t>Причина клієнта, як скасувати, одна альтернатива, яку ви пропонуєте.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Перевірка перед надсиланням: </w:t>
      </w:r>
      <w:r>
        <w:rPr>
          <w:rFonts w:ascii="Calibri" w:hAnsi="Calibri" w:cs="Calibri" w:eastAsia="Calibri"/>
          <w:b w:val="0"/>
          <w:color w:val="5D5A70"/>
          <w:sz w:val="21"/>
        </w:rPr>
        <w:t>Кроки для скасування працюють. Пропозицію схвалено, і її зроблено один раз.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відповідь клієнту, який хоче скасувати [тариф, підписку чи замовлення].</w:t>
        <w:br/>
        <w:t>Його причина: [причина, його словами]</w:t>
        <w:br/>
        <w:t>Як скасувати: [кроки чи посилання]</w:t>
        <w:br/>
        <w:t>Що буде потім: [доступ, дані, останнє списання]</w:t>
        <w:br/>
        <w:t>Одна альтернатива, яку ми можемо запропонувати: [пауза, менший тариф, виправлення або нічого]</w:t>
        <w:br/>
        <w:t>Спершу підтверди, як скасувати, потім один раз запропонуй альтернативу. Не дорікай і не тисни. До [90] слів.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Повернення клієнтів і відгуки: </w:t>
      </w:r>
      <w:r>
        <w:rPr>
          <w:rFonts w:ascii="Calibri" w:hAnsi="Calibri" w:cs="Calibri" w:eastAsia="Calibri"/>
          <w:b w:val="0"/>
          <w:color w:val="5D5A70"/>
          <w:sz w:val="21"/>
        </w:rPr>
        <w:t>Для коментарів з опитувань, відповідей NPS чи відгуків використовуйте 6.2. Для повідомлення, яке має повернути клієнта, використовуйте 8.2, а причину, з якої він пішов, вкажіть як перешкоду.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Штучні дедлайни, Докори, Друга пропозиція лишитися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Одне пошкоджене замовлення: промпт, 5 перевірок, надіслана відповідь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Quillfeather Stationery, вигаданий інтернет-магазин блокнотів і ручок, зберігає свої промпти в бібліотеці Excel. У понеділок, 12 жовтня 2026 року, Рохан Десаї написав у чат на сайті про замовлення QF-20417. Ноель Капур, керівниця підтримки, прийняла чат, підготувала відповідь за промптом 2.1, провела 5 перевірок і надіслала її.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день. Моє замовлення QF-20417 прийшло в суботу, і перова ручка протекла й залила один із блокнотів. Вони потрібні мені для поїздки в п’ятницю.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Шкода, новий блокнот точно не мав прийти в такому стані. Я AI-асистент Quillfeather і не бачу замовлень та не можу надсилати заміну, тому передаю ваше питання Ноель із нашої команди. Можете додати фото? Ноель відповідає тут протягом 30 хвилин, з 9:00 до 17:00 у робочі дні.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Фото надіслав. Можна отримати нові до п’ятниці?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Ноель (керівниця підтримки):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Рохане, це Ноель. Мені шкода, що ручка протекла й зіпсувала ваш блокнот, і дякую за фото. Сьогодні я відправила вам нову перову ручку й новий блокнот A5 у крапку експрес-доставкою, безкоштовно. Перевізник очікує доставку в середу, 14 жовтня, ще до вашої поїздки. Нічого повертати не потрібно. Номер для відстеження надійде вам на пошту сьогодні до 18:00.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дякую. Адреса та сама, що в замовленні.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Ноель (керівниця підтримки): </w:t>
      </w:r>
      <w:r>
        <w:rPr>
          <w:rFonts w:ascii="Calibri" w:hAnsi="Calibri" w:cs="Calibri" w:eastAsia="Calibri"/>
          <w:b w:val="0"/>
          <w:color w:val="15131F"/>
          <w:sz w:val="21"/>
        </w:rPr>
        <w:t>Добре, саме туди й відправляємо. У середу зранку я перевірю відстеження й напишу вам тут, якщо щось зміниться.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Промпт 2.1, як його заповнила Ноель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Промпт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2.1 Відповідь за фактами, версія 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AI-асистент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Робочий акаунт магазину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Вставлено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Повідомлення Рохана (лише ім’я), склад замовлення, рядок із правил, рішення Ноель, дата від перевізника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вставлено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Прізвище, email, адреса, номер замовлення, фото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Рішення (Ноель)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 ручка й блокнот експрес-доставкою, безкоштовно, без повернення (правила: пошкодження, заявлене протягом 30 днів)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5 перевірок перед надсиланням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Факти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Ручка й блокнот, експрес, безкоштовно: як вирішено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Числа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Середа, 14 жовтня: збігається з оцінкою перевізника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Обіцянки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Видалено «ми також відшкодували вам вартість доставки»: такого рішення не було. Записано як «Не пройдено», виправлено у версії 3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Тон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57 слів, одне вибачення, без звинувачень, один наступний крок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Конфіденційність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Жодного іншого клієнта, жодних внутрішніх нотаток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застосунок і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Онлайн-підтримка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«Очікує агента» 9:44, Ноель прийняла чат 9:58, вирішено 10:12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контакті Рохана: QF-20417, ручка протекла, блокнот зіпсовано; заміна експрес-доставкою 12 жовтня, без повернення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Перевірити відстеження QF-20417; «Виконавець»: Ноель; «Дедлайн»: середа, 14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Збережені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/damaged-item: перевірена відповідь із дужками, доступна всій команді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тестів, промпт 2.1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Останній тест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Версія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13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з 3 пройдено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магазин і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Дані клієнтів у ChatGPT, Claude, Gemini і Copilot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AI-асистент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Особистий акаунт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Робочий акаунт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ChatGPT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«Налаштування» &gt; «Керування даними»: якщо «Покращувати модель для всіх» вимкнено, нові чати не використовуються для навчання моделей. «Тимчасовий чат» теж не використовується.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OpenAI за замовчуванням не використовує вміст ChatGPT Business, Enterprise чи Edu для навчання своїх моделей.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Claude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Налаштування конфіденційності: параметр «Model Improvement» визначає, чи допомагають ваші чати покращувати Claude. Чати в режимі інкогніто не використовуються.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Anthropic за замовчуванням не використовує вхідні й вихідні дані Claude for Work чи свого API для навчання.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Gemini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Якщо налаштування «Зберігати історію дій» вимкнено, майбутні чати не використовуються для навчання моделей Google, але зберігаються 72 години. Google просить не вказувати конфіденційну інформацію, яку ви не хотіли б показувати спеціалістам, що переглядають чати.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облікових записах компанії чи закладу освіти можуть діяти інші умови обробки даних: запитайте свого адміністратора.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Microsoft Copilot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повідомлень клієнтів користуйтеся робочим акаунтом, який надає компанія, а не особистим.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Промпти, відповіді й дані, отримані через Microsoft Graph, не використовуються для навчання базових моделей.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Що ніколи не вставляти в промпт для підтримки і як повідомляти про AI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Шість правил для всієї команди.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Платіжні дані й дані для входу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Номери карток, банківські реквізити, паролі й одноразові коди ніколи не потрапляють в AI-інструмент. Жодній відповіді вони не потрібні.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Вставте 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Оплачено карткою [дата]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Імена з контактними даними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Персональні дані — це будь-яка інформація про живу людину, яку ідентифіковано або можна ідентифікувати, наприклад ім’я та прізвище, домашня адреса чи адреса електронної пошти. Пишіть лише ім’я або «Клієнт 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Вставте 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[ім’я] пише: [повідомлення]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Лише те, що потрібно для відповіді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Згідно з GDPR, персональні дані мають обмежуватися тим, що необхідно для мети. Вставляйте факти для цієї відповіді, а не історію акаунта.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Дані інших людей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Жодних повідомлень інших клієнтів, внутрішніх нотаток про клієнта чи скарг на працівників: підсумок повторить усе, що ви вставите.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Повідомлення про AI для чат-ботів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Згідно з Актом ЄС про штучний інтелект (AI Act), AI-системи, які взаємодіють безпосередньо з людьми, наприклад AI-агент на сайті, мають бути розроблені так, щоб люди знали, що взаємодіють з AI, якщо це не очевидно, не пізніше ніж під час першої взаємодії. Це діє з 2 серпня 2026 року.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Повідомлення про AI для чернеток, які надсилає людина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Стаття 50 не називає відповіді, які людина пише з допомогою AI, перевіряє й надсилає. Її правило для згенерованого AI тексту стосується текстів, опублікованих, щоб інформувати громадськість про питання, що становлять суспільний інтерес, з винятком для перевірки людиною й редакційної відповідальності. Дотримуйтеся власних правил.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Це не юридична консультація. Перевірте правила для вашої країни й галузі, а також правила вашої компанії щодо AI.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використовувати ці шаблони AI-промптів для служби підтримки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Виберіть промпт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Знайдіть завдання у вкладках 2–8 або почніть із 2.1.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Заповніть дужки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Бізнес, тон і ліміт слів — один раз; свіжі факти — щоразу.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Вирішіть, потім вставляйте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Повернення коштів, дати й винятки вирішуєте ви. AI лише пише.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Перевірте, потім надсилайте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Проведіть 5 перевірок із вкладки 1. Кожну відповідь надсилає людина.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Записуйте тести й версії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Записуйте кожен тест в Excel. Будь-яка зміна промпту — це нова версія, яку треба протестувати 3 рази.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«Мої боти» виберіть бота. AI-агент на сайті відповідає на основі полів «Інструкції» і «База знань» на вкладці «Основи»; заповніть їх за «Гайдом з персони AI-агента».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Додайте статті довідки й записи FAQ із вкладки 5 у «Базу знань», натисніть «Зберегти зміни» й поставте питання в «Спробуйте Bot» (тестовий чат із ботом).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Коли чат має статус «Очікує агента» в «Онлайн-підтримці», натисніть «Прийняти». Підготуйте відповідь за промптом, проведіть 5 перевірок, надішліть, потім натисніть «Вирішити».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тарифі Growth: «Налаштування» &gt; «Збережені відповіді» &gt; «Нова відповідь». Заповніть «Заголовок», «Шорткат», наприклад /damaged-item, і «Текст відповіді», потім увімкніть «Поділитися з командою». Щоб вставити відповідь, введіть шорткат у полі відповіді в чаті.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Факти й своє рішення запишіть у «Нотатки» контакту, а подальші дії — у «Завдання» &gt; «Нове завдання» з полями «Виконавець» і «Дедлайн».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 24/7 і базова версія бази знань є в тарифі Free: 3 користувачі, без кредитної картки. Передача людині в «Онлайн-підтримку» — з тарифу Launch, 19 $ на місяць при оплаті за рік; «Збережені відповіді» й автопереклад у вхідних — з Growth, 49 $ на місяць при оплаті за рік.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Промпт має статус «Готово»,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Є 3 пройдені тести поточної версії.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Кожна дужка підказує, що вписати.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Його перевірка є в бібліотеці.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Ніхто не вставляє номери карток чи повні контактні дані.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https://crmsoftware.pro/ua/templates/customer-service-ai-prompt-templates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AI-промпти для служби підтримки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