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Скрипти для служби підтримки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Скрипти для телефону й чату в одному порядку: початок, верифікація, з’ясування, рішення або передача, підтвердження, завершення. З полями сортування, лімітами часу й тим, чого ніколи не обіцяти.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своїми даними й дотримуйтеся порядку кроків у кожному дзвінку та чаті. Записуйте кожне звернення в журнал звернень Excel і щотижня оцінюйте кілька з них у картці оцінки якості.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Початок і привітання: перші фрази по телефону й у чаті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Оцініть у вкладці 3 · Вплив: Запитайте у вкладці 3 · Канал: Телефон або чат · Відповідальний: Той, хто відповів · Перша відповідь: Телефон: 3 гудки. Чат: 2 хвилини · Ескалація: Клієнт уже злий: спершу заспокойте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Кожен скрипт для служби підтримки на цій сторінці проходить ті самі шість кроків, по телефону й у чаті. У кожній вкладці є поля сортування: серйозність, вплив, канал, відповідальний, перша відповідь і ескалація. Записуйте їх для кожного звернення (вкладка 8).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Порядок у кожному скрипті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Початок: Ваше ім’я, компанія, пропозиція допомогти.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Верифікація: Два факти до будь-яких даних акаунта. Вкладка 2.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З’ясування: Розпитайте, потім підсумуйте одним реченням. Вкладка 3.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Рішення або передача: Виправте або передайте далі з підсумком. Вкладки 4–7.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Підтвердження: Наступний крок, хто і коли, і «так» від клієнта. Вкладка 8.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6. Завершення: Подякуйте, завершіть, запишіть. Вкладка 8.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відповідь на дзвінок: </w:t>
      </w:r>
      <w:r>
        <w:rPr>
          <w:rFonts w:ascii="Calibri" w:hAnsi="Calibri" w:cs="Calibri" w:eastAsia="Calibri"/>
          <w:b w:val="0"/>
          <w:color w:val="15131F"/>
          <w:sz w:val="21"/>
        </w:rPr>
        <w:t>[Компанія], дякуємо за дзвінок! Мене звати [ваше ім’я]. Чим можу допомогти?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перед верифікацією: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Я допоможу з цим. Спершу мені потрібно перевірити дві деталі.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перша 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Це [ваше ім’я] з [компанії]. Дякую за повідомлення щодо [теми]. Я вже дивлюся.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після ШІ-агента: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Це [ваше ім’я] з команди [компанії]. Я бачу всю вашу розмову з нашим асистентом, тож повторювати нічого не доведеться.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ви телефонуєте клієнту: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Це [ваше ім’я] з [компанії], телефоную щодо вашого [чату чи дзвінка] від [дати]. Вам зараз зручно говорити?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Час очікування чи виправлення, поки не знаєте, в чому проблема. Обіцяйте лише те, що зробите далі.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Верифікація клієнта: без повних номерів карток і паролів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Критична, якщо акаунт можуть захопити · Вплив: Чиї дані під загрозою · Канал: Телефон, чат або email · Відповідальний: Той, хто веде звернення · Перша відповідь: До будь-яких даних · Ескалація: Підозра на шахрайство: керівнику протягом години · Чому без секретів: FTC радить бізнесу чітко пояснити працівникам, що ніхто не повинен просити їх розкрити паролі. Коди безпеки картки не можна зберігати після авторизації платежу.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Проведіть верифікацію, перш ніж відкривати, обговорювати чи змінювати щось в акаунті. Просіть два факти, які можна перевірити, і ніколи не просіть секретних даних.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 питати, а що ніколи не питати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Попросіть два з цього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Ніколи не просіть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акаунта чи замовлення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Повний номер картки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 або телефон, указаний в акаунті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Код безпеки картки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Поштовий індекс або адреса для рахунків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Пароль або PIN-код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Останні 4 цифри картки або дата й сума платежу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Одноразовий код з SMS чи листа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</w:t>
      </w:r>
      <w:r>
        <w:rPr>
          <w:rFonts w:ascii="Calibri" w:hAnsi="Calibri" w:cs="Calibri" w:eastAsia="Calibri"/>
          <w:b w:val="0"/>
          <w:color w:val="15131F"/>
          <w:sz w:val="21"/>
        </w:rPr>
        <w:t>Перш ніж відкрити ваш акаунт, мені потрібно переконатися, що це ви. Назвіть, будь ласка, [номер акаунта] і [email], указаний в акаунті.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</w:t>
      </w:r>
      <w:r>
        <w:rPr>
          <w:rFonts w:ascii="Calibri" w:hAnsi="Calibri" w:cs="Calibri" w:eastAsia="Calibri"/>
          <w:b w:val="0"/>
          <w:color w:val="15131F"/>
          <w:sz w:val="21"/>
        </w:rPr>
        <w:t>Перш ніж я перегляну ваш акаунт, підтвердьте, будь ласка, [номер замовлення] і [email], який ви вказували. Будь ласка, ніколи не надсилайте сюди номери карток чи паролі. Ми ніколи їх не попросимо.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клієнт починає диктувати номер картки: </w:t>
      </w:r>
      <w:r>
        <w:rPr>
          <w:rFonts w:ascii="Calibri" w:hAnsi="Calibri" w:cs="Calibri" w:eastAsia="Calibri"/>
          <w:b w:val="0"/>
          <w:color w:val="15131F"/>
          <w:sz w:val="21"/>
        </w:rPr>
        <w:t>Будь ласка, зупиніться, повний номер мені не потрібен. Достатньо останніх 4 цифр.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перевірка не пройшла: </w:t>
      </w:r>
      <w:r>
        <w:rPr>
          <w:rFonts w:ascii="Calibri" w:hAnsi="Calibri" w:cs="Calibri" w:eastAsia="Calibri"/>
          <w:b w:val="0"/>
          <w:color w:val="15131F"/>
          <w:sz w:val="21"/>
        </w:rPr>
        <w:t>Вибачте, ці дані не збігаються, тому я не можу обговорювати чи змінювати акаунт. Натомість я можу передзвонити вам на номер, указаний в акаунті.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Ви телефонуєте, а клієнт сумнівається, що це ви: </w:t>
      </w:r>
      <w:r>
        <w:rPr>
          <w:rFonts w:ascii="Calibri" w:hAnsi="Calibri" w:cs="Calibri" w:eastAsia="Calibri"/>
          <w:b w:val="0"/>
          <w:color w:val="15131F"/>
          <w:sz w:val="21"/>
        </w:rPr>
        <w:t>Слушне питання. Покладіть слухавку й зателефонуйте нам за номером [телефон із вашого сайту], попросіть [ваше ім’я].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Нехай клієнт сам назве дані. Ніколи не зачитуйте їх: «Це вулиця Липова, 12?» підказує адресу незнайомцю.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Зміна email, телефону чи адреси: додатково підтвердіть через контакт, який уже є в акаунті.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записуйте номери карток, коди чи паролі в нотатках або чаті.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Зміну в акаунті, поки перевірка не пройшла, навіть «лише цього разу».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З’ясування проблеми: чотири питання й підсумок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Оцініть після підсумку · Вплив: Чого це коштує клієнту й до коли · Канал: Той самий канал · Відповідальний: Ви, доки не передасте · Перша відповідь: Питання за 2 хвилини · Ескалація: Критична: керівнику негайно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Спершу розпитайте, потім виправляйте. Чотири питання покривають більшість звернень. Потім підсумуйте одним реченням і дочекайтеся «так».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Чотири питання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Що сталося?: Словами клієнта.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Відколи й як часто?: Дата й закономірність.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Що ви вже пробували?: Щоб не просити про це вдруге.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Що вам потрібно і до коли?: Вплив: дзвінок із клієнтом, доставка, рахунок.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 або по одному повідомленню в чаті: </w:t>
      </w:r>
      <w:r>
        <w:rPr>
          <w:rFonts w:ascii="Calibri" w:hAnsi="Calibri" w:cs="Calibri" w:eastAsia="Calibri"/>
          <w:b w:val="0"/>
          <w:color w:val="15131F"/>
          <w:sz w:val="21"/>
        </w:rPr>
        <w:t>Що відбувається і коли це почалося?</w:t>
        <w:br/>
        <w:t>Що ви вже пробували?</w:t>
        <w:br/>
        <w:t>До якої дати чи години все має працювати?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(телефон і чат): </w:t>
      </w:r>
      <w:r>
        <w:rPr>
          <w:rFonts w:ascii="Calibri" w:hAnsi="Calibri" w:cs="Calibri" w:eastAsia="Calibri"/>
          <w:b w:val="0"/>
          <w:color w:val="15131F"/>
          <w:sz w:val="21"/>
        </w:rPr>
        <w:t>Давайте звіримо: з [коли] [що відбувається], і вам потрібно, щоб усе працювало до [дати чи часу]. Правильно?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Оцініть серйозність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Серйозність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Перша відповідь і ескалація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Критична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Ризик для безпеки, підозра на захоплення акаунта або проблема в багатьох клієнтів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Одразу. Негайно телефонуйте керівнику.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клієнт не може користуватися послугою, гроші списано помилково або під загрозою дата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відповідає протягом 2 годин у робочий час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Звичайна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Є обхідний шлях, питання або запит на зміну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 робочого дня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Причину, поки ви її не перевірили, наприклад «Це точно ваш роутер».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Скрипт діагностики: один крок, одна перевірка, один результат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Висока, якщо послугою зовсім не можна користуватися · Вплив: Чого клієнт не може зробити · Канал: Телефон для практичних кроків · Відповідальний: Ви, до правила зупинки · Перша відповідь: Перший крок за 5 хвилин · Ескалація: 3 кроки без прогресу: вкладка 7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Використовуйте, коли щось не працює і є відоме рішення: один крок, запитайте, що бачить клієнт, запишіть результат, потім наступний крок.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</w:t>
      </w:r>
      <w:r>
        <w:rPr>
          <w:rFonts w:ascii="Calibri" w:hAnsi="Calibri" w:cs="Calibri" w:eastAsia="Calibri"/>
          <w:b w:val="0"/>
          <w:color w:val="15131F"/>
          <w:sz w:val="21"/>
        </w:rPr>
        <w:t>Давайте пробувати по одному кроку. Спершу, будь ласка, [крок]. Скажіть, коли буде готово і що ви бачите.</w:t>
        <w:br/>
        <w:t>Дякую, отже [причину] виключаємо. Далі, будь ласка, [крок].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</w:t>
      </w:r>
      <w:r>
        <w:rPr>
          <w:rFonts w:ascii="Calibri" w:hAnsi="Calibri" w:cs="Calibri" w:eastAsia="Calibri"/>
          <w:b w:val="0"/>
          <w:color w:val="15131F"/>
          <w:sz w:val="21"/>
        </w:rPr>
        <w:t>Давайте пробувати по одному кроку.</w:t>
        <w:br/>
        <w:t>Крок 1: [крок]. Коли зробите, напишіть, що ви бачите.</w:t>
        <w:br/>
        <w:t>Дякую, отже [причину] виключаємо. Крок 2: [крок].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спрацювало: </w:t>
      </w:r>
      <w:r>
        <w:rPr>
          <w:rFonts w:ascii="Calibri" w:hAnsi="Calibri" w:cs="Calibri" w:eastAsia="Calibri"/>
          <w:b w:val="0"/>
          <w:color w:val="15131F"/>
          <w:sz w:val="21"/>
        </w:rPr>
        <w:t>Спрацювало. Якщо проблема повернеться, напишіть нам із номером звернення [номер], і ми продовжимо з цього місця.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клієнт не може виконати крок зараз: </w:t>
      </w:r>
      <w:r>
        <w:rPr>
          <w:rFonts w:ascii="Calibri" w:hAnsi="Calibri" w:cs="Calibri" w:eastAsia="Calibri"/>
          <w:b w:val="0"/>
          <w:color w:val="15131F"/>
          <w:sz w:val="21"/>
        </w:rPr>
        <w:t>Нічого страшного. Я можу зателефонувати вам о [час] на номер [номер телефону], і ми спробуємо разом. Вам підходить?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зупинки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3 кроки без прогресу або 15 хвилин: зупиніться й передайте звернення (вкладка 6 або 7).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Попереджайте перед кожним кроком, який може видалити дані чи налаштування.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Записуйте кожен крок і його результат, щоб ніхто не питав про це вдруге.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Що наступний крок усе виправить. Скажіть «Давайте спробуємо так» і перевірте результат.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Повернення коштів, товару чи обмін: варіанти, ліміти й терміни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Звичайна; Висока, якщо гроші списано помилково · Вплив: Сума під питанням · Канал: Домовтеся телефоном чи в чаті, підтвердьте листом · Відповідальний: Ви, у межах свого ліміту · Перша відповідь: Рішення в тому самому зверненні · Ескалація: Понад ліміт: керівник, того ж дня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Використовуйте, коли клієнт хоче повернути гроші чи товар або отримати інший товар чи тариф. Перевірте свої правила, запропонуйте те, що дозволяє таблиця лімітів, і скажіть, що буде далі й коли.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Ваші ліміти (заповніть один раз)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Можна запропонувати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Понад це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Повернення коштів за правилами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Повне повернення на початковий спосіб оплати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потрібно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Повернення коштів поза правилами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[50 $]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Керівник, до [наступного робочого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Повернення або обмін товару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Оплачена етикетка для відправлення; обмін на товар за тією ж ціною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Пошкоджений, уживаний товар чи різниця в ціні: керівник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Компенсація за збій у послузі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[25 $] у наступному рахунку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Керівник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</w:t>
      </w:r>
      <w:r>
        <w:rPr>
          <w:rFonts w:ascii="Calibri" w:hAnsi="Calibri" w:cs="Calibri" w:eastAsia="Calibri"/>
          <w:b w:val="0"/>
          <w:color w:val="15131F"/>
          <w:sz w:val="21"/>
        </w:rPr>
        <w:t>Ваше [замовлення чи тариф] від [дати] підпадає під наші правила повернення протягом [30] днів, тож ви можете обрати повернення [суми] на початковий спосіб оплати або обмін на [товар]. Що вам зручніше?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Замовлення [номер замовлення] підпадає під наші правила повернення протягом [30] днів. Ви можете обрати:</w:t>
        <w:br/>
        <w:t>1. Повернення [суми] на початковий спосіб оплати</w:t>
        <w:br/>
        <w:t>2. Обмін на [товар]</w:t>
        <w:br/>
        <w:t>Що вам підходить?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Після оформлення: </w:t>
      </w:r>
      <w:r>
        <w:rPr>
          <w:rFonts w:ascii="Calibri" w:hAnsi="Calibri" w:cs="Calibri" w:eastAsia="Calibri"/>
          <w:b w:val="0"/>
          <w:color w:val="15131F"/>
          <w:sz w:val="21"/>
        </w:rPr>
        <w:t>Повернення [суми] оформлено сьогодні, підтвердження надійде вам на email. Коли гроші з’являться на рахунку, вирішує ваш банк, зазвичай протягом [строк, який вказує ваш платіжний провайдер].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Понад ваш ліміт: </w:t>
      </w:r>
      <w:r>
        <w:rPr>
          <w:rFonts w:ascii="Calibri" w:hAnsi="Calibri" w:cs="Calibri" w:eastAsia="Calibri"/>
          <w:b w:val="0"/>
          <w:color w:val="15131F"/>
          <w:sz w:val="21"/>
        </w:rPr>
        <w:t>Повернення такої суми має погодити мій керівник. Запит уже передано керівнику, [ім’я керівника], і до [часу й дня] ви отримаєте від нас відповідь: так чи 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відповідь «ні»: </w:t>
      </w:r>
      <w:r>
        <w:rPr>
          <w:rFonts w:ascii="Calibri" w:hAnsi="Calibri" w:cs="Calibri" w:eastAsia="Calibri"/>
          <w:b w:val="0"/>
          <w:color w:val="15131F"/>
          <w:sz w:val="21"/>
        </w:rPr>
        <w:t>Вибачте, я не можу повернути кошти, тому що [причина одним реченням]. Натомість я можу запропонувати: [альтернатива в межах ваших лімітів].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Повернення понад ваш ліміт або день, коли надійдуть гроші. Обіцяйте лише те, коли ви його оформите.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Очікування, переведення й зворотний дзвінок: ліміти часу й що казати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Як оцінено у вкладці 3 · Вплив: Скільки клієнт чекає · Канал: Телефон; чат для повідомлень про очікування · Відповідальний: Людина, названа в обіцянці дзвінка · Перша відповідь: Повернутися за 2 хвилини · Ескалація: Дзвінок пропущено: телефонує керівник, того ж дня · У CRMsoftware.pro: У застосунку немає черг дзвінків і переведення дзвінків. Зворотний дзвінок — це завдання з полями «Виконавець», «Дедлайн» і підсумком статусу після виконання.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Перед очікуванням запитайте дозволу, скажіть, скільки це триватиме, і поверніться вчасно. Переводьте дзвінок лише з підсумком. Обіцяйте зворотний дзвінок лише з часом, номером і завданням.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Ліміти часу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Ситуація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Ліміт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робити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Очікування на лінії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хвилини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Поверніться, навіть якщо новин немає.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Очікування загалом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хвилин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Натомість запропонуйте зворотний дзвінок.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Тиша в чаті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хвилини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Напишіть, що ви робите і скільки це займе.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Переведення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хвилина, щоб додзвонитися колезі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 відповіді: поверніться, запропонуйте зворотний дзвінок.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Зворотний дзвінок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Вікно не більше 1 години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Створіть завдання до завершення звернення.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перед очікуванням: </w:t>
      </w:r>
      <w:r>
        <w:rPr>
          <w:rFonts w:ascii="Calibri" w:hAnsi="Calibri" w:cs="Calibri" w:eastAsia="Calibri"/>
          <w:b w:val="0"/>
          <w:color w:val="15131F"/>
          <w:sz w:val="21"/>
        </w:rPr>
        <w:t>Можна попросити вас залишитися на лінії приблизно [2 хвилини], поки я [перевірю ваш акаунт]?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після очікування: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зачекали, [ім’я]. [Що ви з’ясували або скільки ще часу потрібно].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Тепле переведення: клієнту: </w:t>
      </w:r>
      <w:r>
        <w:rPr>
          <w:rFonts w:ascii="Calibri" w:hAnsi="Calibri" w:cs="Calibri" w:eastAsia="Calibri"/>
          <w:b w:val="0"/>
          <w:color w:val="15131F"/>
          <w:sz w:val="21"/>
        </w:rPr>
        <w:t>[Ім’я] займається питаннями щодо [теми]. Я спершу введу колегу в курс справи, тож вам не доведеться нічого повторювати. Вам так зручно?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Тепле переведення: колезі: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У мене на лінії [ім’я клієнта], верифікацію пройдено, питання: [проблема одним рядком]. Уже пробували: [кроки]. Потрібно: [запит] до [часу]. Можете взяти зараз?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Обіцянка зворотного дзвінка (телефон і чат): </w:t>
      </w:r>
      <w:r>
        <w:rPr>
          <w:rFonts w:ascii="Calibri" w:hAnsi="Calibri" w:cs="Calibri" w:eastAsia="Calibri"/>
          <w:b w:val="0"/>
          <w:color w:val="15131F"/>
          <w:sz w:val="21"/>
        </w:rPr>
        <w:t>[Ім’я] зателефонує вам [день] з [час початку] до [час закінчення] на номер, що закінчується на [останні 4 цифри]. Вам підходить?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коли потрібен час: </w:t>
      </w:r>
      <w:r>
        <w:rPr>
          <w:rFonts w:ascii="Calibri" w:hAnsi="Calibri" w:cs="Calibri" w:eastAsia="Calibri"/>
          <w:b w:val="0"/>
          <w:color w:val="15131F"/>
          <w:sz w:val="21"/>
        </w:rPr>
        <w:t>Я зараз це перевіряю. Це займе приблизно [5 хвилин], і я напишу сюди, щойно матиму відповідь.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Час зворотного дзвінка, за який ніхто не відповідає. Немає завдання — немає обіцянки.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Ескалація і передача: спершу підсумок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Висока або Критична · Вплив: Потрібні повноваження, яких у вас немає · Канал: Телефон для Критичної, інакше той самий канал · Відповідальний: Одна конкретна людина · Перша відповідь: Критична одразу, Висока за 2 години · Ескалація: Відповідальний мовчить: його заступник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Ескалюйте, коли для рішення потрібні повноваження чи доступ, яких у вас немає, клієнт просить керівника або серйозність «Критична». Спершу підсумок відповідальному, потім повідомлення клієнту.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передачі (внутрішній): </w:t>
      </w:r>
      <w:r>
        <w:rPr>
          <w:rFonts w:ascii="Calibri" w:hAnsi="Calibri" w:cs="Calibri" w:eastAsia="Calibri"/>
          <w:b w:val="0"/>
          <w:color w:val="15131F"/>
          <w:sz w:val="21"/>
        </w:rPr>
        <w:t>Клієнт: [ім’я], [номер акаунта чи замовлення], верифікація: [так чи ні]</w:t>
        <w:br/>
        <w:t>Канал і час: [телефон чи чат], [дата й час]</w:t>
        <w:br/>
        <w:t>Проблема: [підсумок, з яким погодився клієнт]</w:t>
        <w:br/>
        <w:t>Спробували: [кроки й результати]</w:t>
        <w:br/>
        <w:t>Серйозність і вплив: [серйозність], [чого це коштує клієнту, до коли]</w:t>
        <w:br/>
        <w:t>Уже обіцяли: [що сказали клієнту, з часом]</w:t>
        <w:br/>
        <w:t>Відповідальний: [ім’я]. Відповісти до: [час]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повідомте клієнту: </w:t>
      </w:r>
      <w:r>
        <w:rPr>
          <w:rFonts w:ascii="Calibri" w:hAnsi="Calibri" w:cs="Calibri" w:eastAsia="Calibri"/>
          <w:b w:val="0"/>
          <w:color w:val="15131F"/>
          <w:sz w:val="21"/>
        </w:rPr>
        <w:t>Я передаю ваше питання колезі: [ім’я відповідального], [посада], може [що саме зробити]. У колеги буде все, що ми обговорили, тож повторювати не доведеться. Відповідь ви отримаєте до [часу й дня].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повідомте клієнту: </w:t>
      </w:r>
      <w:r>
        <w:rPr>
          <w:rFonts w:ascii="Calibri" w:hAnsi="Calibri" w:cs="Calibri" w:eastAsia="Calibri"/>
          <w:b w:val="0"/>
          <w:color w:val="15131F"/>
          <w:sz w:val="21"/>
        </w:rPr>
        <w:t>Ваше питання передано колезі [ім’я відповідального] ([посада]) разом із цим чатом і кроками, які ми пробували. Ми відповімо до [часу й дня]. Номер вашого звернення: [номер].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просить керівника: </w:t>
      </w:r>
      <w:r>
        <w:rPr>
          <w:rFonts w:ascii="Calibri" w:hAnsi="Calibri" w:cs="Calibri" w:eastAsia="Calibri"/>
          <w:b w:val="0"/>
          <w:color w:val="15131F"/>
          <w:sz w:val="21"/>
        </w:rPr>
        <w:t>Звісно. Я можу просто зараз з’єднати вас із керівником, [ім’я керівника], або керівник зателефонує вам до [часу]. Як вам зручніше? Я передам усе, що ми обговорили, щоб вам не довелося пояснювати знову.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Спершу підсумок. Клієнт ніколи не розповідає історію двічі.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Один відповідальний з іменем, а не команда.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Критична: телефонуйте відповідальному негайно, а не пишіть лист.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Що вирішить наступна людина. Обіцяйте, у кого звернення і коли клієнт отримає відповідь.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Скрипт завершення і що записати після кожного звернення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Як оцінено у вкладці 3 · Вплив: Один рядок у журналі · Канал: Той самий, що й у зверненні · Відповідальний: Хто робить наступний крок · Перша відповідь: Записується в хвилинах · Ескалація: Записується як «Переведено»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Звернення закрите, лише коли наступний крок підтверджено з клієнтом, рядок журналу заповнено, а для кожного обіцяного зворотного дзвінка є завдання.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Телефон: підтвердження й завершення: </w:t>
      </w:r>
      <w:r>
        <w:rPr>
          <w:rFonts w:ascii="Calibri" w:hAnsi="Calibri" w:cs="Calibri" w:eastAsia="Calibri"/>
          <w:b w:val="0"/>
          <w:color w:val="15131F"/>
          <w:sz w:val="21"/>
        </w:rPr>
        <w:t>Перш ніж ми закінчимо, підтверджу: [наступний крок], виконує [хто], до [коли]. Правильно?</w:t>
        <w:br/>
        <w:t>Чи можу я ще чимось допомогти сьогодні?</w:t>
        <w:br/>
        <w:t>Дякую за дзвінок,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Чат: підтвердження й завершення: </w:t>
      </w:r>
      <w:r>
        <w:rPr>
          <w:rFonts w:ascii="Calibri" w:hAnsi="Calibri" w:cs="Calibri" w:eastAsia="Calibri"/>
          <w:b w:val="0"/>
          <w:color w:val="15131F"/>
          <w:sz w:val="21"/>
        </w:rPr>
        <w:t>Підтверджую: [наступний крок], виконує [хто], до [коли]. Вам підходить?</w:t>
        <w:br/>
        <w:t>Чи можу я ще чимось допомогти?</w:t>
        <w:br/>
        <w:t>Дякую, [ім’я]. Пишіть сюди будь-коли, вказавши номер звернення [номер].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Ще не вирішено: </w:t>
      </w:r>
      <w:r>
        <w:rPr>
          <w:rFonts w:ascii="Calibri" w:hAnsi="Calibri" w:cs="Calibri" w:eastAsia="Calibri"/>
          <w:b w:val="0"/>
          <w:color w:val="15131F"/>
          <w:sz w:val="21"/>
        </w:rPr>
        <w:t>Ось що буде далі: [ім’я відповідального] [дія] до [часу]. Якщо до того часу ми не зв’яжемося з вами, напишіть сюди або зателефонуйте за номером [номер телефону], назвавши [номер звернення].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Рядок журналу (один на звернення): </w:t>
      </w:r>
      <w:r>
        <w:rPr>
          <w:rFonts w:ascii="Calibri" w:hAnsi="Calibri" w:cs="Calibri" w:eastAsia="Calibri"/>
          <w:b w:val="0"/>
          <w:color w:val="15131F"/>
          <w:sz w:val="21"/>
        </w:rPr>
        <w:t>[Дата й час], [канал], [клієнт], [причина], [серйозність], [вплив одним рядком]</w:t>
        <w:br/>
        <w:t>Верифікація, вирішено з першого разу, переведено: [так чи ні для кожного]. Перша відповідь: [хвилини]</w:t>
        <w:br/>
        <w:t>Дзвінок обіцяно до: [час або немає]. Дзвінок виконано: [час]</w:t>
        <w:br/>
        <w:t>Наступний крок: [крок]. Підтверджено з клієнтом: [так чи ні]. Відповідальний: [ім’я]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Перевірка перед закриттям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Перевірка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Готово, коли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 підтверджено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 повторили його з тим, хто й коли, і клієнт сказав «так».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Рядок журналу заповнено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Усі поля заповнені, зокрема «Верифікація» і «Відповідальний».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дзвінка є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«Виконавець» і «Дедлайн» на обіцяний час, до завершення звернення.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«Хтось із вами зв’яжеться». Назвіть людину, канал і час.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Заповнений приклад: вечірній чат, ранковий зворотний дзвінок, один рядок журналу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Приклад скрипту служби підтримки від початку до кінця: чат, який закінчується обіцянкою передзвонити, телефонна розмова, у якій цю обіцянку виконують, і рядок журналу. Alderbank Fiber — вигаданий невеликий інтернет-провайдер.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у мене постійно пропадає інтернет вечорами, 5–6 разів за вечір, і так із суботи. А в четвер о 9 у мене відеодзвінок із клієнтом.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ШІ-агент: </w:t>
      </w:r>
      <w:r>
        <w:rPr>
          <w:rFonts w:ascii="Calibri" w:hAnsi="Calibri" w:cs="Calibri" w:eastAsia="Calibri"/>
          <w:b w:val="0"/>
          <w:color w:val="15131F"/>
          <w:sz w:val="21"/>
        </w:rPr>
        <w:t>Мені шкода, це неприємно перед важливим дзвінком. Що показує індикатор на роутері, коли зв’язок пропадає, і чи це на всіх пристроях?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Він приблизно на хвилину стає червоним, потім зеленим. На всіх пристроях.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ШІ-агент: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Я передаю цей чат нашій команді разом з вашими повідомленнями, тож повторювати нічого не доведеться.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Ніна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Вітаю, Має! Це Ніна з Alderbank Fiber. Перш ніж відкрити ваш акаунт, підтвердьте, будь ласка, номер акаунта й email, указаний в акаунті.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AB-20417, email — maya.c@example.com.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Ніна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Дякую, усе збігається. Отже: із суботи зв’язок пропадає 5–6 разів щовечора, індикатор стає червоним, на всіх пристроях, і вам потрібен стабільний інтернет до четверга, 9:00. Правильно?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Так, саме так.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Ніна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Червоний індикатор вказує на проблему з лінією. Наш мережевий відділ перевіряє лінії з 8:00: Том зателефонує вам завтра з 9:00 до 10:00 на номер, що закінчується на 4471. Вам підходить?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Так. А він зможе все виправити до четверга?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Ніна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Я не можу обіцяти виправлення до перевірки, але Том розповість, що знайде і що буде далі. Отже: Том телефонує завтра з 9:00 до 10:00. Ще щось?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Ні, дякую.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Зворотний дзвінок, середа, 7 жовтня, 09:32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Початок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«Вітаю, Має! Це Том з Alderbank Fiber, телефоную щодо вашого вчорашнього чату з Ніною. Вам зараз зручно говорити?»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Верифікація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акаунта й email підтверджено. «Щоб переконатися, що це ми, зателефонуйте за номером на нашому сайті».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З’ясування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зачитано з нотаток. Учора ввечері ще два обриви, о 20:15 і 21:40.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Очікування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«Можна попросити вас залишитися на лінії приблизно 2 хвилини, поки я перевірю лінію?» Повернувся через 90 секунд.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Рішення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Втрата сигналу на порту у вуличній шафі. Лінію перенесено на новий порт; тест без помилок.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Підтвердження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«Я повторно перевірю лінію сьогодні о 21:00 і напишу вам на email до 21:30. Також ви отримаєте компенсацію 10 $ за чотири вечори». Мая: так.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Завершення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«Чим ще можу допомогти перед вашим дзвінком у четвер?» Нічим. Дзвінок завершено о 09:44.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Рядок журналу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Дата, канал, клієнт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жовтня 2026, 21:04, чат, Мая Коллінз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Причина, серйозність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Технічна проблема, Висока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Вплив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Обриви щовечора; дзвінок із клієнтом у четвер о 9:00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Верифікація, перша відповідь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Так, 1 хвилина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Вирішено з першого разу, переведено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Ні, Ні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Дзвінок обіцяно до, виконано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жовтня 10:00, виконано 09:32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Наступний крок, підтверджено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Повторна перевірка о 21:00, email до 21:30. Так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Відповідальний, 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Том Реєс, Закрито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Перевірка перед закриттям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 підтверджено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21:12 (зворотний дзвінок), дзвінок 09:43 (повторна перевірка, компенсація)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Рядок журналу заповнено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Усі поля заповнені, статус «Закрито»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Завдання на дзвінок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«Виконавець» Том, «Дедлайн» 7 жовтня 10:00, «Позначити виконаним» о 09:44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Адаптуйте скрипти до своєї галузі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Порядок лишається тим самим. Змінюється те, що ви перевіряєте, що можете обіцяти і хто відповідає за наступний крок.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Клініка або стоматологія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Перш ніж щось обговорювати, перевірте повне ім’я та дату народження. Клінічні питання передавайте лікарю з часом зворотного дзвінка. Якщо абонент описує невідкладний стан, скажіть йому негайно телефонувати на місцевий номер екстрених служб.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Діагноз, вартість лікування чи те, що оплатить страховик.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Інтернет-магазин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Перевіряйте номер замовлення й email, указаний під час оформлення. Якщо товар прийшов пошкодженим, попросіть фото. Тримайте посилання для відстеження й строки повернення в збережених відповідях.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Дату доставки, якої не назвав перевізник.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B2B-послуги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Перевірте, що абонент — уповноважена контактна особа в акаунті, а не просто хтось із компанії. Запитайте, скільки користувачів зачеплено. Питання договору, ціни й продовження передавайте відповідальному за клієнта.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Функцію, дату чи компенсацію, яких немає в договорі.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Готель, ресторан чи майданчик для подій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Перевіряйте номер бронювання й прізвище, а дату згадуйте в підсумку. Ніколи не приймайте дані картки в чаті чи листом; використовуйте сторінку оплати вашої системи бронювання.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Номер чи пізній виїзд, не підтверджені в системі бронювання.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Галузеві версії для стоматології, інтернет-магазинів і B2B-послуг: див. «Схожі шаблони».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Оцініть дзвінок або чат: картка оцінки якості з 8 критеріїв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Критерій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«Так», коли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1. Початок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Названо ім’я й компанію, запропоновано допомогу; у чаті відповідь протягом 2 хвилин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2. Верифікація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Два факти перевірено до будь-яких даних акаунта; номер картки, код чи пароль не запитували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3. З’ясування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одним реченням, і клієнт сказав «так»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4. Рішення або передача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 одному кроку з перевіркою результату або передано конкретному відповідальному з підсумком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5. Очікування й переведення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Дозволу на очікування запитали заздалегідь, повернулися протягом 2 хвилин, тепле переведення з підсумком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6. Підтвердження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крок, хто і коли повторено, і клієнт погодився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7. Завершення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Запитали, чи потрібно ще щось; нічого не обіцяли поза лімітами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8. Журнал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Рядок журналу заповнено, і для кожного обіцяного дзвінка є завдання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використовувати ці скрипти для служби підтримки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Один раз заповніть дужки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Компанія, години роботи, телефон, ваші ліміти (вкладка 5) і відповідальні (вкладка 7).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Тренуйтеся втрьох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Розіграйте приклад за ролями: клієнт, працівник підтримки й оцінювач із 8 критеріями.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Тримайте порядок, говоріть своїми словами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 телефону ніколи не пропускайте кроків. У чаті вставляйте фрази й заповнюйте дужки.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Записуйте кожне звернення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рядок на звернення. Для обіцяного зворотного дзвінка створюйте завдання до завершення звернення.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Оцінюйте 5 звернень на тиждень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Для кожного працівника. Змінюйте скрипт там, де той самий критерій постійно не виконується.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Передані чати з’являються в «Онлайн-підтримці» зі статусом «Очікує агента». Натисніть «Прийняти», прочитайте історію, використайте фрази для чату й натисніть «Вирішити» після перевірки перед закриттям.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тарифі Growth: «Налаштування» &gt; «Збережені відповіді» &gt; «Нова відповідь», заповніть «Шорткат» (наприклад /verify), «Заголовок», «Текст відповіді» й увімкніть «Поділитися з командою». Введіть шорткат у полі відповіді в чаті.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Для кожного обіцяного зворотного дзвінка: «Задачі» &gt; «Нове завдання» з полями «Виконавець», «Дедлайн» і «Пріоритет»; увімкніть «Підсумок статусу потрібен під час завершення». Щоранку перевіряйте «На сьогодні» і «Прострочені».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Записуйте підсумок і наступний крок у «Нотатки» контакту. Додайте один тег на кожну причину звернення: «Налаштування» &gt; «Теги розмов» &gt; «Новий тег».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«Мої боти» &gt; виберіть бота &gt; вкладка «Поведінка» &gt; «Оцінки задоволеності»: оцінка зірками після завершення чату, видна в «Аналітиці» в розділі «Задоволеність».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У CRMsoftware.pro немає телефонної системи кол-центру: ні черг дзвінків, ні переведення дзвінків, ні запису розмов. Користуйтеся своїм телефоном і фіксуйте дзвінки в журналі. Передача людині: Launch, 19 $ на місяць при оплаті за рік, 8 користувачів. Збережені відповіді: Growth, 49 $. Free: ШІ-чат і базові завдання для 3 користувачів.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перегляд, 20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«Дзвінок прострочено»: нуль, або для кожного є нове завдання.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Спершу працюйте з причиною, де найнижча частка вирішених з першого разу.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Критерій якості, який найчастіше не виконують, стає темою тренування наступного тижня.</w:t>
      </w:r>
    </w:p>
    <w:p>
      <w:pPr>
        <w:spacing w:after="160"/>
      </w:pPr>
    </w:p>
    <w:p>
      <w:pPr>
        <w:spacing w:before="240" w:after="60"/>
      </w:pPr>
      <w:r>
        <w:rPr>
          <w:rFonts w:ascii="Calibri" w:hAnsi="Calibri" w:cs="Calibri" w:eastAsia="Calibri"/>
          <w:b/>
          <w:color w:val="15131F"/>
          <w:sz w:val="28"/>
        </w:rPr>
        <w:t xml:space="preserve">Що враховувати в скриптах підтримки за законами України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 xml:space="preserve">Коротко й простою мовою, перевірено 6 листопада 2026 року. Це не юридична консультація: умови вашого договору та чинна редакція законів важливіші.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Повернення й обмін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Непродовольчий товар належної якості покупець може обміняти протягом 14 днів, не рахуючи дня покупки, якщо він не був у вжитку й не входить до переліку винятків (ст. 9 Закону «Про захист прав споживачів»).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Якщо товар з недоліком, покупець сам обирає: заміну, ремонт, зменшення ціни або повернення грошей (ст. 8). Скрипт відмови не має підміняти цей вибір «політикою магазину».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Договір, укладений на відстані, покупець може розірвати протягом 14 днів без пояснення причин (ст. 13).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Новий Закон «Про захист прав споживачів» № 3153-IX ще не діє: він набере чинності не раніше дня припинення або скасування воєнного стану. Тоді оновіть скрипти.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Мова й персональні дані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Мова обслуговування споживачів в Україні — державна. На прохання клієнта персональне обслуговування може бути іншою мовою, прийнятною для сторін (ст. 30 Закону про державну мову).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Тому вітайтеся українською, а мову розмови змінюйте лише на прохання клієнта.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Перевіряйте особу, перш ніж називати дані замовлення чи рахунку: так ви захищаєте персональні дані клієнта.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Попереджайте на початку дзвінка, якщо розмова записується, і пояснюйте навіщо.</w:t>
      </w:r>
    </w:p>
    <w:p>
      <w:pPr>
        <w:spacing w:before="80" w:after="160"/>
      </w:pPr>
      <w:r>
        <w:rPr>
          <w:rFonts w:ascii="Calibri" w:hAnsi="Calibri" w:cs="Calibri" w:eastAsia="Calibri"/>
          <w:b w:val="0"/>
          <w:color w:val="5D5A70"/>
          <w:sz w:val="18"/>
        </w:rPr>
        <w:t xml:space="preserve">Джерела, перевірено 6 листопада 2026 року: Закон України «Про захист прав споживачів» № 1023-XII, ст. 8, 9, 13; Закон України «Про забезпечення функціонування української мови як державної», ст. 30 (zakon.rada.gov.ua).</w:t>
      </w:r>
    </w:p>
    <w:p>
      <w:pPr>
        <w:spacing w:before="240" w:after="60"/>
      </w:pPr>
      <w:r>
        <w:rPr>
          <w:rFonts w:ascii="Calibri" w:hAnsi="Calibri" w:cs="Calibri" w:eastAsia="Calibri"/>
          <w:b/>
          <w:color w:val="15131F"/>
          <w:sz w:val="28"/>
        </w:rPr>
        <w:t xml:space="preserve">Скрипти служби підтримки: що робити і чого уникати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Робіть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Називайте себе й звертайтеся до клієнта на ім’я вже в першому реченні.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Перекажіть проблему одним реченням, перш ніж щось виправляти.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Одразу після «не можу» кажіть, що можете.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До кожної обіцянки додавайте ім’я відповідального, канал і час.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Через тиждень роботи перепишіть фрази своїми словами.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Не робіть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«Заспокойтеся»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«Такі правила» без пояснення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Мовчання на утриманні чи в чаті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Зачитування даних рахунку вголос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• «З вами зв’яжуться»</w:t>
      </w:r>
    </w:p>
    <w:p>
      <w:pPr>
        <w:spacing w:before="240" w:after="60"/>
      </w:pPr>
      <w:r>
        <w:rPr>
          <w:rFonts w:ascii="Calibri" w:hAnsi="Calibri" w:cs="Calibri" w:eastAsia="Calibri"/>
          <w:b/>
          <w:color w:val="15131F"/>
          <w:sz w:val="28"/>
        </w:rPr>
        <w:t xml:space="preserve">Скрипти служби підтримки для складних моментів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 xml:space="preserve">Скопіюйте й замініть поля у квадратних дужках. Якщо для телефону й чату слова різні, наведено обидва варіанти.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Розлючений клієнт: спершу заспокоїти, потім діяти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Телефон: Я чую, як вас це дратує, [ім’я], і хочу це виправити. Перевірю, чи правильно зрозумів: [суть одним реченням]. Ось що я роблю просто зараз: [дія].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Чат: Вибачте, що це тягнеться так довго, [ім’я]. Я прочитав усю переписку, тож пояснювати вдруге не треба. Зараз я [дія] і напишу вам тут до [час].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Якщо клієнт переходить на образи: Я хочу вам допомогти й зможу, якщо ми говоритимемо спокійно. Якщо образи триватимуть, я завершу дзвінок, і з вами до [час] зв’яжеться [ім’я керівника].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Вибачення, коли помилилися 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Ви маєте рацію, ми помилилися: [що пішло не так]. Перепрошую. Я вже [виправлення], а щоб це не повторилося, [що змінили]. [Результат] ви побачите до [дата].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Відмова з альтернативою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Телефон: Я не можу [прохання], тому що [причина одним реченням]. Зате можу [варіант 1] або [варіант 2]. Що вам зручніше?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Чат: Я перевірив: [прохання] зробити не вийде, бо [причина одним реченням]. Сьогодні можу запропонувати два варіанти: 1. [варіант 1] 2. [варіант 2]. Який обираєте?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Клієнт погрожує піти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Розумію вас, і мені краще виправити ситуацію, ніж вас втратити. Дасте мені дві хвилини, щоб розібратися з [проблема]? Якщо після цього все одно захочете скасувати, я зроблю це одразу й підтверджу листом.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Помилка в оплаті або подвійне списання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Телефон: Бачу два списання по [сума] від [дата]. Друге — наша помилка, я вже оформив повернення, номер [номер повернення]. Зазвичай банк зараховує кошти протягом [кількість] робочих днів.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Чат: Дякую, що повідомили. Списання [сума] від [дата] було подвійним, кошти я повернув. Лист-підтвердження вже надіслано на [email].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Замовлення запізнюється, загубилося або не 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Перепрошую, [ім’я]: замовлення [номер замовлення] [запізнюється / у статусі «отримано», але до вас не дійшло / прийшло не той товар]. Я вже [відкрив претензію до перевізника / надіслав заміну / повернув суму]. До [дата] я напишу вам про наступний крок, хай що відповість перевізник.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Чат: клієнт перестав відповідати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Через 2 хвилини: Ви ще тут, [ім’я]? Не поспішайте, я тримаю чат відкритим.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Ще через 5 хвилин: Я не отримав відповіді, тому поки закриваю чат. Усе збережено: напишіть сюди будь-коли з номером звернення [номер звернення], і ми продовжимо з того самого місця.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Голосове повідомлення, коли передзвонюєте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Добрий день, [ім’я], це [ваше ім’я] з [компанія]. Передзвонюю щодо вашого [чату або дзвінка] про [тема, без даних рахунку]. Наберу ще раз о [час], або зателефонуйте нам за номером [номер телефону] і назвіть номер звернення [номер звернення]. Дякую.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Повторний контакт після вирішення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Email: Тема: [проблема] більше не турбує? Добрий день, [ім’я], це [ваше ім’я] з [компанія]. [Дата] ми [що зробили]. Чи все працює? Якщо проблема повернулася, просто дайте відповідь на цей лист, і він прийде мені особисто.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SMS, лише якщо клієнт погодився на SMS: [компанія]: [проблема] вирішено? Відповідайте ТАК або напишіть, що не так. Кирилицею в одному SMS до 70 символів, тож перевірте довжину з реальними даними.</w:t>
      </w:r>
    </w:p>
    <w:p>
      <w:pPr>
        <w:spacing w:before="120" w:after="80"/>
      </w:pPr>
      <w:r>
        <w:rPr>
          <w:rFonts w:ascii="Calibri" w:hAnsi="Calibri" w:cs="Calibri" w:eastAsia="Calibri"/>
          <w:b/>
          <w:color w:val="15131F"/>
          <w:sz w:val="24"/>
        </w:rPr>
        <w:t xml:space="preserve">Збій або відома проблема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Дякуємо, що повідомили. З [час] у нас відома проблема з [сервіс], команда вже працює над нею. Наступне оновлення буде о [час] на [сторінка статусу або канал]. Я додав вас до списку, тож ви отримаєте його ще й на [email або SMS].</w:t>
      </w:r>
    </w:p>
    <w:p>
      <w:pPr>
        <w:spacing w:before="240" w:after="60"/>
      </w:pPr>
      <w:r>
        <w:rPr>
          <w:rFonts w:ascii="Calibri" w:hAnsi="Calibri" w:cs="Calibri" w:eastAsia="Calibri"/>
          <w:b/>
          <w:color w:val="15131F"/>
          <w:sz w:val="28"/>
        </w:rPr>
        <w:t xml:space="preserve">Ще запитання</w:t>
      </w:r>
    </w:p>
    <w:p>
      <w:pPr>
        <w:spacing w:before="120" w:after="60"/>
      </w:pPr>
      <w:r>
        <w:rPr>
          <w:rFonts w:ascii="Calibri" w:hAnsi="Calibri" w:cs="Calibri" w:eastAsia="Calibri"/>
          <w:b/>
          <w:color w:val="15131F"/>
          <w:sz w:val="24"/>
        </w:rPr>
        <w:t xml:space="preserve">Як говорити з розлюченим клієнтом по телефону?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Дайте йому договорити, потім одним реченням перекажіть, що почули, і скажіть, що робите зараз. Не сперечайтеся про факти й не кажіть «заспокойтеся». Якщо клієнт переходить на образи, один раз скажіть, що хочете допомогти й завершите дзвінок, якщо це триватиме, а потім передайте звернення керівнику з часом зворотного дзвінка.</w:t>
      </w:r>
    </w:p>
    <w:p>
      <w:pPr>
        <w:spacing w:before="120" w:after="60"/>
      </w:pPr>
      <w:r>
        <w:rPr>
          <w:rFonts w:ascii="Calibri" w:hAnsi="Calibri" w:cs="Calibri" w:eastAsia="Calibri"/>
          <w:b/>
          <w:color w:val="15131F"/>
          <w:sz w:val="24"/>
        </w:rPr>
        <w:t xml:space="preserve">Як відмовити клієнту за скриптом?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Скажіть «ні» в першому реченні, дайте одну причину й запропонуйте дві речі, які можете зробити: «Я не можу повернути кошти, бо минуло більше 14 днів. Можу запропонувати обмін або знижку на наступне замовлення. Що вам зручніше?» У блоці додаткових скриптів є варіанти для телефону й чату.</w:t>
      </w:r>
    </w:p>
    <w:p>
      <w:pPr>
        <w:spacing w:before="120" w:after="60"/>
      </w:pPr>
      <w:r>
        <w:rPr>
          <w:rFonts w:ascii="Calibri" w:hAnsi="Calibri" w:cs="Calibri" w:eastAsia="Calibri"/>
          <w:b/>
          <w:color w:val="15131F"/>
          <w:sz w:val="24"/>
        </w:rPr>
        <w:t xml:space="preserve">Чи варто писати клієнту після вирішення проблеми?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Так, якщо результат стане видно лише згодом або клієнт був засмучений. Надішліть один лист через кілька днів і запитайте, чи все працює, з адреси, яку читає жива людина. SMS надсилайте лише тим, хто на них погодився.</w:t>
      </w:r>
    </w:p>
    <w:p>
      <w:pPr>
        <w:spacing w:before="120" w:after="60"/>
      </w:pPr>
      <w:r>
        <w:rPr>
          <w:rFonts w:ascii="Calibri" w:hAnsi="Calibri" w:cs="Calibri" w:eastAsia="Calibri"/>
          <w:b/>
          <w:color w:val="15131F"/>
          <w:sz w:val="24"/>
        </w:rPr>
        <w:t xml:space="preserve">Якою мовою обслуговувати клієнтів в Україні?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 xml:space="preserve">За замовчуванням українською: це мова обслуговування споживачів за законом про державну мову. Якщо клієнт просить, персональне обслуговування може бути іншою мовою, прийнятною для обох сторін. Тому скрипти привітання на цій сторінці українською, а перехід на іншу мову — лише на прохання клієнта.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https://crmsoftware.pro/ua/templates/customer-service-script-templates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Скрипти для служби підтримки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