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листів ескалації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Дерево контактів для ескалації й листи, які на ньому базуються: відповідальному, керівнику, постачальнику й клієнту, нагадування, коли немає відповіді, термінова версія й підсумковий лист.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Спершу заповніть дерево контактів у вкладці 1. Потім замініть кожне слово в [дужках] фактами конкретного випадку й надішліть вкладку, яка відповідає ситуації. Записуйте кожну ескалацію в журнал ескалацій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Дерево контактів для ескалації: хто за що відповідає й до коли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Полів у рядку: 5 · Відповідь: «Беру на себе», крок, час · Перегляд: Щокварталу й після зриву · Третій рівень: Чергові інженерні команди використовують ту саму схему: другий черговий підхоплює те, що пропустив основний, а далі — уся команда. У малому бізнесі це зазвичай засновник.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Кожен шаблон листа ескалації на цій сторінці бере факти з однієї таблиці: дерева контактів для ескалації, яке ще називають матрицею ескалації. Один рядок на категорію проблеми, п’ять полів у кожному рядку. Заповніть його один раз і поділіться з командою.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Рядок дерева (один на категорію проблеми): </w:t>
      </w:r>
      <w:r>
        <w:rPr>
          <w:rFonts w:ascii="Calibri" w:hAnsi="Calibri" w:cs="Calibri" w:eastAsia="Calibri"/>
          <w:b w:val="0"/>
          <w:color w:val="15131F"/>
          <w:sz w:val="21"/>
        </w:rPr>
        <w:t>Категорія проблеми: [категорія]</w:t>
        <w:br/>
        <w:t>Основний відповідальний: [ім’я, посада, телефон]</w:t>
        <w:br/>
        <w:t>Заступник: [ім’я, посада, телефон]</w:t>
        <w:br/>
        <w:t>Робочі години: [коли з ними можна зв’язатися, наприклад Пн–Пт 9:00–17:00]</w:t>
        <w:br/>
        <w:t>Термін відповіді: Критична [30 хвилин] / Висока [2 години] / Звичайна [24 години]</w:t>
        <w:br/>
        <w:t>Запасний план: [що відбувається, якщо до терміну ніхто не відповів]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Серйозність і термін відповіді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Серйозність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Відповісти протягом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Критична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Ризик для безпеки, витік даних або проблема в багатьох клієнтів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хвилин, будь-коли, телефоном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клієнт не може користуватися послугою, або під загрозою гроші чи зобов’язання з конкретною датою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години, у робочі години відповідального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Звичайна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Є обхідний шлях, або потрібне рішення понад ваші повноваження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24 години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Як заповнити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Від 5 до 8 категорій: Несправності, доставка, рахунки, скарги, збої, дані: реальні причини, через які клієнти вимагають ескалації.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Один відповідальний, один заступник: Люди, а не спільні поштові скриньки. Заступник може ухвалити те саме рішення.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Години й телефон: Коли з кожним відповідальним можна зв’язатися; для критичних проблем — телефон.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Термін за серйозністю: Відповідь — це «Беру на себе» з наступним кроком і часом, а не саме виправлення.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Запасний план: Що відбувається, коли настає термін. Переглядайте дерево після кожного зриву терміну.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Приклад: дерево Kettlebrook Coffee Service, вигаданої компанії, яка здає в оренду й обслуговує кавомашини для офісів. Терміни відповідають таблиці серйозності.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Несправність або ремонт кавомашини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Марко Б’янкі, сервісний менеджер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Рут Окоє, операційна директорка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Пн–Пт 7:00–17:00; критичні будь-коли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Рут того ж дня надсилає підмінну кавомашину. Критичні: телефонуйте Рут, потім Ганні.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Доставка або витратні матеріали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Окоє, операційна директорка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Надя Флорес, керівниця складу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Пн–Пт 6:30–16:00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Надя того ж дня відправляє кур’єра.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Рахунки або договір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Лео Парк, бухгалтерія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Ганна Прайс, засновниця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Пн–Пт 9:00–17:00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Питання бере Ганна. Повернення понад 500 $ завжди погоджує Ганна.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Скарга або загроза позову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Ганна Прайс, засновниця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Рут Окоє, операційна директорка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Пн–Пт 8:00–18:00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Рут того ж дня телефонує клієнту.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Збій або масова проблема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Окоє, операційна директорка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Ганна Прайс, засновниця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Будь-коли, телефоном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Телефонуйте Ганні. Пишіть клієнтам, яких це зачепило, щогодини, доки проблему не усунуть.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1.6 Дані або безпека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Ганна Прайс, засновниця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Заступник: </w:t>
      </w:r>
      <w:r>
        <w:rPr>
          <w:rFonts w:ascii="Calibri" w:hAnsi="Calibri" w:cs="Calibri" w:eastAsia="Calibri"/>
          <w:b w:val="0"/>
          <w:color w:val="5D5A70"/>
          <w:sz w:val="21"/>
        </w:rPr>
        <w:t>Лео Парк, бухгалтерія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Робочі години: </w:t>
      </w:r>
      <w:r>
        <w:rPr>
          <w:rFonts w:ascii="Calibri" w:hAnsi="Calibri" w:cs="Calibri" w:eastAsia="Calibri"/>
          <w:b w:val="0"/>
          <w:color w:val="5D5A70"/>
          <w:sz w:val="21"/>
        </w:rPr>
        <w:t>Будь-коли, телефоном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Запасний план: </w:t>
      </w:r>
      <w:r>
        <w:rPr>
          <w:rFonts w:ascii="Calibri" w:hAnsi="Calibri" w:cs="Calibri" w:eastAsia="Calibri"/>
          <w:b w:val="0"/>
          <w:color w:val="5D5A70"/>
          <w:sz w:val="21"/>
        </w:rPr>
        <w:t>Телефонуйте Лео. Спершу заблокуйте акаунт, якого це стосується.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виправлення в дереві. Дерево обіцяє відповідь до терміну, а не рішення.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Внутрішній лист ескалації відповідальному за проблему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Кому: Основному відповідальному · Копія: Заступнику, якщо критична · Термін: Час надсилання + дерево · Запишіть перед надсиланням: Час, клієнт, категорія, серйозність, відповідальний і термін: один рядок у журналі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цей лист, коли стандартне рішення не допомогло, а проблема в дереві належить комусь іншому. Надсилайте лише основному відповідальному; заступника ставте в копію для критичних проблем або коли настає термін (вкладка 6).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Ескалація, [Висока]: [проблема в 5 словах], [клієнт], відповісти до [час]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відповідального]!</w:t>
        <w:br/>
        <w:br/>
        <w:t>Передаю вам ескалацію як відповідальному за [категорію проблеми]. Серйозність: [Висока]. Будь ласка, відповідайте до [час терміну] з наступним кроком і часом.</w:t>
        <w:br/>
        <w:br/>
        <w:t>Клієнт: [ім’я, компанія, контакт]</w:t>
        <w:br/>
        <w:t>Проблема: [що не так, в одному-двох реченнях]</w:t>
        <w:br/>
        <w:t>Наслідки: [кого це зачепило, що вони не можуть зробити, що під загрозою й до коли]</w:t>
        <w:br/>
        <w:t>Що вже спробували: [крок, час], [крок, час]. Результат: [результат]</w:t>
        <w:br/>
        <w:t>Прохання: [одне чітке прохання, наприклад виїзд майстра до четверга]</w:t>
        <w:br/>
        <w:br/>
        <w:t>Клієнт отримає від нас оновлення до [час оновлення для клієнта]. Якщо до [час терміну] я не отримаю від вас відповіді, то, як визначено в дереві, передам питання [заступнику]. Історія чату збережена в картці контакту в [де зберігається запис].</w:t>
        <w:br/>
        <w:br/>
        <w:t>[Ваше ім’я], [посада]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Передача іншій команді (наступний крок за нею):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Передаю вашій команді [проблему] клієнта [назва клієнта], бо наступний крок, [наступний крок], за вами. Серйозність: [Звичайна]. Відповісти до [термін]. Уже підтверджено: [факти]. Клієнту повідомили: [оновлення й час]. Якщо до [термін] ніхто не візьме це на себе, питання перейде до [заступника]. 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Категорія, серйозність, відповідальний і заступник із рядка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Термін: час надсилання плюс термін із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Наслідки — фактами, і що вже спробували, з часом.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Одне прохання, на яке можна відповісти «так», «ні» або часом.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Клієнту результат від імені відповідального. Обіцяйте лише час наступного оновлення.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Лист ескалації керівнику: зразок, коли потрібне рішення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Попросіть: Одне рішення · Додайте: 2 варіанти й ваш вибір · Немає відповіді: Ваша дія за замовчуванням · Якщо керівник мовчить: Дійте за запасним планом і скажіть про це: «Ставлю в копію [заступника], бо термін минув». Ніколи не обходьте людину мовчки.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цей лист, коли наступний крок — рішення понад ваші повноваження: виняток із правил, сума понад ваш ліміт, клієнт, якого можна втратити.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Потрібне рішення до [час]: [проблема], клієнт [назва клієнта]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керівника]!</w:t>
        <w:br/>
        <w:br/>
        <w:t>Мені потрібне ваше рішення щодо [проблеми] клієнта [назва клієнта] до [час терміну]. Воно виходить за межі моїх повноважень, бо [причина, наприклад повернення перевищує мій ліміт 100 $].</w:t>
        <w:br/>
        <w:br/>
        <w:t>Наслідки: [кого це зачепило, що під загрозою, до коли]</w:t>
        <w:br/>
        <w:t>Що вже спробували: [кроки, з датами]</w:t>
        <w:br/>
        <w:t>Варіант 1: [варіант], вартість [сума], результат [результат]</w:t>
        <w:br/>
        <w:t>Варіант 2: [варіант], вартість [сума], результат [результат]</w:t>
        <w:br/>
        <w:t>Рекомендую варіант [номер], бо [одна причина].</w:t>
        <w:br/>
        <w:br/>
        <w:t>Якщо до [час терміну] я не отримаю відповіді, то [дія за замовчуванням у межах моїх повноважень]. Можна також обговорити це телефоном за 5 хвилин: [телефон].</w:t>
        <w:br/>
        <w:br/>
        <w:t>[Ваше ім’я], [посада]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 версія для командного чату: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 керівника], потрібне рішення до [час]: [проблема], клієнт [назва клієнта]. Варіант 1: [варіант]. Варіант 2: [варіант]. Рекомендую [номер], бо [причина]. Деталі в моєму листі. Якщо відповіді не буде до [час], роблю [дія за замовчуванням].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Рішення — в темі й першому реченні.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Чому це понад ваші повноваження.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Два варіанти з вартістю й результатом і ваш вибір.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Термін і ваша дія за замовчуванням у межах ваших повноважень.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Клієнту виняток, доки керівник його не погодив. Скажіть, що ви попросили рішення, і коли надішлете оновлення.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Лист ескалації постачальнику чи підряднику з доказами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Кому: Персональному менеджеру · Додайте: Докази з датами · Попросіть: Відповідального й дату · Пишіть так, ніби читатиме третя сторона: Факти, дати й номери, без епітетів. Якщо дійде до вимоги компенсації, цей лист стане підсумком.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цей лист, коли звичайна підтримка постачальника застрягла: у заявки немає відповідального, деталь не надходить, обіцяна дата минула. Пишіть персональному менеджеру, а не лише в чергу заявок, і нехай терміновість передають дати й суми.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Ескалація: заявка [номер заявки], відкрита з [дата], потрібен відповідальний до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Ескалюю заявку [номер заявки], відкриту [дата], бо звичайна підтримка її не вирішила, а тепер це зачіпає наших клієнтів.</w:t>
        <w:br/>
        <w:br/>
        <w:t>Проблема: [що не так, одним реченням]</w:t>
        <w:br/>
        <w:t>Наслідки для нас: [скільки клієнтів зачеплено, втрачені години чи замовлення, гроші під загрозою]</w:t>
        <w:br/>
        <w:t>Історія:</w:t>
        <w:br/>
        <w:t>- [дата]: повідомили через [канал], номер звернення [номер]</w:t>
        <w:br/>
        <w:t>- [дата]: нагадали, відповідь: [що відповіли]</w:t>
        <w:br/>
        <w:t>- [дата]: нагадали, відповіді немає</w:t>
        <w:br/>
        <w:t>Докази в додатку: [фото, знімки екрана, підтвердження замовлень, журнали подій]</w:t>
        <w:br/>
        <w:t>Наша угода: [номер договору й термін відповіді, який він встановлює, якщо є]</w:t>
        <w:br/>
        <w:br/>
        <w:t>Прохання: назвати відповідального й дату вирішення до [дата й час]. Якщо до того часу я не отримаю ні того, ні іншого, я [наступний крок, наприклад попрошу вашого керівника призначити відповідального].</w:t>
        <w:br/>
        <w:br/>
        <w:t>[Ваше ім’я], [посада], [компанія],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Друге нагадування, якщо постачальник не відповідає: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Нагадую про нашу ескалацію від [дата] щодо заявки [номер заявки]. Ми просили назвати відповідального й дату вирішення до [термін], але досі не маємо ні того, ні іншого. Наслідки тепер такі: [оновлені наслідки], тож ми вже [ваш наступний крок]. Якщо сьогодні ви назвете відповідального, ми охоче продовжимо співпрацю. 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Докази до листа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заявки чи замовлення й дата, коли ви вперше про це повідомили.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Кожне нагадування з датою й відповіддю.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Фото, знімки екрана чи журнали подій із датами та умови, які встановлюють термін відповіді.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Своєму клієнту дату, яку постачальник не підтвердив письмово. Скажіть, що ви попросили, і коли надішлете оновлення.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Лист клієнту про ескалацію: хто займається й коли наступне оновлення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 протягом: 15 хвилин · Час оновлення: Після терміну відповідального · Назвіть: Відповідального й посаду · Якщо відповідальний змінився: Скажіть у наступному оновленні, хто займається тепер, інакше нове ім’я виглядатиме як загублене звернення.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цей лист протягом 15 хвилин після внутрішньої ескалації, у каналі клієнта: хто займається проблемою, коли клієнт отримає наступне оновлення і що йому потрібно зробити.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Вашу [проблему] передано [ім’я відповідального], оновлення до [час]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Дякуємо за терпіння, поки ми пробували [що спробували]. Це не усунуло [проблему], тож я передаю питання на ескалацію.</w:t>
        <w:br/>
        <w:br/>
        <w:t>Хто займається: [ім’я відповідального], [посада відповідального], відповідає в нас за [категорію проблеми].</w:t>
        <w:br/>
        <w:t>Номер вашого звернення: [номер]</w:t>
        <w:br/>
        <w:t>Наступне оновлення: до [час і день оновлення], навіть якщо проблему ще не буде усунуто.</w:t>
        <w:br/>
        <w:t>Що потрібно від вас: [поки нічого / одна дія]</w:t>
        <w:br/>
        <w:br/>
        <w:t>Нічого не потрібно пояснювати повторно: [ім’я відповідального] бачить усю історію. Якщо у вас щось зміниться, просто відповідайте на цей лист, і він надійде безпосередньо мені.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це питання [ім’я відповідального], [посада відповідального]. Номер вашого звернення: [номер]. Ви отримаєте від нас оновлення сьогодні до [час оновлення], навіть якщо проблему ще не буде усунуто. Нічого не потрібно повторювати: [ім’я відповідального] бачить цей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клієнт ескалював першим: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Мені шкода, що дійшло до того, що вам довелося звертатися вище. Я передаю [ім’я відповідального] ([посада відповідального]) питання про [проблему] разом з усією історією. Номер вашого звернення: [номер], і до [час оновлення] ви отримаєте справжнє оновлення, а не відписку. 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 й посада відповідального з рядка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 оновлення: термін відповідального плюс близько 20 хвилин.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дія для клієнта або «поки нічого».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усунення, повернення коштів чи компенсацію, доки відповідальний цього не підтвердив. Дотримуйтеся часу оновлення, навіть якщо новин немає.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Немає відповіді: нагадування й запасний план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Надіслати: Щойно настав термін · Кому: Відповідальному й заступнику · Термін для заступника: Половина початкового · Після зриву терміну: Запишіть «Залучено заступника: Так» і причину. Більшість зривів — це проблеми дерева (немає телефону, неправильні години, відповідальний на виїзді).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цей лист, щойно настав термін, а не наступного дня. Ескалація переходить до заступника, і один лист повідомляє про це обох. Час оновлення для клієнта не змінюється.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Немає відповіді до [час терміну]: [проблема], клієнт [назва клієнта], переходить до [ім’я заступника]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відповідального] і [ім’я заступника]!</w:t>
        <w:br/>
        <w:br/>
        <w:t>[Ім’я відповідального], на мою ескалацію від [час] щодо [проблеми] клієнта [назва клієнта] не надійшло відповіді до терміну [час терміну]. [Ім’я заступника], у нашому дереві контактів ви заступник за категорією [категорія проблеми], тож тепер питання переходить до вас.</w:t>
        <w:br/>
        <w:br/>
        <w:t>Проблема: [проблема], серйозність [Висока]</w:t>
        <w:br/>
        <w:t>Наслідки: [наслідки, оновлені, якщо щось змінилося]</w:t>
        <w:br/>
        <w:t>Що вже спробували: [кроки]</w:t>
        <w:br/>
        <w:t>Прохання: [те саме прохання]</w:t>
        <w:br/>
        <w:t>Клієнт чекає на оновлення до [час оновлення для клієнта].</w:t>
        <w:br/>
        <w:br/>
        <w:t>[Ім’я заступника], будь ласка, відповідайте «Беру на себе» з наступним кроком до [термін для заступника]. Якщо до того часу я не отримаю відповіді від жодного з вас, я [третій рівень, наприклад зателефоную засновнику].</w:t>
        <w:br/>
        <w:br/>
        <w:t>[Ваше ім’я], [посада]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Третій рівень, якщо заступник теж мовчить: </w:t>
      </w:r>
      <w:r>
        <w:rPr>
          <w:rFonts w:ascii="Calibri" w:hAnsi="Calibri" w:cs="Calibri" w:eastAsia="Calibri"/>
          <w:b w:val="0"/>
          <w:color w:val="15131F"/>
          <w:sz w:val="21"/>
        </w:rPr>
        <w:t>[Ім’я], [проблема] клієнта [назва клієнта] досі без відповіді: у [відповідального] термін минув о [час], у [заступника] — о [час]. Наслідки: [наслідки]. Оновлення для клієнта має піти о [час]. Мені потрібно, щоб хтось один сказав «Беру на себе» просто зараз, і я зателефоную вам 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Оновлення для клієнта, коли змінився відповідальний: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Як і обіцяли, оновлення щодо [проблеми]: вашим зверненням тепер займається [ім’я заступника], [посада заступника]. [Наступний крок і коли]. Номер вашого звернення не змінюється: [номер]. 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Нагадуйте один раз, щойно настав термін, відповідальному й заступнику разом.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Заступник отримує половину початкового терміну: 1 годину, якщо серйозність «Висока».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Оновлення для клієнта надсилається вчасно, хоч би хто вів звернення.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«відповідальний уже займається», коли ніхто не відповів. Скажіть, хто займається зараз.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Термінова ескалація чи збій: коротко, для чату або телефону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Відповісти протягом: 30 хвилин · Канал: Спершу телефон · Немає відповіді 15 хв: Телефонуйте заступнику · Якщо сумніваєтеся: Якщо не можете визначити, критична серйозність чи висока, обирайте вищу. Знизити її пізніше коштує одного дзвінка.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Критичні проблеми не починаються з листа. Телефонуйте відповідальному й одночасно надішліть коротке повідомлення в командний чат або SMS. Лист — це письмовий запис після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в командний чат або SMS: </w:t>
      </w:r>
      <w:r>
        <w:rPr>
          <w:rFonts w:ascii="Calibri" w:hAnsi="Calibri" w:cs="Calibri" w:eastAsia="Calibri"/>
          <w:b w:val="0"/>
          <w:color w:val="15131F"/>
          <w:sz w:val="21"/>
        </w:rPr>
        <w:t>ТЕРМІНОВО, Критична: [проблема] з [час]. Зачіпає [кого й скільки]. Спробували: [один рядок]. [Ім’я відповідального], будь ласка, зателефонуйте мені зараз: [телефон]. Немає відповіді до [час]: телефоную [ім’я заступника].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Сценарій дзвінка: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відповідального], це [ваше ім’я], у мене критична ескалація. [Проблема] з [час], зачіпає [кого й скільки]. Ми вже спробували [один рядок]. Мені потрібно, щоб ви [прохання]. Можете взятися просто зараз?</w:t>
        <w:br/>
        <w:t>Якщо так: я повідомлю клієнтам, що ви взялися за це, а наступне оновлення буде о [час].</w:t>
        <w:br/>
        <w:t>Якщо ні: кому мені телефонувати?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Голосове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[Ім’я відповідального], це [ваше ім’я], критична ескалація: [проблема одним реченням]. Будь ласка, передзвоніть мені на [телефон] протягом 15 хвилин. Після [час] я телефоную [ім’я заступника].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після дзвінка: </w:t>
      </w:r>
      <w:r>
        <w:rPr>
          <w:rFonts w:ascii="Calibri" w:hAnsi="Calibri" w:cs="Calibri" w:eastAsia="Calibri"/>
          <w:b w:val="0"/>
          <w:color w:val="15131F"/>
          <w:sz w:val="21"/>
        </w:rPr>
        <w:t>Тема: Критична: [проблема], відповідальний [ім’я], наступне оновлення [час]</w:t>
        <w:br/>
        <w:br/>
        <w:t>Наша розмова о [час]: [проблема] з [час], зачіпає [кого]. Відповідальний: [ім’я], далі [наступний крок]. Клієнтам повідомлено: [що й коли]. Наступне оновлення для клієнтів: [час].</w:t>
        <w:br/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Причину чи час усунення під час збою. Обіцяйте час наступного оновлення й надішліть його, навіть якщо нічого не змінилося.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Закриття ескалації: результат, висновок і журнал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Закривайте, коли: Виконано 3 перевірки · Висновок: Одне речення · Зміна в дереві: Відповідальний і дата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Ескалацію закрито лише тоді, коли відповідальний письмово підтвердив результат, клієнту повідомили, а в рядку журналу є дата закриття.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Вирішено: [проблема],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клієнту: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Короткий підсумок для ваших записів.</w:t>
        <w:br/>
        <w:br/>
        <w:t>Що сталося: [проблема, одним реченням]</w:t>
        <w:br/>
        <w:t>Що ми зробили: [результат, з датами]</w:t>
        <w:br/>
        <w:t>Хто займався: [ім’я відповідального], [посада відповідального]</w:t>
        <w:br/>
        <w:t>Що ми змінили: [одне речення або «нічого не потрібно»]</w:t>
        <w:br/>
        <w:br/>
        <w:t>Якщо проблема повториться, відповідайте з номером звернення [номер], і лист одразу надійде мені.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Внутрішня нотатка про закриття: </w:t>
      </w:r>
      <w:r>
        <w:rPr>
          <w:rFonts w:ascii="Calibri" w:hAnsi="Calibri" w:cs="Calibri" w:eastAsia="Calibri"/>
          <w:b w:val="0"/>
          <w:color w:val="15131F"/>
          <w:sz w:val="21"/>
        </w:rPr>
        <w:t>Закрито: [номер], [категорія проблеми], [серйозність], [клієнт]</w:t>
        <w:br/>
        <w:t>Результат підтвердив: [ім’я відповідального], [дата]</w:t>
        <w:br/>
        <w:t>Відповіли вчасно: [Так чи Ні]. Залучено заступника: [Так чи Ні]</w:t>
        <w:br/>
        <w:t>Клієнту повідомлено: [дата й канал]</w:t>
        <w:br/>
        <w:t>Висновок: [одне речення: що спричинило ескалацію чи затримку]</w:t>
        <w:br/>
        <w:t>Зміна в дереві: [зміна, відповідальний і дата, або «немає»]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закриття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Виконано, 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Заповнений приклад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підтвердив результат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Письмово: лист, підсумок завдання чи нотатка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Марко, 7 жовтня, 10:05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Клієнту повідомлено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Надіслано, а не лише написано чернетку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Підсумковий лист, 7 жовтня, 10:15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журналу закрито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Заповнено результат і дату закриття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Закрито 7 жовтня 2026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Мовчання нічого не вирішує: </w:t>
      </w:r>
      <w:r>
        <w:rPr>
          <w:rFonts w:ascii="Calibri" w:hAnsi="Calibri" w:cs="Calibri" w:eastAsia="Calibri"/>
          <w:b w:val="0"/>
          <w:color w:val="5D5A70"/>
          <w:sz w:val="21"/>
        </w:rPr>
        <w:t>Клієнт, який не відповідає, не тримає ескалацію відкритою. А відповідальний, який так і не підтвердив результат, — тримає.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Результати: </w:t>
      </w:r>
      <w:r>
        <w:rPr>
          <w:rFonts w:ascii="Calibri" w:hAnsi="Calibri" w:cs="Calibri" w:eastAsia="Calibri"/>
          <w:b w:val="0"/>
          <w:color w:val="5D5A70"/>
          <w:sz w:val="21"/>
        </w:rPr>
        <w:t>Усунено, Замінено або повернено кошти, Погоджено обхідний шлях, Відхилено з поясненням, Передано постачальнику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Ескалація через зламану кавомашину: відповідальний мовчав, справу взяла заступниця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Офісна кавомашина ламається вдруге за три тижні, за два дні до сніданку з клієнтами. Джесс, керівниця підтримки, ескалює проблему відповідальному з дерева контактів і повідомляє клієнтці, коли чекати на оновлення. Відповідальний пропускає 2-годинний термін, справу бере заступниця, і клієнтка отримує оновлення вчасно.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наша кавомашина на 3-му поверсі знову показує помилку E14 і не гріє. Це вже вдруге цього місяця. А в четвер у нас сніданок із клієнтами.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Лауро. Підкажіть, будь ласка, номер машини з наліпки на задній панелі. І чи не тече з неї вода, чи не пахне горілим?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KB-1142. Не тече, нічим не пахне, просто не гріє. 40 людей без кави.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Передаю цей чат нашій команді підтримки. Вам не доведеться нічого повторювати.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Джесс (керівниця підтримки):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Лауро, це Джесс, керівниця підтримки. Будь ласка, вимкніть машину з розетки, зачекайте 10 хвилин, а потім запустіть цикл очищення від накипу.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Зробила. Однаково E14.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Джесс (керівниця підтримки):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спробували. Я передала питання Марку Б’янкі, нашому сервісному менеджеру. Номер вашого звернення: ESC-031. Ви отримаєте від нас оновлення сьогодні до 12:00, навіть якщо проблему ще не буде усунуто.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Лист ескалації відповідальному, 6 жовтня, 09:41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Категорія проблеми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Несправність або ремонт кавомашини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Серйозність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Висока: під загрозою сніданок із клієнтами 8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 і заступник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 Б’янкі, сервісний менеджер; Рут Окоє, операційна директорка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Термін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години: відповісти до 11:41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Запасний план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 того ж дня надсилає підмінну кавомашину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Наслідки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40 працівників без кави; друга несправність після 15 вересня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спробували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Вимкнули на 10 хвилин, потім цикл очищення від накипу: досі E14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Прохання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Виїзд майстра до четверга або підмінна кавомашина сьогодні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було далі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Хто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09:45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Клієнту повідомлено: відповідальний, номер ESC-031, оновлення до 12:00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11:41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 минув: Марко на встановленні, без зв’язку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«немає відповіді» Марку й Рут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«Беру на себе»: підмінна кавомашина до 15:00, нова машина в середу о 08:00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Клієнту повідомлено: звернення веде Рут, підмінна кавомашина до 15:00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14:40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Підмінну кавомашину встановлено, вона працює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жовтня, 09:20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Нову машину встановлено, стару забрали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закриття та запис у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підтвердив результат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Марко, підсумок статусу завдання, 7 жовтня, 10:05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Клієнту повідомлено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Підсумковий лист 7 жовтня, 10:15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журналу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Закрито 7 жовтня 2026, залучено заступника: Так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Завдання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ESC-031, «Виконавець» змінено з Марка на Рут об 11:43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Висновок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Дні встановлень рахуються як неробочий час: несправності машин із серйозністю «Висока» бере Рут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Виконано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шаблоном листа ескалації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Заповніть дерево контактів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Відповідальний, заступник, години, термін і запасний план для кожної категорії проблеми на аркуші «Матриця ескалації».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Ескалюйте й запишіть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вкладку 2, 3 або 4 із заповненими полями й запишіть рядок у журнал разом із терміном.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Повідомте клієнта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вкладку 5 протягом 15 хвилин, із часом оновлення після терміну відповідального.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Дійте, щойно настав термін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Немає відповіді: надішліть вкладку 6 відповідальному й заступнику. Критичні — спершу телефоном (вкладка 7).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Закрийте й розберіть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Закрийте вкладкою 8. Раз на місяць розбирайте зриви термінів і змінюйте дерево, а не лише людей.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«Мої боти» &gt; виберіть бота &gt; вкладка «Підключення»: «Надсилати сповіщення поштою» задає адресу, на яку надходить лист, коли чату потрібна підтримка людини; «Призначені користувачі» — це ті, хто може керувати ботом. «Онлайн-підтримка» &gt; «Налаштування сповіщень» додає «Сповіщення електронною поштою», «Сповіщення браузера» і «Мобільні сповіщення».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Переданий чат має в «Онлайн-підтримці» статус «Очікує агента». Керівник підтримки натискає «Прийняти» і пробує стандартне рішення.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Створіть ескалацію: «Задачі» &gt; «Нове завдання», «Назва завдання» — «ESC-031 Несправність кавомашини, Висока», «Виконавець» — відповідальний, «Дедлайн» — термін відповіді, «Пріоритет» — «Високий» («Терміновий» для критичних), «Пов'язана угода», якщо є. Увімкніть «Підсумок статусу потрібен під час завершення», щоб відповідальний записав результат до «Позначити виконаним».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Коли настає термін, перевірте «Прострочені» в розділі «Задачі»: у полі «Виконавець» вкажіть заступника й надішліть вкладку 6.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Додайте тег до чату («Налаштування» &gt; «Теги розмов» &gt; «Новий тег» «Ескальовано») і запишіть хронологію, результат і висновок у «Нотатки» в картці контакту.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 тарифі Growth збережіть версію вкладки 5 для чату: «Налаштування» &gt; «Збережені відповіді» &gt; «Нова відповідь», «Шорткат» (наприклад /escalated), «Заголовок», «Текст відповіді», «Поділитися з командою».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У CRMsoftware.pro немає автоматичних правил ескалації й функції матриці ескалації: дерево — це ваш документ, а стежите ви за дедлайном завдання. Передача людині: Launch, 19 $ на місяць при оплаті за рік, 8 користувачів. Збережені відповіді: Growth, 49 $. Free: AI-чат і базові завдання для 3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Щомісячний розбір ескалацій, 20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Частка відповідей у межах терміну відповідає вашій цілі за кожною категорією.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Причина, що повторюється в рядках із залученим заступником, змінює дерево.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кожному закритому рядку є результат, «Клієнту повідомлено» = «Так» і дата закриття.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https://crmsoftware.pro/ua/templates/escalation-email-templates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листів ескалації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