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Скрипт обробки заявок на бронювання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Скрипти для заявок на проживання в готелі, групові заходи, тури й чартер яхт, з відповідями на випадок зайнятих дат, неповних даних і зміни мови, нотаткою передачі та заповненим прикладом.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Замініть кожне слово в [дужках] своїми даними. Залиште скрипти для тих бронювань, які ви продаєте, і завжди залишайте правило про заявку з розділу 7, щоб ваш AI ніколи не підтверджував бронювання. Вставте результат в інструкції AI або в нотатки вашої команди для чату.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Проживання в готелі: номери для гостей, пар і сімей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Питання: 6 · Кому передати: Відділ бронювання · Час відповіді: 2 робочі години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одного гостя, пари чи сім’ї, до [4] номерів. Ставте одне питання в повідомленні й пропускайте все, що гість уже сказав.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Обов’язкові поля, у такому порядку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Дати заїзду й виїзду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Дорослі й діти та вік дітей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Кількість і тип номерів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Бюджет за ніч, діапазоном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Особливі побажання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Ім’я та email або телефон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Дати й ночі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Ціни й наявність різні для кожної ночі.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кажуть «десь у травні»: </w:t>
      </w:r>
      <w:r>
        <w:rPr>
          <w:rFonts w:ascii="Calibri" w:hAnsi="Calibri" w:cs="Calibri" w:eastAsia="Calibri"/>
          <w:b w:val="0"/>
          <w:color w:val="5D5A70"/>
          <w:sz w:val="21"/>
        </w:rPr>
        <w:t>Запропонуйте два варіанти, наприклад [з п’ятниці, 7, по неділю, 9 травня] або [з п’ятниці, 14, по неділю, 16 травня].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На які дати ви плануєте заїзд і виїзд?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Дорослі, діти та вік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Від віку залежать ліжка, а часто й ціна.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кажуть «ми сім’єю»: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 кількість людей, а не загальне слово.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Скільки буде дорослих і скільки дітей? Скільки років дітям?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Номери й тип номера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Варіант обирає гість. Підтверджує його людина.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питають, що у вас є: </w:t>
      </w:r>
      <w:r>
        <w:rPr>
          <w:rFonts w:ascii="Calibri" w:hAnsi="Calibri" w:cs="Calibri" w:eastAsia="Calibri"/>
          <w:b w:val="0"/>
          <w:color w:val="5D5A70"/>
          <w:sz w:val="21"/>
        </w:rPr>
        <w:t>Назвіть [2] або [3] типи номерів із початковими цінами. Ніколи не називайте загальну суму.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Вам більше підходить [тип номера А] чи [тип номера Б]? Ціни від [ціна] за ніч.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Бюджет за ніч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На відкрите питання про бюджет відповідають небагато гостей, а діапазон обирає більшість.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 хочуть казати: </w:t>
      </w:r>
      <w:r>
        <w:rPr>
          <w:rFonts w:ascii="Calibri" w:hAnsi="Calibri" w:cs="Calibri" w:eastAsia="Calibri"/>
          <w:b w:val="0"/>
          <w:color w:val="5D5A70"/>
          <w:sz w:val="21"/>
        </w:rPr>
        <w:t>Напишіть «не вказано» і продовжуйте.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Ваш бюджет за ніч — до [150 $], [150–250 $] чи понад [250 $]?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Особливі побажання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Одне відкрите питання виявляє все важливе.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просять ранній заїзд: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це як побажання. Відповідає на нього людина.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Чи є щось, що нам варто знати: потреби щодо доступності, дитяче ліжечко, паркування чи пізній заїзд?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1.6 Контакти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Без контакту немає пропозиції.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вагаються: </w:t>
      </w:r>
      <w:r>
        <w:rPr>
          <w:rFonts w:ascii="Calibri" w:hAnsi="Calibri" w:cs="Calibri" w:eastAsia="Calibri"/>
          <w:b w:val="0"/>
          <w:color w:val="5D5A70"/>
          <w:sz w:val="21"/>
        </w:rPr>
        <w:t>Скажіть, що пропозиція прийде на email або телефоном, і дайте гостю вибрати.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На який email або номер телефону вам краще надіслати пропозицію? Її підготує [ім’я].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Завершення: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[ім’я]. Ваша заявка: з [дата заїзду] по [дата виїзду], дорослих: [кількість], дітей: [кількість], [тип номера], бюджет близько [бюджет] за ніч. Це заявка, а не бронювання. [Ім’я] перевірить наявність і надішле пропозицію до [час].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Нотатка передачі: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проживання для [менеджер]. Статус: заявка, не підтверджено. Дати: з [дата заїзду] по [дата виїзду], ночей: [кількість]. Гості: дорослих [кількість], дітей [кількість] (вік: [вік]). Номер: [кількість] × [тип номера]. Бюджет: [діапазон] за ніч. Побажання: [побажання]. Бракує: [поля або нічого]. Мова: [мова]. Контакт: [email або 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Ніколи не пишіть, що номер вільний чи заброньований. Бізнес відповідає за те, що його чат-бот каже клієнтам.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Групи й заходи: весілля, ділові зустрічі та блоки номерів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Питання: 6 · Кому передати: Менеджер із заходів · Час відповіді: У той самий робочий день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весіль, вечірок, ділових зустрічей, ретритів і проживання від [10] номерів.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Обов’язкові поля, у такому порядку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Тип заходу, дата й запасна дата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Гості, а також номери на ніч, якщо вони залишаються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 і розсадка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Харчування, напої й додаткові послуги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Бюджет загалом або на особу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Хто вирішує і до якого терміну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Ім’я, компанія та email або телефон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Захід і дата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Майданчики продають дати. Запасна дата — це другий шанс.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дата ще не визначена: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 місяць і бажаний день тижня.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Що ви плануєте і на яку дату? Чи є запасна дата?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Гості й номери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Від кількості гостей залежить зал. Гості з ночівлею додають блок номерів.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кажуть «60–80»: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обидва числа. Команда планує на більше.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Скільки гостей ви очікуєте і чи залишиться хтось на ніч? Приблизно скільки номерів на ніч?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Час і розсадка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Банкету на 80 гостей потрібен інший зал, ніж фуршету на 80.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 впевнені: </w:t>
      </w:r>
      <w:r>
        <w:rPr>
          <w:rFonts w:ascii="Calibri" w:hAnsi="Calibri" w:cs="Calibri" w:eastAsia="Calibri"/>
          <w:b w:val="0"/>
          <w:color w:val="5D5A70"/>
          <w:sz w:val="21"/>
        </w:rPr>
        <w:t>Запропонуйте [2] формати, які у вас замовляють найчастіше.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О котрій початок і завершення? Як ви це бачите: банкет за столами, фуршет чи стільці рядами?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Харчування, напої й додаткові послуги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Кейтеринг сильно змінює ціну.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привозять свій кейтеринг: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це. Вирішує команда із заходів.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Нам подбати про харчування й напої? Чи потрібно ще щось, наприклад екран чи мікрофони?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2.5 Бюджет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Один діапазон — це одна пропозиція замість трьох.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 хочуть казати: </w:t>
      </w:r>
      <w:r>
        <w:rPr>
          <w:rFonts w:ascii="Calibri" w:hAnsi="Calibri" w:cs="Calibri" w:eastAsia="Calibri"/>
          <w:b w:val="0"/>
          <w:color w:val="5D5A70"/>
          <w:sz w:val="21"/>
        </w:rPr>
        <w:t>Спершу назвіть свій діапазон: «Такі заходи зазвичай коштують [діапазон]. Це близько до ваших очікувань?»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Ви орієнтуєтеся на загальний бюджет чи на суму на особу? Достатньо приблизного діапазону.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2.6 Рішення й терміни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Той, хто пише, часто не той, хто підписує.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вирішує хтось інший: </w:t>
      </w:r>
      <w:r>
        <w:rPr>
          <w:rFonts w:ascii="Calibri" w:hAnsi="Calibri" w:cs="Calibri" w:eastAsia="Calibri"/>
          <w:b w:val="0"/>
          <w:color w:val="5D5A70"/>
          <w:sz w:val="21"/>
        </w:rPr>
        <w:t>Запитайте, чи надіслати пропозицію і цій людині.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Хто ще бере участь у рішенні і до якого числа вам треба обрати майданчик?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Завершення: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[ім’я]. Ваша заявка: [захід], [дата], запасна дата [дата], гостей: [кількість], [розсадка], бюджет [діапазон]. Це заявка, і дата ще не закріплена за вами. [Ім’я], наш менеджер із заходів, надішле інформацію про наявність і першу пропозицію до [час]. Який email або номер телефону для вас найзручніший?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Запропонуйте огляд: </w:t>
      </w:r>
      <w:r>
        <w:rPr>
          <w:rFonts w:ascii="Calibri" w:hAnsi="Calibri" w:cs="Calibri" w:eastAsia="Calibri"/>
          <w:b w:val="0"/>
          <w:color w:val="15131F"/>
          <w:sz w:val="21"/>
        </w:rPr>
        <w:t>Хочете спершу подивитися зал? Оберіть зручний час тут: [посилання для запису]. Вас зустріне [ім’я].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Нотатка передачі: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захід для [менеджер]. Статус: заявка, не підтверджено. Захід: [тип], [дата], запасна дата [дата]. Гості: [кількість]. Номери: [кількість] на ніч, ночей: [кількість]. Час і розсадка: [час], [розсадка]. Харчування й додатково: [деталі]. Бюджет: [діапазон]. Вирішує: [хто], до [дата]. Бракує: [поля або нічого]. Мова: [мова]. Контакт: [дані].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Тур або активність: одноденні тури, морські прогулянки й заняття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Питання: 6 · Кому передати: Бюро турів · Час відповіді: 2 год, 15 хв, якщо сьогодні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турів, морських прогулянок і занять із фіксованим часом початку. Тут важливі вік, трансфер і безпека, а не номери.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Обов’язкові поля, у такому порядку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Тур, дата й час початку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Кількість людей і вік дітей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Трансфер або місце зустрічі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Груповий чи приватний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Нотатки щодо безпеки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Ім’я та мобільний номер на день туру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Тур, дата й час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Тури стартують у фіксований час, і місць обмаль.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кажуть «цими вихідними»: </w:t>
      </w:r>
      <w:r>
        <w:rPr>
          <w:rFonts w:ascii="Calibri" w:hAnsi="Calibri" w:cs="Calibri" w:eastAsia="Calibri"/>
          <w:b w:val="0"/>
          <w:color w:val="5D5A70"/>
          <w:sz w:val="21"/>
        </w:rPr>
        <w:t>Уточніть повну дату: «У суботу, 10 жовтня, о [10:00] чи о [16:00]?»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Який тур вас цікавить і на яку дату? Ми стартуємо о [час].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Учасники й вік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У багатьох активностей є мінімальний вік або дитяча ціна.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дитина молодша за ваш мінімальний вік: </w:t>
      </w:r>
      <w:r>
        <w:rPr>
          <w:rFonts w:ascii="Calibri" w:hAnsi="Calibri" w:cs="Calibri" w:eastAsia="Calibri"/>
          <w:b w:val="0"/>
          <w:color w:val="5D5A70"/>
          <w:sz w:val="21"/>
        </w:rPr>
        <w:t>Скажіть про це й запропонуйте тур для будь-якого віку: [інший тур].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Скільки людей буде і скільки років дітям, якщо вони є?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Трансфер або місце зустрічі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Без цього гід дзвонить уранці в день туру, і старт затримується.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гості ще не знають свого готелю: </w:t>
      </w:r>
      <w:r>
        <w:rPr>
          <w:rFonts w:ascii="Calibri" w:hAnsi="Calibri" w:cs="Calibri" w:eastAsia="Calibri"/>
          <w:b w:val="0"/>
          <w:color w:val="5D5A70"/>
          <w:sz w:val="21"/>
        </w:rPr>
        <w:t>Назвіть місце зустрічі, а назву готелю попросіть пізніше.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Звідки вас забрати? Також можна зустрітися з нами тут: [місце зустрічі].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Груповий чи приватний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Для турів це і є питання про бюджет.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питають ціну: </w:t>
      </w:r>
      <w:r>
        <w:rPr>
          <w:rFonts w:ascii="Calibri" w:hAnsi="Calibri" w:cs="Calibri" w:eastAsia="Calibri"/>
          <w:b w:val="0"/>
          <w:color w:val="5D5A70"/>
          <w:sz w:val="21"/>
        </w:rPr>
        <w:t>Назвіть ціну групового туру на особу. Приватні тури прораховує команда.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Ви хочете приєднатися до групи чи вам потрібен приватний тур лише для вашої компанії?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3.5 Нотатки щодо безпеки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Обмежена рухливість, алергії чи невміння плавати визначають, який тур безпечний.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згадують про стан здоров’я: </w:t>
      </w:r>
      <w:r>
        <w:rPr>
          <w:rFonts w:ascii="Calibri" w:hAnsi="Calibri" w:cs="Calibri" w:eastAsia="Calibri"/>
          <w:b w:val="0"/>
          <w:color w:val="5D5A70"/>
          <w:sz w:val="21"/>
        </w:rPr>
        <w:t>Не давайте порад. Запишіть це, а рішення ухвалить менеджер.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Чи має гід щось знати, наприклад про обмежену рухливість, алергії чи когось, хто не вміє плавати?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3.6 Мобільний номер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У день туру плани швидко змінюються.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дають лише email: </w:t>
      </w:r>
      <w:r>
        <w:rPr>
          <w:rFonts w:ascii="Calibri" w:hAnsi="Calibri" w:cs="Calibri" w:eastAsia="Calibri"/>
          <w:b w:val="0"/>
          <w:color w:val="5D5A70"/>
          <w:sz w:val="21"/>
        </w:rPr>
        <w:t>Попросіть номер ще раз, а потім погодьтеся на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За яким мобільним номером гід зможе зв’язатися з вами під час туру? Можна WhatsApp.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Завершення: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[ім’я]. Ваша заявка: [тур], [дата], о [час], дорослих: [кількість], дітей: [кількість] (вік: [вік]), трансфер: [місце]. Це заявка, а не підтверджене місце. [Ім’я] підтвердить місця й ціну до [час].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Тур сьогодні або завтра: </w:t>
      </w:r>
      <w:r>
        <w:rPr>
          <w:rFonts w:ascii="Calibri" w:hAnsi="Calibri" w:cs="Calibri" w:eastAsia="Calibri"/>
          <w:b w:val="0"/>
          <w:color w:val="15131F"/>
          <w:sz w:val="21"/>
        </w:rPr>
        <w:t>Якщо тур уже так скоро, зателефонуйте, будь ласка, за номером [телефон]. Вашу заявку також передано менеджеру [ім’я].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Нотатка передачі: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тур для [менеджер]. Статус: заявка, не підтверджено. Терміново: [так або ні]. Тур: [тур], [груповий або приватний], [дата], [час]. Учасники: дорослих [кількість], дітей [кількість] (вік: [вік]). Трансфер: [місце]. Безпека: [нотатки або немає]. Бракує: [поля або нічого]. Мова: [мова]. Мобільний: [номер].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Чартер яхти: на день чи тиждень, з екіпажем або без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Питання: 6 · Кому передати: Менеджер із чартерів · Час відповіді: 24 години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чартерів на день чи тиждень, з екіпажем або без екіпажу. Для чартеру потрібні порт, кількість гостей на борту і те, хто керуватиме яхтою.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Обов’язкові поля, у такому порядку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Дати, на день чи з ночівлею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Порт відправлення, а також порт прибуття, якщо маршрут в один бік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Гості на борту: дорослі й діти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 екіпажем чи без, і посвідчення шкіпера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Яхта або тип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Бюджет на вартість чартеру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Ім’я та email або телефон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Дати й тип чартеру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Тижневі чартери часто тривають із [суботи] по [суботу]. На денні чартери інші ціни.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хочуть коротший тиждень: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це. Вирішує менеджер із чартерів.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Які дати ви розглядаєте? Це прогулянка на день чи ви залишатиметеся на борту на ніч?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Порти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Маршрут в один бік означає, що яхта має повернутися, а це може змінити ціну.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називають порт, з яким ви не працюєте: </w:t>
      </w:r>
      <w:r>
        <w:rPr>
          <w:rFonts w:ascii="Calibri" w:hAnsi="Calibri" w:cs="Calibri" w:eastAsia="Calibri"/>
          <w:b w:val="0"/>
          <w:color w:val="5D5A70"/>
          <w:sz w:val="21"/>
        </w:rPr>
        <w:t>Запропонуйте ваш найближчий порт: [порт].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Ви хочете почати й завершити в [домашній порт] чи фінішувати деінде?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Гості на борту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У кожної яхти є сертифікований ліміт гостей, часто нижчий для ночівлі.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група більша за ліміт: </w:t>
      </w:r>
      <w:r>
        <w:rPr>
          <w:rFonts w:ascii="Calibri" w:hAnsi="Calibri" w:cs="Calibri" w:eastAsia="Calibri"/>
          <w:b w:val="0"/>
          <w:color w:val="5D5A70"/>
          <w:sz w:val="21"/>
        </w:rPr>
        <w:t>Нічого не обіцяйте. Запропонуйте [дві яхти] або [денний чартер], і нехай людина перевірить.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Скільки гостей буде на борту і скільки з них дітей?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З екіпажем чи без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Без екіпажу гості керують яхтою самі, тож спершу перевіряють шкіпера.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обирають чартер без екіпажу: </w:t>
      </w:r>
      <w:r>
        <w:rPr>
          <w:rFonts w:ascii="Calibri" w:hAnsi="Calibri" w:cs="Calibri" w:eastAsia="Calibri"/>
          <w:b w:val="0"/>
          <w:color w:val="5D5A70"/>
          <w:sz w:val="21"/>
        </w:rPr>
        <w:t>Попросіть посвідчення шкіпера й розпитайте про досвід. Вирішує менеджер із чартерів.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Вам потрібен чартер з екіпажем, тобто зі шкіпером і командою, чи без екіпажу, коли ваша група керує яхтою сама?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Яхта або тип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Для першої пропозиції достатньо назви яхти або типу.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називають конкретну яхту: </w:t>
      </w:r>
      <w:r>
        <w:rPr>
          <w:rFonts w:ascii="Calibri" w:hAnsi="Calibri" w:cs="Calibri" w:eastAsia="Calibri"/>
          <w:b w:val="0"/>
          <w:color w:val="5D5A70"/>
          <w:sz w:val="21"/>
        </w:rPr>
        <w:t>Запишіть «або подібна» на випадок, якщо вона зайнята.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Ви маєте на увазі конкретну яхту чи тип, який вам більше подобається: вітрильник, катамаран чи моторна яхта?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4.6 Вартість чартеру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Навіщо: </w:t>
      </w:r>
      <w:r>
        <w:rPr>
          <w:rFonts w:ascii="Calibri" w:hAnsi="Calibri" w:cs="Calibri" w:eastAsia="Calibri"/>
          <w:b w:val="0"/>
          <w:color w:val="5D5A70"/>
          <w:sz w:val="21"/>
        </w:rPr>
        <w:t>Вартість залежить від яхти й сезону, а додаткові витрати вказують у пропозиції.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бюджет нижчий за ваш мінімальний тариф: </w:t>
      </w:r>
      <w:r>
        <w:rPr>
          <w:rFonts w:ascii="Calibri" w:hAnsi="Calibri" w:cs="Calibri" w:eastAsia="Calibri"/>
          <w:b w:val="0"/>
          <w:color w:val="5D5A70"/>
          <w:sz w:val="21"/>
        </w:rPr>
        <w:t>Запропонуйте меншу яхту, менше днів або прогулянку на день.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На який бюджет за чартер ви розраховуєте? Додаткові витрати, як-от харчування, пальне й портові збори, вказуються в пропозиції окремо.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Завершення: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[ім’я]. Ваша заявка: [яхта або тип], [з екіпажем або без], з [дата початку] по [дата завершення], відправлення з [порт], дорослих: [кількість], дітей: [кількість], вартість чартеру близько [бюджет]. Це заявка, а не бронювання. [Ім’я] перевірить наявність і надішле пропозицію з ціною та умовами до [час].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Нотатка передачі: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чартер для [менеджер]. Статус: заявка, не підтверджено. Яхта: [яхта або тип], [з екіпажем або без]. Дати: з [початок] по [завершення], ночей: [кількість]. Порти: [порт відправлення] – [порт прибуття]. Гості: дорослих [кількість], дітей [кількість] (вік: [вік]). Посвідчення шкіпера: [посвідчення або не потрібне]. Вартість чартеру: [діапазон]. Бракує: [поля або нічого]. Мова: [мова]. Контакт: [email або 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Комерційні яхти завдовжки від 24 метрів, на які поширюється Red Ensign Group Yacht Code, перевозять не більше 12 пасажирів, а тим, хто бере яхту в чартер за кордоном, зазвичай потрібне підтвердження кваліфікації. Вкажіть ліміт кожної яхти в базі знань.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Коли дати, номер, тур чи яхта недоступні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Альтернативи: Макс. 2 · Список очікування: Завжди з датою · Якщо гість відмовляється: Статус «Втрачено» з причиною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Ваш AI не бачить актуальної наявності. Він знає лише те, що є в базі знань: закриті сезони, ліміти гостей і дати, які ви позначили як зайняті. Решту перевіряє людина. Ніколи не пишіть «мабуть, вільно».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Що запропонувати, у такому порядку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Інші дати: Найближчі вільні дати або на тиждень раніше чи пізніше.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Інший варіант: Інший номер, зал, час туру чи яхту за схожою ціною.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Список очікування: Лише з датою, до якої ви відповісте, і ніколи не як бронювання.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Партнер: Партнер, якому ви довіряєте, якщо самі допомогти не можете.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дата закрита або зайнята: </w:t>
      </w:r>
      <w:r>
        <w:rPr>
          <w:rFonts w:ascii="Calibri" w:hAnsi="Calibri" w:cs="Calibri" w:eastAsia="Calibri"/>
          <w:b w:val="0"/>
          <w:color w:val="15131F"/>
          <w:sz w:val="21"/>
        </w:rPr>
        <w:t>На [дати] у [компанія] [закрито або все зайнято]. Найближчі вільні дати: [дати]. Надіслати заявку на ці дати менеджеру [ім’я]?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гостей більше за ліміт: </w:t>
      </w:r>
      <w:r>
        <w:rPr>
          <w:rFonts w:ascii="Calibri" w:hAnsi="Calibri" w:cs="Calibri" w:eastAsia="Calibri"/>
          <w:b w:val="0"/>
          <w:color w:val="15131F"/>
          <w:sz w:val="21"/>
        </w:rPr>
        <w:t>[Варіант] розрахований максимум на [12] гостей. Для [14] гостей [ім’я] може перевірити [альтернатива]. Додати це до вашої заявки?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питають, чи вільно: </w:t>
      </w:r>
      <w:r>
        <w:rPr>
          <w:rFonts w:ascii="Calibri" w:hAnsi="Calibri" w:cs="Calibri" w:eastAsia="Calibri"/>
          <w:b w:val="0"/>
          <w:color w:val="15131F"/>
          <w:sz w:val="21"/>
        </w:rPr>
        <w:t>Я не бачу актуальної наявності, але можу просто зараз передати вашу заявку менеджеру [ім’я]. [Ім’я] відповість до [час].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Менеджер: дві альтернативи: </w:t>
      </w:r>
      <w:r>
        <w:rPr>
          <w:rFonts w:ascii="Calibri" w:hAnsi="Calibri" w:cs="Calibri" w:eastAsia="Calibri"/>
          <w:b w:val="0"/>
          <w:color w:val="15131F"/>
          <w:sz w:val="21"/>
        </w:rPr>
        <w:t>Дякую за очікування, [ім’я]. [Варіант] на [дати] недоступний. Можу запропонувати [альтернатива 1] або [альтернатива 2]. Надіслати пропозицію на один із них?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Менеджер: список очікування: </w:t>
      </w:r>
      <w:r>
        <w:rPr>
          <w:rFonts w:ascii="Calibri" w:hAnsi="Calibri" w:cs="Calibri" w:eastAsia="Calibri"/>
          <w:b w:val="0"/>
          <w:color w:val="15131F"/>
          <w:sz w:val="21"/>
        </w:rPr>
        <w:t>Ви в списку очікування на [варіант] на [дати]. Це не бронювання. Якщо звільниться, я одразу напишу. Якщо ні, повідомлю вас до [дата].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від усього відмовляються: </w:t>
      </w:r>
      <w:r>
        <w:rPr>
          <w:rFonts w:ascii="Calibri" w:hAnsi="Calibri" w:cs="Calibri" w:eastAsia="Calibri"/>
          <w:b w:val="0"/>
          <w:color w:val="15131F"/>
          <w:sz w:val="21"/>
        </w:rPr>
        <w:t>Дякуємо, що розглядали нас. Якщо ваші плани зміняться, напишіть нам тут. У [партнер] можуть бути вільні місця на ваші дати: [посилання].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Неповні дані та зміна мови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Питань на одне поле: 1 · Спроб на поле: 2 · Ніколи не пропускайте: Контакти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Гості часто надсилають лише половину даних. Збережіть те, що є, і запитайте лише про перше поле, якого бракує.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бракує даних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Зберігайте те, що вже є: Ніколи не питайте вдруге про поле, яке гість уже назвав.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Питайте про одну прогалину: Одне поле, якого бракує, на одне питання. Дорослих і дітей можна запитати разом.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Уточнюйте розмиті відповіді: Перетворіть «наступних вихідних» на «з п’ятниці, 16, по неділю, 18 жовтня» і попросіть гостя підтвердити.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Зупиніться після двох спроб: Потім передайте заявку з поміткою «Бракує: [поле]» і статусом «Бракує даних». Не можна пропустити лише контакти.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дані надано частково: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Записую: [дати], гостей: [кількість]. Ще одне питання, і [ім’я] зможе підготувати вашу пропозицію: [питання про поле, якого бракує]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бюджет не вказано: </w:t>
      </w:r>
      <w:r>
        <w:rPr>
          <w:rFonts w:ascii="Calibri" w:hAnsi="Calibri" w:cs="Calibri" w:eastAsia="Calibri"/>
          <w:b w:val="0"/>
          <w:color w:val="15131F"/>
          <w:sz w:val="21"/>
        </w:rPr>
        <w:t>Гаразд. Він ближчий до [діапазон А], [діапазон Б] чи [діапазон В]? Якщо не хочете казати, залишимо це поле відкритим.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досі немає контакту: </w:t>
      </w:r>
      <w:r>
        <w:rPr>
          <w:rFonts w:ascii="Calibri" w:hAnsi="Calibri" w:cs="Calibri" w:eastAsia="Calibri"/>
          <w:b w:val="0"/>
          <w:color w:val="15131F"/>
          <w:sz w:val="21"/>
        </w:rPr>
        <w:t>Щоб передати вашу заявку менеджеру [ім’я], мені потрібен email або номер телефону. Що вам зручніше?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гість змінює мову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Відповідайте мовою останнього повідомлення гостя. Якщо гість перейшов на іншу мову, переходьте й ви, не питаючи.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Пишіть дати з назвою місяця: 07/10 у США означає 10 липня, а в більшості країн Європи — 7 жовтня.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Пишіть ціни з кодом валюти, наприклад USD 180.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Залишайте імена й адреси точно так, як їх написав гість.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Пишіть нотатку передачі мовою вашої команди з полем «Мова: [мова]».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В опитуванні 8709 споживачів 76% віддали перевагу покупкам, коли інформація подана їхньою мовою. З тарифу Growth вхідні CRMsoftware.pro автоматично перекладають розмову для менеджера.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Заявка чи підтвердження: що AI може казати, а що ні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AI каже «заброньовано»: Ніколи · Хто підтверджує: Людина · Статус до підтвердження: Заявка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Підтвердити бронювання може лише людина, після перевірки наявності, ціни й умов. До того AI збирає заявку. Трибунал визнав Air Canada відповідальною за те, що чат-бот на її сайті сказав клієнту.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Чого ніколи не казати і що казати натомість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Ніколи не кажіть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Кажіть натомість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 номер заброньовано.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Вашу заявку записано. [Ім’я] підтвердить наявність до [час].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Так, вільно.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не бачу актуальної наявності. [Ім’я] це перевірить.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Разом 2 400 $.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Ціни від [ціна] за ніч. Точну ціну ви отримаєте в пропозиції.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притримаю його для вас.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[Ім’я] підкаже, чи можна його притримати.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Безкоштовне скасування, без проблем.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Умови скасування є в пропозиції та на [сторінка з умовами].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Вставте в інструкції AI: </w:t>
      </w:r>
      <w:r>
        <w:rPr>
          <w:rFonts w:ascii="Calibri" w:hAnsi="Calibri" w:cs="Calibri" w:eastAsia="Calibri"/>
          <w:b w:val="0"/>
          <w:color w:val="15131F"/>
          <w:sz w:val="21"/>
        </w:rPr>
        <w:t>Ти збираєш заявки на бронювання для [компанія]. Ти не бачиш наявності й не можеш підтверджувати бронювання, ціни, знижки чи повернення коштів або притримувати місця. Ніколи не кажи, що щось заброньовано, підтверджено, зарезервовано, гарантовано чи притримано. Називай це заявкою, кажи, хто її підтвердить і до якого часу. Називай лише початкові ціни з бази знань.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Хто підтверджує і коли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Менеджер перевіряє: Наявність, ціну й умови у вашій системі чи календарі.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Менеджер надсилає пропозицію: Ціна, умови й спосіб оплати. Статус: «Пропозицію надіслано».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Гість погоджується: Передоплата, оплата або підписаний договір, як передбачають ваші умови.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Менеджер підтверджує: Лише тепер: «Ваше бронювання підтверджено». Статус: «Підтверджено менеджером».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Нотатка передачі: кожна заявка — потрібному менеджеру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Статус: Заявка · Перший рядок: Тип і менеджер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Нотатку менеджер читає першою. З нею він може перевірити наявність і надіслати пропозицію, не перепитуючи гостя.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Хто отримує яку заявку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Заявка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Менеджер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Час відповіді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Проживання в готелі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[Відділ бронювання]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 робочі години]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Група або захід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[Менеджер із заходів]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[У той самий робочий день]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Тур або активність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[Бюро турів]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 години, 15 хвилин, якщо сьогодні]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Чартер яхти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[Менеджер із чартерів]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[24 години]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Незрозуміло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[Рецепція або власник]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 робочі години]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Формат нотатки: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[тип] для [менеджер]. Статус: заявка, не підтверджено. Дати: [дати], ночей: [кількість]. Гості: дорослих [кількість], дітей [кількість] (вік: [вік]). Варіант: [номер, зал, тур або яхта]. Місце: [трансфер або порт]. Бюджет: [діапазон]. Побажання: [нотатки]. Бракує: [поля або нічого]. Мова: [мова]. Контакт: [email або телефон]. Обіцяна відповідь: до [час].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 гостю: </w:t>
      </w:r>
      <w:r>
        <w:rPr>
          <w:rFonts w:ascii="Calibri" w:hAnsi="Calibri" w:cs="Calibri" w:eastAsia="Calibri"/>
          <w:b w:val="0"/>
          <w:color w:val="15131F"/>
          <w:sz w:val="21"/>
        </w:rPr>
        <w:t>Дякую. Вашу заявку передано: [ім’я] відповідає за [проживання, заходи, тури або чартери] і напише вам до [час]. До того часу це заявка, а не бронювання.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нікого немає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зараз не на зв’язку. Вашу заявку збережено, і [ім’я] відповість завтра до [час]. Якщо терміново, телефонуйте за номером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Призначте заступника для кожного менеджера. Заявка, яка чекає у вхідних, куди ніхто не заглядає, — це втрачене бронювання.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Сповіщення в CRMsoftware.pro: </w:t>
      </w:r>
      <w:r>
        <w:rPr>
          <w:rFonts w:ascii="Calibri" w:hAnsi="Calibri" w:cs="Calibri" w:eastAsia="Calibri"/>
          <w:b w:val="0"/>
          <w:color w:val="5D5A70"/>
          <w:sz w:val="21"/>
        </w:rPr>
        <w:t>Email, Push, Онлайн-підтримка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Заповнений приклад: Заявку на чартер передано потрібному менеджеру за 4 хвилини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Скрипт обробки заявок на бронювання в Tidewell Harbor, вигаданому готелі в гавані з терасою для заходів, морськими прогулянками й трьома чартерними яхтами. Гостя надсилає половину даних о 21:14; AI запитує лише те, чого бракує, і передає повну заявку Марті, менеджерці з чартерів.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Гостя: </w:t>
      </w:r>
      <w:r>
        <w:rPr>
          <w:rFonts w:ascii="Calibri" w:hAnsi="Calibri" w:cs="Calibri" w:eastAsia="Calibri"/>
          <w:b w:val="0"/>
          <w:color w:val="15131F"/>
          <w:sz w:val="21"/>
        </w:rPr>
        <w:t>Вітаю! Чи вільна яхта Aurora з 10 по 17 липня наступного року? Нас 10 людей.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Вітаємо, дякуємо, що звернулися до Tidewell Harbor. Я не бачу актуальної наявності, але передам вашу заявку Марті, нашій менеджерці з чартерів: вона це перевірить. Записую: з 10 по 17 липня 2027, 10 гостей. Скільки з них дітей?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Гостя: </w:t>
      </w:r>
      <w:r>
        <w:rPr>
          <w:rFonts w:ascii="Calibri" w:hAnsi="Calibri" w:cs="Calibri" w:eastAsia="Calibri"/>
          <w:b w:val="0"/>
          <w:color w:val="15131F"/>
          <w:sz w:val="21"/>
        </w:rPr>
        <w:t>Двоє дітей, 9 і 12 років. Решта дорослі.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Дякую. Вам потрібен чартер з екіпажем, тобто зі шкіпером і командою, чи без екіпажу, коли ваша група керує яхтою сама?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Гостя: </w:t>
      </w:r>
      <w:r>
        <w:rPr>
          <w:rFonts w:ascii="Calibri" w:hAnsi="Calibri" w:cs="Calibri" w:eastAsia="Calibri"/>
          <w:b w:val="0"/>
          <w:color w:val="15131F"/>
          <w:sz w:val="21"/>
        </w:rPr>
        <w:t>З екіпажем, будь ласка. Ніхто з нас не вміє керувати яхтою.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Добре, з екіпажем. Почнете й завершите плавання тут, у Tidewell Harbor?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Гостя: </w:t>
      </w:r>
      <w:r>
        <w:rPr>
          <w:rFonts w:ascii="Calibri" w:hAnsi="Calibri" w:cs="Calibri" w:eastAsia="Calibri"/>
          <w:b w:val="0"/>
          <w:color w:val="15131F"/>
          <w:sz w:val="21"/>
        </w:rPr>
        <w:t>Так, повертаємося сюди ж.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На який бюджет за чартер ви розраховуєте? Додаткові витрати, як-от харчування, пальне й портові збори, вказуються в пропозиції окремо.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Гостя: </w:t>
      </w:r>
      <w:r>
        <w:rPr>
          <w:rFonts w:ascii="Calibri" w:hAnsi="Calibri" w:cs="Calibri" w:eastAsia="Calibri"/>
          <w:b w:val="0"/>
          <w:color w:val="15131F"/>
          <w:sz w:val="21"/>
        </w:rPr>
        <w:t>Десь 20–25 тисяч доларів.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Дякую. На який email Марті надіслати вам пропозицію?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Гостя: </w:t>
      </w:r>
      <w:r>
        <w:rPr>
          <w:rFonts w:ascii="Calibri" w:hAnsi="Calibri" w:cs="Calibri" w:eastAsia="Calibri"/>
          <w:b w:val="0"/>
          <w:color w:val="15131F"/>
          <w:sz w:val="21"/>
        </w:rPr>
        <w:t>anna.w@example.com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Дякую, Анно. Ваша заявка: Aurora з екіпажем, з 10 по 17 липня 2027, з Tidewell Harbor, 8 дорослих і 2 дитини, вартість чартеру близько 20 000–25 000 $. Це заявка, а не бронювання. Марта перевірить наявність і надішле вам пропозицію на email до завтрашнього полудня.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Гостя: </w:t>
      </w:r>
      <w:r>
        <w:rPr>
          <w:rFonts w:ascii="Calibri" w:hAnsi="Calibri" w:cs="Calibri" w:eastAsia="Calibri"/>
          <w:b w:val="0"/>
          <w:color w:val="15131F"/>
          <w:sz w:val="21"/>
        </w:rPr>
        <w:t>Чудово, дякую!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Марта (чартери): </w:t>
      </w:r>
      <w:r>
        <w:rPr>
          <w:rFonts w:ascii="Calibri" w:hAnsi="Calibri" w:cs="Calibri" w:eastAsia="Calibri"/>
          <w:b w:val="0"/>
          <w:color w:val="15131F"/>
          <w:sz w:val="21"/>
        </w:rPr>
        <w:t>Доброго ранку, Анно. Це Марта. Aurora вільна з 10 по 17 липня 2027, пропозиція з ціною та умовами вже у вас на пошті. Я притримую яхту для вас до п’ятниці, 16 жовтня. Бронювання буде підтверджено, щойно ми отримаємо підписаний договір і передоплату.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Нотатка передачі, надіслана Марті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Заявка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Чартер яхти, для Марти (чартери)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Заявка, не підтверджено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Яхта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Aurora, з екіпажем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Дати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Сб 10 – сб 17 липня 2027, 7 ночей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Порти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Tidewell Harbor, з поверненням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Гості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8 дорослих, 2 дитини (9 і 12 років)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Бюджет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20 000–25 000 $ за чартер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Бракує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Нічого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Мова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Англійська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Контакт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Анна В., anna.w@example.com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Обіцяна відповідь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полудня, середа, 7 жовтня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Від заявки до бронювання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Коли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Крок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 21:14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Перше повідомлення в чаті на сайті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 21:18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Нотатку передано Марті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Передано менеджеру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 9:05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Наявність перевірено, пропозицію надіслано на email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Пропозицію надіслано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пт 16 жовтня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Підписаний договір і передоплата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Підтверджено менеджером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Вигаданий приклад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Обов’язкові поля для заявок на готель, захід, тур і чартер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Проживання в готелі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Група або захід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Тур або активність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Чартер яхти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Заїзд і виїзд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заходу й запасна дата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й час початку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Дати початку й завершення, на день чи з ночівлею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Люди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Дорослі, діти та вік дітей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Гості й номери на ніч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Учасники й вік дітей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Гості на борту в межах ліміту яхти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Варіант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Кількість і тип номерів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Розсадка, кейтеринг і додаткові послуги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Груповий чи приватний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Яхта або тип, з екіпажем чи без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Місце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потрібно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потрібно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Трансфер або місце зустрічі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Порт відправлення й прибуття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 ніч, діапазоном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Загалом або на особу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Прайс-лист, приватні тури прораховують окремо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Вартість чартеру, додаткові витрати окремо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Додаткова перевірка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Особливі побажання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Хто вирішує і до якого терміну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Нотатки щодо безпеки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Посвідчення шкіпера для чартеру без екіпажу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Заявки на бронювання, які потребують іншої відповіді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Ситуації, у яких простий скрипт не спрацьовує, і що в них каже AI.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Гість хоче спершу знати ціну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Не відмовляйте й не вгадуйте загальну суму. Назвіть початкову ціну й скажіть, від чого вона залежить.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Номери від [ціна] за ніч. Точна ціна залежить від ваших дат, тож уточню дві деталі, і [ім’я] надішле вам розрахунок.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Гість хоче заплатити зараз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Оплата — лише після підтвердження людиною. З тарифу Launch менеджер може надіслати з CRMsoftware.pro комерційну пропозицію, договір з електронним підписом або посилання для оплати.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Дякую. Щойно ваші дати підтвердять, [ім’я] надішле пропозицію з безпечним способом оплати.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Пише організатор або агент від імені клієнта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Той, хто пише, може не бути тим, хто подорожує чи платить.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Бронювання буде на ваше ім’я чи на ім’я клієнта? І кому надіслати пропозицію?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Заявка надходить уночі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Зберіть усе одразу й пообіцяйте час відповіді. Гостю не доведеться писати вдруге.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каже: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повернеться о [9:00]. Вашу заявку збережено, і [ім’я] відповість до [11:00].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З тарифу Launch розділ «Бронювання» із синхронізацією календаря дає гостям змогу обрати час для дзвінка чи огляду на місці. Номери, місця й яхти, як і раніше, підтверджує ваша команда.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Налаштуйте скрипт обробки заявок на бронювання за 4 кроки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Оберіть типи бронювання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Залиште вкладки для того, що ви продаєте, а також вкладки 5–8.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Заповніть дужки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Номери й ціни, зали, час турів і вікові обмеження, яхти, порти та імена всіх менеджерів. Закриті дати й ліміти гостей додайте в базу знань.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Додайте правило про заявку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Вставте формулювання з вкладки 7 в інструкції AI.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Протестуйте й переглядайте щотижня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Надішліть п’ять тестових заявок, зокрема одну з прогалинами й одну іншою мовою. Переглядайте журнал щотижня.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«Мої боти», виберіть бота й на вкладці «Основи» вставте в поле «Інструкції» свої питання, правило про заявку й менеджерів. Ціни, закриті дати й ліміти гостей додайте в поле «База знань».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вкладці «Поведінка» увімкніть «Збирати дані користувачів», щоб запитувати ім’я та контакт до початку чату.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 вкладці «Підключення» увімкніть «Надсилати сповіщення поштою» і додайте менеджерів у «Призначені користувачі». Також увімкніть push-сповіщення.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Натисніть «Зберегти зміни» й надішліть тестову заявку в попередньому перегляді «Спробуйте Bot». Підхопіть її в розділі «Онлайн-підтримка», де статус зміниться з «Очікує агента» на «Завершена».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У вхідних лідах одним кліком перетворіть заявку на захід чи чартер на контакт, компанію й угоду.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Тариф Free включає AI-чат, базову версію бази знань, обмежені вхідні ліди й 1 воронку. Передача людині зі сповіщеннями email і push — з тарифу Launch, 19 $ на місяць при оплаті за рік, 8 користувачів. CRMsoftware.pro не підключається до систем бронювання готелів і не перевіряє наявність: кожне бронювання підтверджує ваша команда.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Щотижневий перегляд заявок, 15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Бракує даних: яке питання гості пропускають?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той менеджер: чи називає нотатка передачі потрібну людину?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Будь-який чат, де AI написав «заброньовано» чи «підтверджено»: виправте інструкції того ж дня.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прикладу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https://crmsoftware.pro/ua/templates/hospitality-lead-qualification-script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Скрипт обробки заявок на бронювання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