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Інструкція передачі чату від AI до людини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Сім тригерів передачі чату від AI до людини з готовими повідомленнями, нотаткою передачі, цілями часу відповіді та планом на неробочий час.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Замініть кожне слово в [дужках] своїми даними, видаліть зайві тригери, а решту вставте в інструкції AI.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Тригери передачі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Просить людину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Пріоритет: Високий · Відповісти за: 10 хв · Кому передати: Хто зараз чергує в чаті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коли: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Клієнт просить людину, оператора, менеджера або дзвінок.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Пише «людина», «живий оператор» або «зупиніть бота».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Повторює те саме питання після відповіді AI.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Звісно. Я передаю цей чат [колезі] просто зараз разом з усім, що ви розповіли, тож повторювати не доведеться. Очікувана відповідь: протягом [10 хвилин].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нікого немає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зараз не на зв’язку. Я зберіг ваше повідомлення, і [колега] відповість тут до [часу]. Якщо терміново, телефонуйте [номер].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Ніколи не сперечайтеся з цим проханням і не питайте «чому». Передавайте одразу, а AI нехай мовчить, доки не відповість людина.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AI не може відповісти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Пріоритет: Звичайний · Відповісти за: 15 хв · Кому передати: Експерт із продукту чи послуги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коли: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Відповіді немає в базі знань.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AI відповів двічі, а клієнт питає те саме.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Питання потребує рішення, винятку або індивідуального розрахунку.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Хочу відповісти точно, тому прошу [колегу] допомогти. Він бачить наш чат і відповість тут протягом [15 хвилин].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нікого немає онлайн: </w:t>
      </w:r>
      <w:r>
        <w:rPr>
          <w:rFonts w:ascii="Calibri" w:hAnsi="Calibri" w:cs="Calibri" w:eastAsia="Calibri"/>
          <w:b w:val="0"/>
          <w:color w:val="15131F"/>
          <w:sz w:val="21"/>
        </w:rPr>
        <w:t>У мене немає перевіреної відповіді, а команда зараз не на зв’язку. [Колега] відповість тут до [часу] з подробицями.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Записуйте кожне питання, на яке AI не відповів. Додайте відповідь у базу знань, і цей тригер спрацьовуватиме рідше.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Невдоволений клієнт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Пріоритет: Високий · Відповісти за: 5 хв · Кому передати: Керівник команди або відповідальний за клієнта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коли: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Різкі слова, великі літери або багато повідомлень поспіль.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Скарга на невиконану обіцянку, затримку чи поганий сервіс.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Клієнт каже, що залишить поганий відгук або скасує замовлення.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Мені шкода, що так сталося. Підключаю [колегу], який може це виправити, і вже передав подробиці, тож пояснювати знову не доведеться. Очікувана відповідь: протягом [5 хвилин].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нікого немає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Мені шкода, що так сталося. Команда зараз не на зв’язку, і я позначив ваше повідомлення як термінове. [Колега] зв’яжеться з вами до [часу].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Хто підхоплює чат, має почати з вибачення та одного конкретного кроку, а не з питань, які AI вже поставив.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Оплата, повернення чи скасування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Пріоритет: Високий · Відповісти за: 15 хв · Кому передати: Власник або відповідальний за рахунки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коли: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Повернення коштів, чарджбек, подвійне списання чи помилка в рахунку.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Скасування, зниження тарифу або пауза плану чи замовлення.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Прохання про знижку або зміну умов оплати.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Платежі має перевірити людина, тому я передаю це [колезі]. Він відповість тут протягом [15 хвилин]. Будь ласка, не надсилайте номер картки в цей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нікого немає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Питання оплати потребують людини, а команда зараз не на зв’язку. [Колега] відповість до [часу]. До того нічого не буде списано чи скасовано.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AI ніколи не обіцяє повернення коштів, знижку чи дату скасування. Він збирає факти й передає розмову.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Готовий купити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Пріоритет: Високий · Відповісти за: 5 хв · Кому передати: Відповідальний за продаж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коли: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Лід просить кошторис, договір, демо або дзвінок.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Бюджет, терміни й особа, що ухвалює рішення, підтверджені.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Велике чи нестандартне замовлення, яке AI не може оцінити.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цим займається [колега], і він уже підключається. Він бачить ваші дані й відповість тут протягом [5 хвилин].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нікого немає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усе збережено. [Колега] зв’яжеться з вами до [часу]. Також можна записатися на дзвінок тут: [посилання на запис].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Тут вирішує швидкість: ліди, з якими зв’язалися протягом години, набагато частіше стають кваліфікованими. Надішліть посилання на запис, якщо ніхто не встигає відповісти.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Делікатна чи ризикована тема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Пріоритет: Високий · Відповісти за: 30 хв · Кому передати: Власник або менеджер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коли: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Юридичні погрози, травми, питання безпеки чи здоров’я.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Запити видалити, вивантажити чи змінити персональні дані.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Усе, що AI не має обіцяти чи вирішувати.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Тут потрібна людина з нашої команди, тому я передаю це [колезі] разом із нашою розмовою. Він відповість тут протягом [30 хвилин].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нікого немає онлайн: </w:t>
      </w:r>
      <w:r>
        <w:rPr>
          <w:rFonts w:ascii="Calibri" w:hAnsi="Calibri" w:cs="Calibri" w:eastAsia="Calibri"/>
          <w:b w:val="0"/>
          <w:color w:val="15131F"/>
          <w:sz w:val="21"/>
        </w:rPr>
        <w:t>Тут потрібна людина, а команда зараз не на зв’язку. [Колега] відповість до [часу]. Якщо комусь загрожує небезпека, телефонуйте на місцевий номер екстрених служб.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Внесіть ці теми в інструкції AI як «ніколи не відповідати, завжди передавати», щоб AI не намагався допомогти сам.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Помилка чи доступ до акаунта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Пріоритет: Звичайний · Відповісти за: 30 хв · Кому передати: Підтримка або технічний відповідальний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коли: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Клієнт не може увійти, оплатити чи скористатися функцією.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Повідомлення про помилку, скриншот бага або зламана сторінка.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Проблема з’явилася після змін на вашому боці.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Дякую за подробиці. Передаю це [колезі], який може перевірити ваш акаунт. Він відповість тут протягом [30 хвилин].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нікого немає онлайн: </w:t>
      </w:r>
      <w:r>
        <w:rPr>
          <w:rFonts w:ascii="Calibri" w:hAnsi="Calibri" w:cs="Calibri" w:eastAsia="Calibri"/>
          <w:b w:val="0"/>
          <w:color w:val="15131F"/>
          <w:sz w:val="21"/>
        </w:rPr>
        <w:t>Я зберіг подробиці та скриншот. Команда зараз не на зв’язку, і [колега] відповість до [часу] з новинами.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Попросіть AI зібрати текст помилки, сторінку, пристрій і скриншот перед передачею. Це заощадить коло питань.</w:t>
      </w:r>
    </w:p>
    <w:p>
      <w:pPr>
        <w:spacing w:after="120"/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Тригер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Пріоритет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Відповісти за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Кому передати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1. Просить людину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 хв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Хто зараз чергує в чаті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2. AI не може відповісти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Звичайний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 хв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Експерт із продукту чи послуги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3. Невдоволений клієнт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хв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Керівник команди або відповідальний за клієнта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4. Оплата, повернення чи скасування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 хв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Власник або відповідальний за рахунки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5. Готовий купити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хв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продаж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6. Делікатна чи ризикована тема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хв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Власник або менеджер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7. Помилка чи доступ до акаунта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Звичайний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хв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Підтримка або технічний відповідальний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Нотатка передачі: що передати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Ім’я клієнта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Email або телефон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Канал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Причина передачі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Чого хоче, одним рядком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Що AI вже відповів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Обіцяний час відповіді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Мова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Посилання на розмову</w:t>
      </w:r>
    </w:p>
    <w:p>
      <w:pPr>
        <w:spacing w:after="12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Коли нікого немає онлайн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Передача, на яку ніхто не відповідає, гірша, ніж її відсутність. Виберіть правило для кожного випадку й додайте повідомлення в інструкції AI.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Поза робочим часом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Скажіть, коли команда повернеться, і пообіцяйте час відповіді. Збережіть подробиці, щоб ніхто не питав двічі.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повернеться о [9:00]. [Колега] відповість тут до [10:00].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Усі зайняті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Назвіть реальний час очікування. Якщо він довший за ціль, запропонуйте зворотний дзвінок або посилання на запис.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Ми допомагаємо іншим клієнтам. [Колега] відповість протягом [20 хвилин], або запишіться на дзвінок тут: [посилання].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Відповідальний відсутній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Призначте заступника для кожного тригера. Передача йде заступнику, а не в порожні вхідні.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[Заступник] сьогодні замінює [колегу] і відповість протягом [15 хвилин].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Заповнений приклад: Передача за 6 хвилин, яка зберегла клієнта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Клієнт вигаданої ремонтної компанії просить людину. AI передає чат із нотаткою, і колега відповідає в тому самому чаті.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Я записався на виїзд на завтра, але ніхто не підтвердив. Можна поговорити з живою людиною?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Звісно. Я передаю цей чат Кім просто зараз разом з усім, що ви розповіли, тож повторювати не доведеться. Очікувана відповідь: протягом 10 хвилин.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Поки чекаєте: 555-0142 досі найкращий номер, щоб з вами зв’язатися?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Так, це мій мобільний.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Кім, команда: </w:t>
      </w:r>
      <w:r>
        <w:rPr>
          <w:rFonts w:ascii="Calibri" w:hAnsi="Calibri" w:cs="Calibri" w:eastAsia="Calibri"/>
          <w:b w:val="0"/>
          <w:color w:val="15131F"/>
          <w:sz w:val="21"/>
        </w:rPr>
        <w:t>Вітаю, Оуене, це Кім. Вибачте за незручності. Ваш виїзд підтверджено на завтра о 9:00 з Деном, і я щойно надіслала підтвердження вам на пошту. Чим ще можу допомогти?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дякую!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Нотатка передачі для Кім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Клієнт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Оуен П., оновлення ванної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Контакт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owen@example.com, 555-0142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Канал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Просить людину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Хоче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Підтвердження завтрашнього виїзду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AI вже сказав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Виїзд є в календарі, підтвердження не надсилали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Обіцяна відповідь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10 хвилин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Пріоритет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Високий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Час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Передача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14:02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Перша відповідь людини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14:08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Час до відповіді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хв, ціль 10 хв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Очікує агента, потім завершена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клієнти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Налаштуйте передачу за 5 кроків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Складіть список тригерів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Почніть із 7 тригерів на цій сторінці й видаліть зайві. Додайте теми, на які AI ніколи не повинен відповідати.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Напишіть повідомлення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Одне повідомлення передачі й одне для неробочого часу на кожен тригер. Завжди кажіть, хто відповість і коли.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Призначте відповідальних і цілі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Відповідальний і заступник для кожного тригера та ціль часу відповіді, яку команда може тримати щодня.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Визначте нотатку передачі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Поля, потрібні колезі, щоб відповісти без повторних питань: хто, чого хоче, що сказав AI, обіцяний час.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Переглядайте щотижня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Перевіряйте запізнілі відповіді й найчастіші тригери. Додавайте відсутні відповіді в базу знань, щоб людина була потрібна рідше.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«Мої боти», виберіть бота й вставте тригери та повідомлення в поле «Інструкції» на вкладці «Основи».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вкладці «Поведінка» увімкніть «Збирати дані користувачів», щоб до передачі у вас були ім’я та контакт.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 вкладці «Підключення» увімкніть «Надсилати сповіщення поштою», щоб отримувати лист, коли чату потрібна людина, і додайте колег у «Призначені користувачі».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Увімкніть web push або сповіщення мобільного застосунку, щоб запити на передачу надходили одразу.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Відкрийте чат в «Онлайн-підтримці», підхопіть його й відповідайте. Статус зміниться з «Очікує агента» на «Завершена».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Передача людині та єдині вхідні є з тарифу Launch. Growth додає збережені відповіді й автопереклад у вхідних.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Щотижневий перегляд передач, 15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Запізнілі відповіді: відповідальний був відсутній чи ціль надто коротка?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Найчастіші тригери: які питання варто додати в базу знань?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Чати, що чекали: чи всі клієнти отримали обіцяну відповідь?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Повідомлення AI: чи не доводилося клієнтам повторюватися після передачі?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Невдоволені клієнти: чи вирішено проблему й чи було повторне звернення?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Копіюйте, змінюйте й використовуйте у своєму бізнесі.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https://crmsoftware.pro/ua/templates/human-handover-playbook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Інструкція передачі чату від AI до людини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