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моделі скорингу лідів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Модель із 9 критеріїв на 100 балів з аркушем BANT, штрафними балами, стоп-факторами, категоріями з відповідальними й часом відповіді, скоркартою угоди, згасанням балу, щомісячним калібруванням і питаннями для AI-агента.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слова в дужках своїм діапазоном розміру, регіоном, послугами, мінімальною ціною та іменами. Оцінюйте кожного нового ліда за 2 хвилини за тим, що він сказав, а потім дотримуйтеся відповідального й часу відповіді для його категорії. Раз на місяць порівнюйте категорії з виграними й програними угодами у файлі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моделі скорингу лідів: бали відповідності й наміру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Разом: 100 балів · Відповідність: 40 балів · Намір: 60 балів · Правило доказів: Оцінюйте те, що сказав лід, а не те, що ви припускаєте. Відома назва компанії — не доказ бюджету.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Оцінюйте кожного нового ліда за 2 хвилини за тим, що він сказав у чаті, формі чи під час дзвінка. Бали відповідності: хто це. Бали наміру: що йому потрібно і коли.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Бали відповідності: хто це (40)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Критерій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Повні бали, якщо лід каже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Половина балів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Розмір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Розмір у межах [вашого діапазону], наприклад від 5 до 50 працівників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Близько до діапазону або «приблизно»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Регіон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Розташування у [вашому регіоні]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Незабаром переїде туди, або віддалена робота, яку ви можете виконати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Послуга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Потрібна [послуга, яку ви продаєте]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Потрібна вона плюс робота, якої ви не виконуєте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Системи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Користується [інструментами чи системами, з якими ви працюєте]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знає точно, якими саме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Бали наміру: що сказав лід (60)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Критерій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Повні бали, якщо лід каже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Половина балів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Потреба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Конкретна проблема його власними словами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Загальний інтерес: «дивимося варіанти»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старту або дедлайн протягом [60] днів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[6] місяців або «скоро»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Докази бюджету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Сума, діапазон або поточні витрати, що відповідають [вашій мінімальній ціні]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Покриває частину роботи або «залежить від ціни»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Повноваження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Ухвалює рішення сам, або той, хто вирішує, долучається до наступного дзвінка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Називає, хто вирішує, але ця людина ще не залучена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Просить дзвінок, ціну або пропозицію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Погоджується, коли ви пропонуєте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Оцінка за 2 хвилини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Прочитайте один раз: Прочитайте чат, форму або нотатки дзвінка. Скопіюйте точні слова ліда про потребу, терміни, бюджет і повноваження.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Виберіть рівень для кожного рядка: Чітко: повні бали. Частково: половина балів. Не сказано: 0, і рядок потрапляє до списку питань без відповіді.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Відніміть і зупиніться: Відніміть штрафні бали (вкладка 03). Будь-який стоп-фактор завершує оцінку: категорія X.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Розподіліть ліда: Знайдіть категорію, відповідального й час «відповісти до» (вкладка 04). Запишіть бал і категорію в картці ліда.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Тримайте 6–10 критеріїв: </w:t>
      </w:r>
      <w:r>
        <w:rPr>
          <w:rFonts w:ascii="Calibri" w:hAnsi="Calibri" w:cs="Calibri" w:eastAsia="Calibri"/>
          <w:b w:val="0"/>
          <w:color w:val="5D5A70"/>
          <w:sz w:val="21"/>
        </w:rPr>
        <w:t>Кожен зайвий рядок забирає час і додає шуму. Додаєте один — приберіть інший і тримайте суму 100, щоб бали можна було порівнювати.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давайте балів за: </w:t>
      </w:r>
      <w:r>
        <w:rPr>
          <w:rFonts w:ascii="Calibri" w:hAnsi="Calibri" w:cs="Calibri" w:eastAsia="Calibri"/>
          <w:b w:val="0"/>
          <w:color w:val="5D5A70"/>
          <w:sz w:val="21"/>
        </w:rPr>
        <w:t>Здогадку, Лише посаду, Відкриття листів, Перегляди сторінок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Кваліфікація BANT: докази для кожної відповіді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Час на ліда: 2 хвилини · Правило: Немає цитати — немає балів. Припущення отримує 0, доки лід його не підтвердить.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Один аркуш на ліда. Доказ — це те, що сказав лід, у лапках. Усе, у що ви вірите, але чого не чули, іде в стовпець «Припущення» й отримує 0.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Аркуш BANT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Доказ: слова ліда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Припущення для перевірки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Докази бюджету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[слова ліда про бюджет або поточні витрати]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 що ви вірите]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6 або 12]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Повноваження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[слова ліда про те, хто вирішує]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[хто ще може бути залучений]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5 або 10]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Потреба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[слова ліда про проблему]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[причина, яку ви підозрюєте]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8 або 16]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[слова ліда про дату, дедлайн або подію]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[чому ця дата важлива]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8 або 16]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без відповіді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[кожен рядок із 0 або половиною балів]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Поставте під час наступного контакту, по одному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Докази бюджету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Сума, діапазон або те, скільки лід платить зараз.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«Ціна не проблема» без конкретної суми.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Щоб запропонувати вам відповідний варіант: скільки ви зараз витрачаєте на [це] або на який бюджет розраховуєте?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Повноваження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«Я вирішую» або названа людина, яка погоджується долучитися до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Лише висока посада.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Хто ще братиме участь у рішенні? Будемо раді бачити їх на дзвінку.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Потреба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Проблема, скільки вона коштує ліду або що спонукало до пошуку.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«Просто дивимося варіанти».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Чому ви шукаєте допомогу з [цим] саме зараз?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Терміни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Дата, дедлайн або подія, наприклад закінчення договору.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зараховується: </w:t>
      </w:r>
      <w:r>
        <w:rPr>
          <w:rFonts w:ascii="Calibri" w:hAnsi="Calibri" w:cs="Calibri" w:eastAsia="Calibri"/>
          <w:b w:val="0"/>
          <w:color w:val="5D5A70"/>
          <w:sz w:val="21"/>
        </w:rPr>
        <w:t>«Скоро» або «якнайшвидше» без дати.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Чи є дата, до якої це має запрацювати?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запитайте про потребу: </w:t>
      </w:r>
      <w:r>
        <w:rPr>
          <w:rFonts w:ascii="Calibri" w:hAnsi="Calibri" w:cs="Calibri" w:eastAsia="Calibri"/>
          <w:b w:val="0"/>
          <w:color w:val="5D5A70"/>
          <w:sz w:val="21"/>
        </w:rPr>
        <w:t>Питайте про потребу раніше, ніж про бюджет. Питання про бюджет звучить природно, коли лід уже пояснив проблему.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Питання без відповіді йдуть у: </w:t>
      </w:r>
      <w:r>
        <w:rPr>
          <w:rFonts w:ascii="Calibri" w:hAnsi="Calibri" w:cs="Calibri" w:eastAsia="Calibri"/>
          <w:b w:val="0"/>
          <w:color w:val="5D5A70"/>
          <w:sz w:val="21"/>
        </w:rPr>
        <w:t>Наступну відповідь, План дзвінка, Нотатки ліда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Штрафні бали та стоп-фактори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Дискваліфіковано: Категорія X · Статус ліда: Спам · Відповідальний: [ім’я] надсилає ввічливу відмову протягом 2 робочих днів.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Штрафні бали знижують бал, який добре виглядає на папері. Стоп-фактор завершує оцінку: лід отримує категорію X, ввічливу відповідь і статус «Спам» (так застосунок позначає нецільових лідів), хоч би скільки було балів.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Штрафні бали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Сигнал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Приклад словами ліда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Лише порівнює ціни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«Просто надішліть вашу найнижчу ціну». Жодних подробиць.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Далекий старт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«Може, наступного року». Старт більш ніж через [6] місяців.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 нижчий за ваш мінімум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«Максимум [сума]». Менше за [ваш мінімум], але більше за його половину.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Умови, яких ви не пропонуєте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Просить [гарантію, дедлайн або договір], яких ви не можете дати.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Стоп-фактори: категорія X, хоч би який був бал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Стоп-фактор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робити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покупець: шукач роботи, постачальник, конкурент, спам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Коротка відповідь або жодної для спаму.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Хоче послугу, якої ви не продаєте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Ввічлива відмова, порадьте іншу компанію.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Поза регіоном, який ви обслуговуєте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Ввічлива відмова з поясненням причини.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 менший за половину [вашого мінімуму]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Ввічлива відмова. Запропонуйте [дешевший варіант], якщо він є.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з ввічливою відмовою: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Дякуємо, що розповіли про [вашу потребу]. Ми спеціалізуємося на [що ви робите і для кого], тож для [вашого запиту] ми, на жаль, не найкращий вибір. [Інший варіант чи компанія, якщо знаєте.]</w:t>
        <w:br/>
        <w:br/>
        <w:t>Якщо щось зміниться, будемо раді почути вас знову.</w:t>
        <w:br/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 причину: </w:t>
      </w:r>
      <w:r>
        <w:rPr>
          <w:rFonts w:ascii="Calibri" w:hAnsi="Calibri" w:cs="Calibri" w:eastAsia="Calibri"/>
          <w:b w:val="0"/>
          <w:color w:val="5D5A70"/>
          <w:sz w:val="21"/>
        </w:rPr>
        <w:t>Кожна категорія X і кожен штрафний бал отримують причину в один рядок у нотатках ліда. Причини показують, яких лідів ваш сайт приваблює помилково.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Категорії з порогами, відповідальними й часом відповіді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Категорія A: 1 робоча година · Чому перша година: Фірми, які намагалися зв’язатися з лідом протягом години, мали майже в 7 разів більше шансів кваліфікувати його, ніж ті, що спробували на годину пізніше.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Кожна категорія має діапазон балів, відповідального, час відповіді в робочих годинах і статус у розділі «Ліди».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Таблиця категорій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Категорія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Відповідальний, відповісти протягом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Дія і статус ліда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A: 70–100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[старший продавець або власник], 1 робоча година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Подзвоніть або запропонуйте два варіанти часу зустрічі. Статус: «Кваліфікований».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B: 45–69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з продажів], 4 робочі години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Поставте питання без відповіді, запропонуйте один наступний крок. Статус: «У роботі».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C: 0–44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[відповідальний за прогрів], 1 робочий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Надішліть один корисний матеріал, нагадайте про себе через 30 днів. Статус: «У роботі».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X: будь-який стоп-фактор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[ім’я], 2 робочі дні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Ввічлива відмова з поясненням причини. Статус: «Спам».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Лід A: перша 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Це [ваше ім’я] з компанії [назва компанії]. Дякую за подробиці щодо [вашого запиту]. Ми можемо допомогти з цим до [вашого дедлайну]. Чи зручно вам поговорити [20] хвилин [день] о [час] або [день] о [час]? [Ім’я того, хто ухвалює рішення] теж може долучитися.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Лід B: перша 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Дякую, що звернулися до [назва компанії] щодо [вашого запиту]. Щоб запропонувати відповідний варіант, маю два короткі питання: [питання без відповіді 1]? І [питання без відповіді 2]? Після цього надішлю вам [діапазон цін або два варіанти часу для дзвінка].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Лід C: перша 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 Дякую за інтерес до [назва компанії]. Ви плануєте почати [ваші терміни], тож ось [посібник, чекліст або прайс-лист], який допоможе з [вашим запитом]: [посилання]. Я напишу вам [дата]. Якщо щось зміниться раніше, просто відповідайте тут.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Кожен лід отримує відповідь, зокрема ліди X.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Поза робочим часом відлік починається з відкриття наступного робочого дня.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Якщо відповідального немає, ліда бере [ім’я заступника]. Записуйте час першої відповіді.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 кожної категорії є: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Відповідальний, Заступник, Дедлайн, Статус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Скоркарта угоди: беремо чи ні, перш ніж писати пропозицію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Беремо, лише якщо: Пройдено 4 з 4 · Відповідальний: Відповідальний за угоду заповнює скоркарту протягом 1 робочого дня після першого дзвінка.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Заповнюйте її після першого дзвінка, перш ніж писати комерційну пропозицію. Беремо, лише коли всі чотири частини пройдено.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Скоркарта угоди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Частина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перевірити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Пройдено, якщо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Ознаки відповідності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Розмір, регіон, послуга, системи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[30] або більше балів відповідності з 40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[бали]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Стоп-фактори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Будь-який стоп-фактор чи негативний сигнал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Жодного стоп-фактора; не більше [-10] штрафних балів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[немає або який]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Докази покупця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Бюджет, повноваження, потреба, терміни словами покупця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Усі чотири щонайменше на половину балів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[слова покупця]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Крок із датою, на який погодився покупець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Дата, час і хто долучиться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[дата й час]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Рішення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Беремо або не беремо, з причиною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Беремо: усі чотири частини пройдено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[беремо чи ні]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Беремо: конвертуйте в угоду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Конвертуйте ліда в угоду з вартістю угоди та словами покупця в нотатках.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Заплануйте наступний крок як завдання з дедлайном.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Не беремо: зупиніться або прогрівайте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дзвінку виявився стоп-фактор: ввічлива відмова, статус «Спам».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Бракує доказів покупця: попросіть їх ще раз, потім переведіть ліда в C з датою нагадування.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Наступного кроку не погоджено: поки що не пишіть пропозицію.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про наступний крок, якщо беремо: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 за ваш час сьогодні. Підсумок нашої розмови: [потреба вашими словами], до [дата], бюджет [сума або діапазон]. Рішення ухвалює [ім’я того, хто вирішує].</w:t>
        <w:br/>
        <w:br/>
        <w:t>Наступний крок: [пропозиція або зустріч] [день, дата] о [час]. Якщо щось тут неточно, просто напишіть у відповідь, і я виправлю це заздалегідь.</w:t>
        <w:br/>
        <w:br/>
        <w:t>[ваше ім’я]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Згасання балу та щомісячне калібрування за виграними й програними угодами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Згасання: -5 балів на тиждень · Перевірка: Щомісяця · Мінімум даних: 20 закритих лідів · Відповідальний: [ім’я] проводить перевірку й записує кожну зміну ваг.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Намір слабшає, коли лід замовкає, а ваги поступово відходять від того, що справді приносить виграші. Дві регулярні процедури тримають модель чесною.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Згасання балу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Відповідність не згасає: Розмір, регіон, послуга й системи лишаються, доки лід не скаже, що щось змінилося.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Намір втрачає 5 балів на тиждень: За кожні 7 днів без відповіді від ліда відніміть 5 балів, але не більше за всі бали наміру.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Змініть категорію, коли бал падає: Коли поточний бал опускається в нижчу категорію, діють відповідальний і дія цієї категорії.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Переоцініть після будь-якої відповіді: Оцініть намір за новим повідомленням і почніть відлік заново.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Щомісячне калібрування: перший [понеділок] місяця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Заповніть результати: Позначте кожного ліда «Виграно» або «Програно», коли його закрито. Відкриті ліди лишаються порожніми.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Перевірте частку виграшів за категоріями: A має вигравати частіше за B, а B частіше за C. Якщо ні, виправте пороги або ваги.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Перевірте кожен критерій: Порівняйте частку балів, яку отримали за ним виграні й програні ліди. Різниця менше 10 пунктів: знизьте вагу. 30 пунктів або більше: підвищте.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Змінюйте потроху: Змінюйте не більше 2 ваг, кожну щонайбільше на 5 балів. Тримайте суму 100 і записуйте дату.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Дочекайтеся даних: Змінюйте ваги, лише коли є 20 або більше закритих лідів.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перевірте лідів A: </w:t>
      </w:r>
      <w:r>
        <w:rPr>
          <w:rFonts w:ascii="Calibri" w:hAnsi="Calibri" w:cs="Calibri" w:eastAsia="Calibri"/>
          <w:b w:val="0"/>
          <w:color w:val="5D5A70"/>
          <w:sz w:val="21"/>
        </w:rPr>
        <w:t>Перевірте, яка частка лідів A отримала відповідь протягом 1 робочої години. Ідеальний бал марний, якщо ніхто не дзвонить.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Як AI-агент ставить питання для скорингу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Питань: Не більше 6 · Хто що робить: Агент збирає слова. Людина оцінює ліда й ставить категорію.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AI-агент ставить питання в чаті по одному й пише підсумок доказів. За ним людина оцінює ліда за 2 хвилини.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кваліфікації для «Інструкцій»: </w:t>
      </w:r>
      <w:r>
        <w:rPr>
          <w:rFonts w:ascii="Calibri" w:hAnsi="Calibri" w:cs="Calibri" w:eastAsia="Calibri"/>
          <w:b w:val="0"/>
          <w:color w:val="15131F"/>
          <w:sz w:val="21"/>
        </w:rPr>
        <w:t>ПРАВИЛА КВАЛІФІКАЦІЇ</w:t>
        <w:br/>
        <w:t>1. Спочатку дай відповідь на питання відвідувача. Потім постав до 6 коротких питань, по одному в повідомленні, у такому порядку: з чим потрібна допомога, розмір компанії та місцезнаходження, [система чи програма, якою вони користуються], коли це потрібно, бюджет або поточні витрати, хто ухвалює рішення.</w:t>
        <w:br/>
        <w:t>2. Пропускай питання, на які відвідувач уже відповів.</w:t>
        <w:br/>
        <w:t>3. Питай про бюджет лише після потреби й поясни навіщо: щоб ми могли запропонувати відповідний варіант. Ціни бери лише з бази знань.</w:t>
        <w:br/>
        <w:t>4. Якщо відвідувач просить дзвінок або ціну, запропонуй [наступний крок] і попроси найзручніший номер телефону чи email.</w:t>
        <w:br/>
        <w:t>5. Ніколи не називай відвідувачу бал чи категорію і не кажи, що його кваліфікують. Ніколи не обіцяй ціну, знижку чи дату початку робіт.</w:t>
        <w:br/>
        <w:t>6. Якщо відвідувач шукає роботу, пропонує свої послуги як постачальник або хоче [послугу, якої ми не надаємо], подякуй і скажи: «[фраза ввічливої відмови]»</w:t>
        <w:br/>
        <w:t>7. Заверши фразою: «[назва команди] відповідає протягом [1 робочого дня], часто швидше.»</w:t>
        <w:br/>
        <w:t>8. Напиши підсумок для команди: Потреба, Терміни, Бюджет, Повноваження — кожне словами відвідувача або «не сказано», потім Питання без відповіді.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Перевірте: 4 повідомлення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Відвідувач пише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Пройдено, якщо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коштує [послуга]?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Відповідає з бази знань, потім питає про потребу.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Нам потрібна людина до [дата], бюджет близько [сума].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питає вдруге про терміни чи бюджет.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Який у мене бал ліда?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називає ні балу, ні категорії.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Можете гарантувати старт наступного понеділка?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обіцяє дати, пропонує [наступний крок].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доказів, який пише агент: </w:t>
      </w:r>
      <w:r>
        <w:rPr>
          <w:rFonts w:ascii="Calibri" w:hAnsi="Calibri" w:cs="Calibri" w:eastAsia="Calibri"/>
          <w:b w:val="0"/>
          <w:color w:val="15131F"/>
          <w:sz w:val="21"/>
        </w:rPr>
        <w:t>Підсумок ліда</w:t>
        <w:br/>
        <w:t>Потреба: «[слова ліда]»</w:t>
        <w:br/>
        <w:t>Терміни: «[слова ліда]» або не сказано</w:t>
        <w:br/>
        <w:t>Бюджет: «[слова ліда]» або не сказано</w:t>
        <w:br/>
        <w:t>Повноваження: «[слова ліда]» або не сказано</w:t>
        <w:br/>
        <w:t>Компанія: [розмір], [місцезнаходження], [система]</w:t>
        <w:br/>
        <w:t>Просить: [дзвінок, ціну або пропозицію]</w:t>
        <w:br/>
        <w:t>Питання без відповіді: [список]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в чаті: </w:t>
      </w:r>
      <w:r>
        <w:rPr>
          <w:rFonts w:ascii="Calibri" w:hAnsi="Calibri" w:cs="Calibri" w:eastAsia="Calibri"/>
          <w:b w:val="0"/>
          <w:color w:val="5D5A70"/>
          <w:sz w:val="21"/>
        </w:rPr>
        <w:t>Бал, Категорія, Знижка, Дата старту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Лід, оцінений за 2 хвилини: від чату до категорії 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Ось цей шаблон моделі скорингу лідів, заповнений для одного ліда. Juniper Ledger, вигадана бухгалтерська фірма з Денвера (Колорадо), отримує чат на сайті у вівторок, 6 жовтня 2026 року, о 10:14. AI-агент ставить питання, Бен оцінює ліда о 10:25, і лід категорії A переходить до Рози, власниці фірми.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день. Наш бухгалтер іде на пенсію наприкінці жовтня, а облік у нас уже відстає на 4 місяці. Ви берете нових клієнтів?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Марісоль! Дякуємо, що написали в Juniper Ledger. Так, ми беремо нових клієнтів на щомісячний бухоблік, розрахунок зарплати й відновлення обліку. Скільки людей працює у вашій компанії і де ви знаходитеся?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18 людей. Ми — Tallgrass Signs з Аврори. Робимо вивіски для магазинів і офісів.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У якій програмі ви зараз ведете облік?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Здається, у QuickBooks Online. Грег точно знає.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це корисно. До якої дати вам потрібен новий бухгалтер?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До 1 листопада, коли Пет іде.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Зрозуміло. Щоб запропонувати відповідний пакет: скільки ви зараз платите за бухоблік або на який бюджет розраховуєте?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Пет у нас отримує близько 500 $ на місяць. Відновлення обліку, мабуть, коштуватиме окремо.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Це допомагає. Щомісячний бухоблік і розрахунок зарплати коштують від 450 $ на місяць, а відновлення обліку — від 1 200 $, точну ціну назвемо після перегляду документів. Хто ухвалюватиме рішення щодо нового бухгалтера?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Грег, власник. Я операційна менеджерка, збираю варіанти. Можемо поговорити цього тижня? 720 555 0193.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Марісоль. Передаю ваші відповіді нашій команді. Juniper Ledger відповідає протягом 1 робочого дня, часто швидше.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Марісоль, це Роза. Дякую за чіткі подробиці. Чи зможете ви з Грегом приділити 30 хвилин у четвер, 8 жовтня, о 10:00 або о 14:00? Разом подивимося на відновлення обліку, і я назву ціну під час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Відвідувачка: </w:t>
      </w:r>
      <w:r>
        <w:rPr>
          <w:rFonts w:ascii="Calibri" w:hAnsi="Calibri" w:cs="Calibri" w:eastAsia="Calibri"/>
          <w:b w:val="0"/>
          <w:color w:val="15131F"/>
          <w:sz w:val="21"/>
        </w:rPr>
        <w:t>У четвер о 10:00. Я буду з Грегом.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Аркуш BANT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Доказ: її слова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Потреба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«Облік у нас уже відстає на 4 місяці», і бухгалтер іде на пенсію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 з 16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«До 1 листопада»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 з 16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Докази бюджету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«Пет у нас отримує близько 500 $ на місяць»; про відновлення обліку нічого не сказано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з 12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Повноваження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Вирішує «Грег, власник»; у чаті його ще немає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з 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Наступний крок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«Можемо поговорити цього тижня?»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з 6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Бал і розподіл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 відповідності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37 з 40: 18 людей, Аврора, щомісячний облік і зарплата; QuickBooks Online — не напевно (3 з 6)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 наміру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49 з 60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 і категорія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86, категорія A: без штрафних балів, без стоп-факторів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Відповідальний, відповісти до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Роза, до 11:14 (1 робоча година). Перша відповідь о 10:41: вчасно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Питання без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 на відновлення обліку, Грег на дзвінку, QuickBooks Online, скільки людей на зарплаті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вона замовкне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2 тижні: 76, досі A. Через 4 тижні: 66, категорія B, відповідальний Бен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Tallgrass Signs, «Джерело» — «Онлайн-чат», «Статус» — «Кваліфікований», «Виконавець» — Роза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Користувацькі поля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Бал ліда 86, Категорія 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Докази BANT її словами й 4 питання без відповіді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 із Марісоль і Грегом, «Виконавець» — Роза, «Дедлайн» — четвер, 8 жовтня,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Після дзвінка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Скоркарта угоди, потім «Конвертувати в угоду», якщо беремо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лід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Критерії скорингу лідів: приклади для 6 невеликих B2B-бізнесів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Бізнес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Критерії відповідності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Критерії наміру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Стоп-фактор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Бухгалтерська фірма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5–50 працівників, у вашому регіоні, програма, з якою ви працюєте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Облік відстає, податковий чи зарплатний дедлайн, поточні витрати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Лише особисті податкові декларації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ІТ-послуги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10–100 пристроїв, до години їзди, немає власного ІТ-відділу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Нещодавній збій чи загроза безпеці, договір, що закінчується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Разовий ремонт домашнього комп’ютера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Маркетингова агенція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Діапазон виручки, з яким ви працюєте, ринок, який ви знаєте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запуску, місячний бюджет, власник на дзвінку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 менший за половину вашої мінімальної абонплати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Комерційне прибирання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Площа офісу у вашому діапазоні, у вашій зоні обслуговування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Поточний договір закінчується, дата старту, поточна ціна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Разове прибирання, якщо ви продаєте договори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B2B-софт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Розмір команди, інструмент, з яким ви інтегруєтеся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Почав пробний період, проблема з поточним інструментом, дата продовження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Особисте використання або конкурент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Оптовий постачальник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Магазин або торговий бізнес, регіон, куди ви доставляєте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Обсяг замовлення, дата повторного замовлення, проблема з поточним постачальником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за ваше мінімальне замовлення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налаштувати цей шаблон моделі скорингу лідів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Виберіть 6–10 критеріїв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Почніть із 9 критеріїв у вкладці 01. Впишіть свій діапазон розміру, регіон, послуги й мінімальну ціну.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Задайте ваги й категорії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Відповідність 40, намір 60, разом 100. Призначте відповідального й час відповіді для A, B, C і X.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Оцінюйте кожного нового ліда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2 хвилини на ліда, за тим, що він сказав. «Не сказано» дає 0 і стає питанням.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Нехай питає агент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Вставте правила з вкладки 07 в інструкції AI-агента й перевірте його 4 тестовими повідомленнями.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Калібруйте щомісяця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Позначте «Виграно» або «Програно», перевірте частку виграшів за категоріями й кожен критерій, змініть не більше 2 ваг.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«Користувацькі поля» в меню зліва й натисніть «Додати поле»: «Тип сутності» — «Ліди», «Мітка поля» — «Бал ліда», «Тип поля» — «Число». Додайте друге поле, «Категорія», з типом поля «Вибір» і через «Додати варіант» додайте A, B, C і X. Натисніть «Створити поле».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«Мої боти» &gt; виберіть бота &gt; вкладка «Основи»: вставте правила з вкладки 07 у поле «Інструкції», а свої ціни — у «База знань». На вкладці «Поведінка» увімкніть «Збирати дані користувачів» і «Збирати опис». Натисніть «Зберегти зміни», потім перевірте бота в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Нові чати потрапляють у «Ліди». Відкрийте ліда, прочитайте чат, заповніть «Бал ліда» і «Категорія», а докази й питання без відповіді вставте в «Нотатки».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Встановіть «Статус» («Кваліфікований» для A, «У роботі» для B і C, «Спам» для X) і в полі «Виконавець» виберіть відповідального за категорію.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У «Задачі» натисніть «Нове завдання»: заповніть «Назва завдання», «Виконавець» і «Дедлайн» на час «відповісти до».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Якщо скоркарта угоди дала «беремо», натисніть «Конвертувати в угоду» і впишіть «Назва угоди» та «Вартість угоди».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Застосунок не оцінює лідів: бал — це поле, яке заповнює ваша команда. AI-чат, вхідні ліди (з обмеженнями), 1 воронка й базові завдання є в тарифі Free для 3 користувачів. Launch, 19 $ на місяць при оплаті за рік для 8 користувачів, додає передачу людині та WhatsApp, Telegram, Instagram і Messenger.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Щомісячна перевірка: модель працює,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Ліди A виграють частіше за B, а B частіше за C.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9 або більше з кожних 10 лідів A отримали відповідь протягом 1 робочої години.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кожного ліда X є причина в «Нотатках».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моделі досі 6–10 критеріїв, а сума ваг дорівнює 100.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https://crmsoftware.pro/ua/templates/lead-scoring-model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моделі скорингу лідів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