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 w:cs="Calibri" w:eastAsia="Calibri"/>
          <w:b/>
          <w:color w:val="6B3CF0"/>
          <w:sz w:val="18"/>
        </w:rPr>
        <w:t>CRMsoftware.pro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44"/>
        </w:rPr>
        <w:t>Приклади привітань для онлайн-чату й правила маршрутизації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2"/>
        </w:rPr>
        <w:t>Привітання для шести сторінок і коли їх показувати, повідомлення для неробочого часу й зайнятості, таблиця маршрутизації на одну сторінку, що AI-агент передає людям, фраза передачі, чекліст зміни каналу й щотижнева перевірка. Від CRMsoftware.pro.</w:t>
      </w:r>
    </w:p>
    <w:p>
      <w:pPr>
        <w:spacing w:after="280"/>
      </w:pPr>
      <w:r>
        <w:rPr>
          <w:rFonts w:ascii="Calibri" w:hAnsi="Calibri" w:cs="Calibri" w:eastAsia="Calibri"/>
          <w:b w:val="0"/>
          <w:color w:val="5D5A70"/>
          <w:sz w:val="21"/>
        </w:rPr>
        <w:t>Замініть кожне слово в [дужках] своїми сторінками, іменами, годинами й цільовим часом відповіді. Додайте привітання у свій чат, вставте блок маршрутизації в інструкції AI-агента й поділіться таблицею маршрутизації з усіма, хто відповідає в чаті.</w:t>
      </w:r>
    </w:p>
    <w:p>
      <w:pPr>
        <w:spacing w:after="160"/>
      </w:pPr>
      <w:r>
        <w:rPr>
          <w:rFonts w:ascii="Calibri" w:hAnsi="Calibri" w:cs="Calibri" w:eastAsia="Calibri"/>
          <w:b/>
          <w:color w:val="15131F"/>
          <w:sz w:val="32"/>
        </w:rPr>
        <w:t>Шаблони</w:t>
      </w: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1. Приклади привітань для онлайн-чату на сторінках продажу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Затримка вікна: 20 секунд · Відповідальний і дія: [Ім’я] пише привітання й перечитує кожне на телефоні.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Ці приклади привітань для онлайн-чату підлаштовані під сторінку й під те, що відвідувач, найімовірніше, хоче зробити. Перше речення каже, що відповідає AI-асистент, далі йдеться, що він уміє і хто підхоплює розмову. Показуйте невелике привітальне вікно із затримкою й лише один раз за візит.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1.1 Головна сторінка: «Що ви пропонуєте?»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Імовірна мета: </w:t>
      </w:r>
      <w:r>
        <w:rPr>
          <w:rFonts w:ascii="Calibri" w:hAnsi="Calibri" w:cs="Calibri" w:eastAsia="Calibri"/>
          <w:b w:val="0"/>
          <w:color w:val="5D5A70"/>
          <w:sz w:val="21"/>
        </w:rPr>
        <w:t>Дізнатися, що ви продаєте і чи це їм підходить.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Привітальне вікно: </w:t>
      </w:r>
      <w:r>
        <w:rPr>
          <w:rFonts w:ascii="Calibri" w:hAnsi="Calibri" w:cs="Calibri" w:eastAsia="Calibri"/>
          <w:b w:val="0"/>
          <w:color w:val="5D5A70"/>
          <w:sz w:val="21"/>
        </w:rPr>
        <w:t>Через [20] секунд, один раз за візит.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Привітання: </w:t>
      </w:r>
      <w:r>
        <w:rPr>
          <w:rFonts w:ascii="Calibri" w:hAnsi="Calibri" w:cs="Calibri" w:eastAsia="Calibri"/>
          <w:b w:val="0"/>
          <w:color w:val="15131F"/>
          <w:sz w:val="21"/>
        </w:rPr>
        <w:t>Вітаю, я [ім’я бота], AI-асистент [назва компанії]. Можу розповісти, що ми пропонуємо, скільки це коштує і чи працюємо ми у вашому районі. [Ім’я] з нашої команди відповідає в чаті [дні й години, часовий пояс]. Що вас сьогодні цікавить?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1.2 Сторінка цін: «Який тариф і скільки він коштує?»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Імовірна мета: </w:t>
      </w:r>
      <w:r>
        <w:rPr>
          <w:rFonts w:ascii="Calibri" w:hAnsi="Calibri" w:cs="Calibri" w:eastAsia="Calibri"/>
          <w:b w:val="0"/>
          <w:color w:val="5D5A70"/>
          <w:sz w:val="21"/>
        </w:rPr>
        <w:t>Вибрати тариф або перевірити повну вартість.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Привітальне вікно: </w:t>
      </w:r>
      <w:r>
        <w:rPr>
          <w:rFonts w:ascii="Calibri" w:hAnsi="Calibri" w:cs="Calibri" w:eastAsia="Calibri"/>
          <w:b w:val="0"/>
          <w:color w:val="5D5A70"/>
          <w:sz w:val="21"/>
        </w:rPr>
        <w:t>Через [20] секунд, один раз за візит.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Запропоновані відповіді: </w:t>
      </w:r>
      <w:r>
        <w:rPr>
          <w:rFonts w:ascii="Calibri" w:hAnsi="Calibri" w:cs="Calibri" w:eastAsia="Calibri"/>
          <w:b w:val="0"/>
          <w:color w:val="5D5A70"/>
          <w:sz w:val="21"/>
        </w:rPr>
        <w:t>«Який тариф мені підходить?», «Додаткові витрати», «Зв’язатися з відділом продажу»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Привітання: </w:t>
      </w:r>
      <w:r>
        <w:rPr>
          <w:rFonts w:ascii="Calibri" w:hAnsi="Calibri" w:cs="Calibri" w:eastAsia="Calibri"/>
          <w:b w:val="0"/>
          <w:color w:val="15131F"/>
          <w:sz w:val="21"/>
        </w:rPr>
        <w:t>Вітаю, я [ім’я бота], AI-асистент [назва компанії]. Можу порівняти тарифи, пояснити, що входить у кожен, і порахувати для вас загальну вартість. Щодо [великих чи нестандартних замовлень] розмову підхопить [ім’я] з нашої команди. Який тариф ви розглядаєте?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1.3 Сторінка товару: «Одне уточнення перед купівлею»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Імовірна мета: </w:t>
      </w:r>
      <w:r>
        <w:rPr>
          <w:rFonts w:ascii="Calibri" w:hAnsi="Calibri" w:cs="Calibri" w:eastAsia="Calibri"/>
          <w:b w:val="0"/>
          <w:color w:val="5D5A70"/>
          <w:sz w:val="21"/>
        </w:rPr>
        <w:t>Перевірити розмір, склад, сумісність або доставку.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Привітальне вікно: </w:t>
      </w:r>
      <w:r>
        <w:rPr>
          <w:rFonts w:ascii="Calibri" w:hAnsi="Calibri" w:cs="Calibri" w:eastAsia="Calibri"/>
          <w:b w:val="0"/>
          <w:color w:val="5D5A70"/>
          <w:sz w:val="21"/>
        </w:rPr>
        <w:t>Через [20] секунд, один раз за візит.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Привітання: </w:t>
      </w:r>
      <w:r>
        <w:rPr>
          <w:rFonts w:ascii="Calibri" w:hAnsi="Calibri" w:cs="Calibri" w:eastAsia="Calibri"/>
          <w:b w:val="0"/>
          <w:color w:val="15131F"/>
          <w:sz w:val="21"/>
        </w:rPr>
        <w:t>Вітаю, я [ім’я бота], AI-асистент. Маєте питання про [товар]? Я відповім на основі опису товару, наприклад про [деталь 1] чи доставку. На питання про [алергени, розмір чи індивідуальне замовлення] відповість [ім’я] з нашої команди.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Одне привітання для всіх трьох сторінок (один віджет): </w:t>
      </w:r>
      <w:r>
        <w:rPr>
          <w:rFonts w:ascii="Calibri" w:hAnsi="Calibri" w:cs="Calibri" w:eastAsia="Calibri"/>
          <w:b w:val="0"/>
          <w:color w:val="15131F"/>
          <w:sz w:val="21"/>
        </w:rPr>
        <w:t>Вітаю, я [ім’я бота], AI-асистент [назва компанії]. Можу порівняти тарифи, пояснити [що входить у кожен товар] і перевірити, чи доставляємо ми [у ваш район]. Щодо [великих чи нестандартних замовлень] розмову підхопить [ім’я]. Що вас цікавить?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Чому згадка про AI йде першою: </w:t>
      </w:r>
      <w:r>
        <w:rPr>
          <w:rFonts w:ascii="Calibri" w:hAnsi="Calibri" w:cs="Calibri" w:eastAsia="Calibri"/>
          <w:b w:val="0"/>
          <w:color w:val="5D5A70"/>
          <w:sz w:val="21"/>
        </w:rPr>
        <w:t>Люди формулюють запити прямолінійніше, коли знають, що спілкуються з ботом. В ЄС з 2 серпня 2026 року людям мають повідомляти, що вони взаємодіють з AI-системою, не пізніше ніж під час першої взаємодії, якщо це не очевидно.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Ніколи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Ніколи не пишіть «Ми зараз онлайн!» у привітанні, яке показується й уночі.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Ніколи не відкривайте повне вікно чату автоматично: досить невеликого привітального вікна.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Спершу заповніть: </w:t>
      </w:r>
      <w:r>
        <w:rPr>
          <w:rFonts w:ascii="Calibri" w:hAnsi="Calibri" w:cs="Calibri" w:eastAsia="Calibri"/>
          <w:b w:val="0"/>
          <w:color w:val="5D5A70"/>
          <w:sz w:val="21"/>
        </w:rPr>
        <w:t>Ім’я бота, Години й часовий пояс, Кому передавати, Написи на кнопках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2. Привітання для сторінок оформлення замовлення, довідкового центру й контактів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Вікно на оформленні: Немає · Відповідальний і дія: [Ім’я] відповідає за привітання підтримки й перевіряє посилання на сторінці оформлення після кожної зміни на сайті.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На сторінках підтримки у відвідувача вже є проблема. Швидко приведіть його до відповіді або до потрібної людини. На сторінці оформлення замовлення мовчіть, доки вас не запитають.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2.1 Оформлення замовлення: «Не проходить оплата»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Імовірна мета: </w:t>
      </w:r>
      <w:r>
        <w:rPr>
          <w:rFonts w:ascii="Calibri" w:hAnsi="Calibri" w:cs="Calibri" w:eastAsia="Calibri"/>
          <w:b w:val="0"/>
          <w:color w:val="5D5A70"/>
          <w:sz w:val="21"/>
        </w:rPr>
        <w:t>Завершити оплату або виправити помилку платежу.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Привітальне вікно: </w:t>
      </w:r>
      <w:r>
        <w:rPr>
          <w:rFonts w:ascii="Calibri" w:hAnsi="Calibri" w:cs="Calibri" w:eastAsia="Calibri"/>
          <w:b w:val="0"/>
          <w:color w:val="5D5A70"/>
          <w:sz w:val="21"/>
        </w:rPr>
        <w:t>Ніколи. Ні вікна, ні чату, який відкривається сам, лише невелике посилання: «Проблема з оплатою? Напишіть нам у чат».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Привітання, коли відвідувач відкриває чат: </w:t>
      </w:r>
      <w:r>
        <w:rPr>
          <w:rFonts w:ascii="Calibri" w:hAnsi="Calibri" w:cs="Calibri" w:eastAsia="Calibri"/>
          <w:b w:val="0"/>
          <w:color w:val="15131F"/>
          <w:sz w:val="21"/>
        </w:rPr>
        <w:t>Вітаю, я [ім’я бота], AI-асистент. Не вдається оформити замовлення? Напишіть, що бачите на екрані, наприклад текст помилки, і я допоможу або підключу [ім’я]. Будь ласка, не надсилайте сюди номер картки.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2.2 Довідковий центр: «Щось не так із моїм замовленням»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Імовірна мета: </w:t>
      </w:r>
      <w:r>
        <w:rPr>
          <w:rFonts w:ascii="Calibri" w:hAnsi="Calibri" w:cs="Calibri" w:eastAsia="Calibri"/>
          <w:b w:val="0"/>
          <w:color w:val="5D5A70"/>
          <w:sz w:val="21"/>
        </w:rPr>
        <w:t>Вирішити проблему із замовленням або акаунтом.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Привітальне вікно: </w:t>
      </w:r>
      <w:r>
        <w:rPr>
          <w:rFonts w:ascii="Calibri" w:hAnsi="Calibri" w:cs="Calibri" w:eastAsia="Calibri"/>
          <w:b w:val="0"/>
          <w:color w:val="5D5A70"/>
          <w:sz w:val="21"/>
        </w:rPr>
        <w:t>Через [10] секунд, один раз за візит.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Привітання: </w:t>
      </w:r>
      <w:r>
        <w:rPr>
          <w:rFonts w:ascii="Calibri" w:hAnsi="Calibri" w:cs="Calibri" w:eastAsia="Calibri"/>
          <w:b w:val="0"/>
          <w:color w:val="15131F"/>
          <w:sz w:val="21"/>
        </w:rPr>
        <w:t>Вітаю, я [ім’я бота], AI-асистент [назва компанії]. Можу відповісти на основі довідкового центру, перевірити [дні доставки] або пояснити [оплату]. Якщо [замовлення не прийшло чи пошкоджене], вам одразу допоможе [ім’я]. Що сталося?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2.3 Сторінка контактів: «Хочу поговорити з людиною»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Імовірна мета: </w:t>
      </w:r>
      <w:r>
        <w:rPr>
          <w:rFonts w:ascii="Calibri" w:hAnsi="Calibri" w:cs="Calibri" w:eastAsia="Calibri"/>
          <w:b w:val="0"/>
          <w:color w:val="5D5A70"/>
          <w:sz w:val="21"/>
        </w:rPr>
        <w:t>Зв’язатися з людиною або дізнатися, скільки чекати на відповідь.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Привітальне вікно: </w:t>
      </w:r>
      <w:r>
        <w:rPr>
          <w:rFonts w:ascii="Calibri" w:hAnsi="Calibri" w:cs="Calibri" w:eastAsia="Calibri"/>
          <w:b w:val="0"/>
          <w:color w:val="5D5A70"/>
          <w:sz w:val="21"/>
        </w:rPr>
        <w:t>Через [10] секунд, один раз за візит.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Привітання: </w:t>
      </w:r>
      <w:r>
        <w:rPr>
          <w:rFonts w:ascii="Calibri" w:hAnsi="Calibri" w:cs="Calibri" w:eastAsia="Calibri"/>
          <w:b w:val="0"/>
          <w:color w:val="15131F"/>
          <w:sz w:val="21"/>
        </w:rPr>
        <w:t>Вітаю, я [ім’я бота], AI-асистент [назва компанії]. Можу відповісти просто зараз або передати вас людині. Наша команда відповідає в чаті [дні й години, часовий пояс], зазвичай протягом [хвилин]. З ким вам потрібно зв’язатися?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у вашому інструменті одне привітання на віджет чату: </w:t>
      </w:r>
      <w:r>
        <w:rPr>
          <w:rFonts w:ascii="Calibri" w:hAnsi="Calibri" w:cs="Calibri" w:eastAsia="Calibri"/>
          <w:b w:val="0"/>
          <w:color w:val="5D5A70"/>
          <w:sz w:val="21"/>
        </w:rPr>
        <w:t>Поставте один віджет на сторінки продажу, другий — на довідковий центр і сторінку контактів, а на оформлення замовлення не ставте жодного.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Ніколи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Ніколи не відкривайте чат автоматично на сторінках оформлення замовлення.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Ніколи не просіть номер картки в чаті.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3. Повідомлення для неробочого часу й завантажених годин, які чесно кажуть, скільки чекати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Час відповіді: Реальний час · Відповідальний і дія: [Ім’я] змінює години в привітаннях перед святом і повертає їх після нього.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Скажіть, коли ваша команда відповідає в чаті, і назвіть реальний час відповіді замість «скоро» чи місця в черзі.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Привітання в неробочий час: </w:t>
      </w:r>
      <w:r>
        <w:rPr>
          <w:rFonts w:ascii="Calibri" w:hAnsi="Calibri" w:cs="Calibri" w:eastAsia="Calibri"/>
          <w:b w:val="0"/>
          <w:color w:val="15131F"/>
          <w:sz w:val="21"/>
        </w:rPr>
        <w:t>Вітаю, я [ім’я бота], AI-асистент [назва компанії]. Просто зараз можу відповісти на питання про [теми]. Наша команда повернеться [день] о [час, часовий пояс]. Усе, на що я не зможу відповісти, отримає [ім’я] і відповість поштою до [часу].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Передача в неробочий час: </w:t>
      </w:r>
      <w:r>
        <w:rPr>
          <w:rFonts w:ascii="Calibri" w:hAnsi="Calibri" w:cs="Calibri" w:eastAsia="Calibri"/>
          <w:b w:val="0"/>
          <w:color w:val="15131F"/>
          <w:sz w:val="21"/>
        </w:rPr>
        <w:t>Наша команда повернеться [день] о [час, часовий пояс]. Я передав ваше питання, і [ім’я] відповість до [часу] [поштою чи в цьому чаті]. Якщо йдеться про [термінову тему], телефонуйте: [телефон].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Повідомлення про зайнятість (надсилає людина): </w:t>
      </w:r>
      <w:r>
        <w:rPr>
          <w:rFonts w:ascii="Calibri" w:hAnsi="Calibri" w:cs="Calibri" w:eastAsia="Calibri"/>
          <w:b w:val="0"/>
          <w:color w:val="15131F"/>
          <w:sz w:val="21"/>
        </w:rPr>
        <w:t>Дякую, що чекаєте, [ім’я]. Зараз у нас більше чатів, ніж зазвичай. Я бачу ваше повідомлення й відповім протягом [хвилин]. Якщо вам треба йти, я відповім поштою.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День розпродажу, запуск або свято: </w:t>
      </w:r>
      <w:r>
        <w:rPr>
          <w:rFonts w:ascii="Calibri" w:hAnsi="Calibri" w:cs="Calibri" w:eastAsia="Calibri"/>
          <w:b w:val="0"/>
          <w:color w:val="15131F"/>
          <w:sz w:val="21"/>
        </w:rPr>
        <w:t>Вітаю, я [ім’я бота], AI-асистент. [Сьогодні в нас розпродаж, або: Наша команда не працює до дати], тому [ім’я] відповідає приблизно протягом [часу]. На питання про [теми] я можу відповісти одразу.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Спершу протестуйте: </w:t>
      </w:r>
      <w:r>
        <w:rPr>
          <w:rFonts w:ascii="Calibri" w:hAnsi="Calibri" w:cs="Calibri" w:eastAsia="Calibri"/>
          <w:b w:val="0"/>
          <w:color w:val="5D5A70"/>
          <w:sz w:val="21"/>
        </w:rPr>
        <w:t>Протестуйте передачу один раз у робочий час і один раз після нього. Якщо AI-агент не знає, котра година, додайте свої години роботи в кожну фразу передачі.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Ніколи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Ніколи не пишіть «одразу» чи «незабаром», коли ніхто не працює.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Ніколи не залишайте відвідувача чекати в тиші: надішліть повідомлення про зайнятість, щойно зрозумієте, що не вкладаєтеся в цільовий час.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Замість «скоро» пишіть: </w:t>
      </w:r>
      <w:r>
        <w:rPr>
          <w:rFonts w:ascii="Calibri" w:hAnsi="Calibri" w:cs="Calibri" w:eastAsia="Calibri"/>
          <w:b w:val="0"/>
          <w:color w:val="5D5A70"/>
          <w:sz w:val="21"/>
        </w:rPr>
        <w:t>До 9:00 у понеділок, Протягом 15 хвилин, Сьогодні до 17:00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4. Правила маршрутизації чатів: одна таблиця для невеликої команди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Кожен рядок: Відповідальний + заступник · Відповідальний і дія: [Засновник] переглядає таблицю щомісяця, а також коли хтось приходить у команду, іде з неї чи змінює графік.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Ці правила маршрутизації чатів уміщуються на одній сторінці. Кожен рядок каже, хто відповідає на тему, хто підміняє, як швидко має прийти перша відповідь у робочий і неробочий час і хто підключається, коли час вичерпано.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Ваша таблиця маршрутизації (заповніть)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Тема й терміновість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Відповідальний; заступник; ескалація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Перша відповідь: у робочий / неробочий час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Великі чи нестандартні замовлення (ціни, контакти): Висока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[ім’я з продажів]; заступник [засновник]; через [20 хв]: [засновник]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[10 хв] / [9:00 наступного робочого дня]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Проблеми з оформленням і оплатою: Висока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[ім’я з підтримки]; заступник [ім’я заступника]; через [15 хв]: [засновник]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[5 хв] / [9:00 наступного робочого дня]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Замовлення не прийшло чи пошкоджене (довідковий центр): Невідкладна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[ім’я з підтримки]; заступник [ім’я заступника]; через [15 хв]: [засновник]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[5 хв] / [9:00 наступного робочого дня]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Рахунки, повернення коштів, скасування: Звичайна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[ім’я з підтримки]; заступник [засновник]; через [60 хв]: [засновник]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[30 хв] / [9:00 наступного робочого дня]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Партнерства й преса (контакти): Низька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[засновник]; заступник [ім’я з продажів]; без ескалації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[4 години] / [12:00 наступного робочого дня]</w:t>
            </w:r>
          </w:p>
        </w:tc>
      </w:tr>
    </w:tbl>
    <w:p/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Як команда цим користується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1. Відповідає відповідальний: Відповідальний бере чат і відповідає в межах цільового часу.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2. Підміняє заступник: Коли відповідальний не працює чи зайнятий, чат бере заступник.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3. Підключається ескалація: Коли цільовий час минув, а відповіді немає, відповідає людина для ескалації, навіть якщо це лише проміжна відповідь. У команді з трьох людей це часто той самий заступник.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Чати про продаж — це ліди: </w:t>
      </w:r>
      <w:r>
        <w:rPr>
          <w:rFonts w:ascii="Calibri" w:hAnsi="Calibri" w:cs="Calibri" w:eastAsia="Calibri"/>
          <w:b w:val="0"/>
          <w:color w:val="5D5A70"/>
          <w:sz w:val="21"/>
        </w:rPr>
        <w:t>Ставтеся до чату про продаж як до будь-якого ліда з сайту: у дослідженні 2011 року на основі 1,25 мільйона лідів компанії, які намагалися зв’язатися з лідом протягом години, мали майже в 7 разів більше шансів його кваліфікувати, ніж ті, хто намагався бодай на годину пізніше.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У кожному рядку: </w:t>
      </w:r>
      <w:r>
        <w:rPr>
          <w:rFonts w:ascii="Calibri" w:hAnsi="Calibri" w:cs="Calibri" w:eastAsia="Calibri"/>
          <w:b w:val="0"/>
          <w:color w:val="5D5A70"/>
          <w:sz w:val="21"/>
        </w:rPr>
        <w:t>Джерело, Терміновість, Відповідальний, Заступник, Термін першої відповіді, Ескалація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5. На що AI-агент відповідає сам, а що передає людям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Кожна передача: Ім’я + час · Відповідальний і дія: [Ім’я] вставляє блок маршрутизації в інструкції агента й перевіряє по одному питанню на кожен рядок.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Дайте таблицю маршрутизації й AI-агенту. Він відповідає на те, що є у ваших джерелах, а решту передає людям, називаючи відповідального й час відповіді.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Відповісти чи передати (заповніть)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Тема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AI відповідає сам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AI передає, коли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Ціни й тарифи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Ціни, що входить у кожен тариф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Просять знижку або тариф, якого немає в списку.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Великі чи нестандартні замовлення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Обмеження замовлень, [зона обслуговування]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Замовлення більше за [ліміт] або потрібен рахунок.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Інформація про товар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Факти зі сторінки товару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Будь-яке питання про здоров’я чи безпеку, наприклад про алергії.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Оформлення й оплата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Способи оплати, промокоди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Платіж двічі не пройшов або гроші списано двічі.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Замовлення й доставка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Дні доставки, відстеження замовлення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Замовлення не прийшло, запізнюється чи пошкоджене.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Рахунки й скасування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Дата списання, пропуск, пауза, скасування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Будь-яке повернення коштів, компенсація чи оскарження платежу.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Блок маршрутизації для інструкцій AI-агента: </w:t>
      </w:r>
      <w:r>
        <w:rPr>
          <w:rFonts w:ascii="Calibri" w:hAnsi="Calibri" w:cs="Calibri" w:eastAsia="Calibri"/>
          <w:b w:val="0"/>
          <w:color w:val="15131F"/>
          <w:sz w:val="21"/>
        </w:rPr>
        <w:t>МАРШРУТИЗАЦІЯ</w:t>
        <w:br/>
        <w:t>Відповідай лише на основі цих інструкцій і бази знань.</w:t>
        <w:br/>
        <w:t>Передавай чат людині, коли йдеться про: [теми з таблиці], а також щоразу, коли відвідувач просить людину.</w:t>
        <w:br/>
        <w:t>Коли передаєш чат, називай людину й час відповіді: [тема 1]: [ім’я], протягом [хвилин]. [Тема 2]: [ім’я], протягом [хвилин].</w:t>
        <w:br/>
        <w:t>Наша команда відповідає в чаті [дні й години, часовий пояс]. Поза цими годинами скажи, коли команда повернеться і що [ім’я] відповість до [часу].</w:t>
        <w:br/>
        <w:t>Ніколи не обіцяй повернення коштів, компенсацію, знижку чи дату доставки.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Ніколи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Ніколи не дозволяйте AI-агенту вгадувати відповідь на питання безпеки.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Ніколи не пропускайте тему в таблиці: немає рядка — немає відповідального.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6. Фраза передачі: хто відповість, де і до коли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Кожна фраза називає: Хто, де, коли · Відповідальний і дія: [Ім’я] бере чат, відповідає в межах цільового часу й записує обидва часи.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Фраза передачі — останнє, що читає відвідувач, перш ніж чекати: людина, місце й час із вашої таблиці маршрутизації. Коли взагалі передавати чат, описано в інструкції передачі людині.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У робочий час: </w:t>
      </w:r>
      <w:r>
        <w:rPr>
          <w:rFonts w:ascii="Calibri" w:hAnsi="Calibri" w:cs="Calibri" w:eastAsia="Calibri"/>
          <w:b w:val="0"/>
          <w:color w:val="15131F"/>
          <w:sz w:val="21"/>
        </w:rPr>
        <w:t>Передаю чат колезі: [ім’я] відповідає за [тему]. [Ім’я] бачить цей чат і відповість тут протягом [хвилин], до [часу]. Якщо вам треба йти, [ім’я] відповість поштою.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Відповідальний зайнятий: чат бере заступник: </w:t>
      </w:r>
      <w:r>
        <w:rPr>
          <w:rFonts w:ascii="Calibri" w:hAnsi="Calibri" w:cs="Calibri" w:eastAsia="Calibri"/>
          <w:b w:val="0"/>
          <w:color w:val="15131F"/>
          <w:sz w:val="21"/>
        </w:rPr>
        <w:t>[Ім’я відповідального] зараз допомагає іншому клієнту, тому ваш чат бере [ім’я заступника] і відповість тут протягом [хвилин].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Ескалація: цільовий час минув (надсилає людина): </w:t>
      </w:r>
      <w:r>
        <w:rPr>
          <w:rFonts w:ascii="Calibri" w:hAnsi="Calibri" w:cs="Calibri" w:eastAsia="Calibri"/>
          <w:b w:val="0"/>
          <w:color w:val="15131F"/>
          <w:sz w:val="21"/>
        </w:rPr>
        <w:t>Вибачте, що довелося чекати, [ім’я]. Це [ваше ім’я], [посада]. Усі ваші повідомлення переді мною, і я вже цим займаюся. [Відповідь або наступний крок із часом].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Запис передачі: 5 полів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Поле</w:t>
            </w:r>
          </w:p>
        </w:tc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Що записати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Джерело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Бот або канал і сторінка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Терміновість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Невідкладна, Висока, Звичайна чи Низька, з таблиці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Відповідальний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Хто взяв чат; заступник, якщо відповідальний був зайнятий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Термін першої відповіді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Час передачі плюс цільовий час або час для неробочих годин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Ескалація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Хто підключається і о котрій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Звідки починати відлік: </w:t>
      </w:r>
      <w:r>
        <w:rPr>
          <w:rFonts w:ascii="Calibri" w:hAnsi="Calibri" w:cs="Calibri" w:eastAsia="Calibri"/>
          <w:b w:val="0"/>
          <w:color w:val="5D5A70"/>
          <w:sz w:val="21"/>
        </w:rPr>
        <w:t>Рахуйте від моменту, коли чат почав чекати на людину, а не від першого повідомлення відвідувача.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пишіть: </w:t>
      </w:r>
      <w:r>
        <w:rPr>
          <w:rFonts w:ascii="Calibri" w:hAnsi="Calibri" w:cs="Calibri" w:eastAsia="Calibri"/>
          <w:b w:val="0"/>
          <w:color w:val="5D5A70"/>
          <w:sz w:val="21"/>
        </w:rPr>
        <w:t>Незабаром, Якнайшвидше, Хтось допоможе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7. Перенесення чату в дзвінок, пошту чи WhatsApp за згодою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Перед зміною каналу: Чітке «так» · Відповідальний і дія: [Ім’я] надсилає підсумок і підтверджує час, перш ніж закрити чат.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Коли відвідувач хоче продовжити телефоном, поштою чи у WhatsApp, спершу запитайте, передайте історію, назвіть, хто підхопить розмову, і підтвердьте, коли це станеться.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7.1 Початковий канал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Запишіть: </w:t>
      </w:r>
      <w:r>
        <w:rPr>
          <w:rFonts w:ascii="Calibri" w:hAnsi="Calibri" w:cs="Calibri" w:eastAsia="Calibri"/>
          <w:b w:val="0"/>
          <w:color w:val="5D5A70"/>
          <w:sz w:val="21"/>
        </w:rPr>
        <w:t>Чат на сайті, WhatsApp, Instagram чи пошта.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7.2 Згода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Правило: </w:t>
      </w:r>
      <w:r>
        <w:rPr>
          <w:rFonts w:ascii="Calibri" w:hAnsi="Calibri" w:cs="Calibri" w:eastAsia="Calibri"/>
          <w:b w:val="0"/>
          <w:color w:val="5D5A70"/>
          <w:sz w:val="21"/>
        </w:rPr>
        <w:t>«Так» на новий канал, номер чи адреса й час.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Запитайте: </w:t>
      </w:r>
      <w:r>
        <w:rPr>
          <w:rFonts w:ascii="Calibri" w:hAnsi="Calibri" w:cs="Calibri" w:eastAsia="Calibri"/>
          <w:b w:val="0"/>
          <w:color w:val="15131F"/>
          <w:sz w:val="21"/>
        </w:rPr>
        <w:t>Вам зручно, якщо [ім’я] продовжить цю розмову [дзвінком, поштою чи у WhatsApp] на [номер чи email]? [Ім’я] матиме перед собою цей чат, тож вам не доведеться нічого повторювати.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7.3 Підсумок історії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Правило: </w:t>
      </w:r>
      <w:r>
        <w:rPr>
          <w:rFonts w:ascii="Calibri" w:hAnsi="Calibri" w:cs="Calibri" w:eastAsia="Calibri"/>
          <w:b w:val="0"/>
          <w:color w:val="5D5A70"/>
          <w:sz w:val="21"/>
        </w:rPr>
        <w:t>Два-три рядки: хто це, чого хоче, що вже відповіли чи про що домовилися.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Підсумок для того, хто підхоплює розмову: </w:t>
      </w:r>
      <w:r>
        <w:rPr>
          <w:rFonts w:ascii="Calibri" w:hAnsi="Calibri" w:cs="Calibri" w:eastAsia="Calibri"/>
          <w:b w:val="0"/>
          <w:color w:val="15131F"/>
          <w:sz w:val="21"/>
        </w:rPr>
        <w:t>[Ім’я], [компанія]: хоче [запит]. Уже відповіли: [що ви сказали]. Наступний крок: [дзвінок чи лист] о [час].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7.4 Новий відповідальний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Правило: </w:t>
      </w:r>
      <w:r>
        <w:rPr>
          <w:rFonts w:ascii="Calibri" w:hAnsi="Calibri" w:cs="Calibri" w:eastAsia="Calibri"/>
          <w:b w:val="0"/>
          <w:color w:val="5D5A70"/>
          <w:sz w:val="21"/>
        </w:rPr>
        <w:t>Одна конкретна людина із завданням і терміном.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7.5 Підтвердження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Правило: </w:t>
      </w:r>
      <w:r>
        <w:rPr>
          <w:rFonts w:ascii="Calibri" w:hAnsi="Calibri" w:cs="Calibri" w:eastAsia="Calibri"/>
          <w:b w:val="0"/>
          <w:color w:val="5D5A70"/>
          <w:sz w:val="21"/>
        </w:rPr>
        <w:t>Скажіть клієнту, хто, де і коли.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Підтвердьте в чаті: </w:t>
      </w:r>
      <w:r>
        <w:rPr>
          <w:rFonts w:ascii="Calibri" w:hAnsi="Calibri" w:cs="Calibri" w:eastAsia="Calibri"/>
          <w:b w:val="0"/>
          <w:color w:val="15131F"/>
          <w:sz w:val="21"/>
        </w:rPr>
        <w:t>Готово. [Ім’я] зателефонує вам на [номер] о [час]. Короткий підсумок цього чату вже у вас на пошті.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WhatsApp: нехай клієнт напише першим: </w:t>
      </w:r>
      <w:r>
        <w:rPr>
          <w:rFonts w:ascii="Calibri" w:hAnsi="Calibri" w:cs="Calibri" w:eastAsia="Calibri"/>
          <w:b w:val="0"/>
          <w:color w:val="15131F"/>
          <w:sz w:val="21"/>
        </w:rPr>
        <w:t>Щоб продовжити у WhatsApp, натисніть нашу кнопку WhatsApp і надішліть «Привіт». [Ім’я] відповість там, маючи перед собою цей чат.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Чому для WhatsApp потрібне «так»: </w:t>
      </w:r>
      <w:r>
        <w:rPr>
          <w:rFonts w:ascii="Calibri" w:hAnsi="Calibri" w:cs="Calibri" w:eastAsia="Calibri"/>
          <w:b w:val="0"/>
          <w:color w:val="5D5A70"/>
          <w:sz w:val="21"/>
        </w:rPr>
        <w:t>Політика WhatsApp щодо бізнес-повідомлень дозволяє компанії писати людям, лише якщо вони дали свій номер і погодилися отримувати повідомлення. Коли людина пише вам, відкривається 24-годинне вікно обслуговування клієнтів; після його закриття можна надсилати лише заздалегідь затверджені шаблонні повідомлення.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Ніколи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Ніколи не змінюйте канал без згоди клієнта.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Ніколи не переводьте клієнта на особистий телефон чи акаунт.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8. Щотижнева перевірка пропущених і повільних чатів за 20 хвилин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Час: 20 хвилин · Відповідальний і дія: [Ім’я] проводить перевірку щотижня [у понеділок о 9:00] і ділиться з командою часткою відповідей вчасно.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Раз на тиждень знайдіть чати, які чекали надто довго або залишилися без відповіді, відповідайте всім, хто досі чекає, і усуньте одну причину. Рахує журнал Excel.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Перевірка за 20 хвилин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1. Відповідайте всім, хто досі чекає (5 хв): Відкрийте кожен чат, що досі чекає на людину, і відповідайте зараз, з вибаченням.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2. Внесіть передачі минулого тижня (5 хв): Час передачі, час першої відповіді, тема, хто відповів. Журнал позначить «Вчасно», «Із запізненням» або «Без відповіді».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3. Перегляньте запізнілі й пропущені чати (5 хв): Запишіть причину: відповідальний був зайнятий, сповіщення пропустили, неробочий час, не той відповідальний або AI-агент надто довго тримав чат.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4. Усуньте одну причину (5 хв): Змініть заступника, цільовий час, привітання, сповіщення чи відповідь у базі знань. Запишіть, що змінили.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Запізніла відповідь, лист наступного робочого дня: </w:t>
      </w:r>
      <w:r>
        <w:rPr>
          <w:rFonts w:ascii="Calibri" w:hAnsi="Calibri" w:cs="Calibri" w:eastAsia="Calibri"/>
          <w:b w:val="0"/>
          <w:color w:val="15131F"/>
          <w:sz w:val="21"/>
        </w:rPr>
        <w:t>Вітаю, [ім’я]! Це [ваше ім’я] з компанії [назва компанії]. Вибачте, що ми не відповіли на ваш чат [день]. [Відповідь на питання]. Якщо вам ще потрібна допомога, відповідайте на цей лист або телефонуйте: [телефон].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Що рахувати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Показник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Ціль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Якщо не досягнуто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Передачі вчасно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[90%] або більше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Перевірте сповіщення й заступника для цієї теми.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Чати без відповіді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0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Відповідайте сьогодні; призначте темі заступника.</w:t>
            </w:r>
          </w:p>
        </w:tc>
      </w:tr>
    </w:tbl>
    <w:p/>
    <w:p>
      <w:pPr>
        <w:spacing w:after="16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Приклад: Чат зі сторінки цін: спершу до продажів, потім телефонний дзвінок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Як привітання й таблиця маршрутизації працюють в одному чаті. Pebblebrook Meal Kits, вигадана компанія з Портленда (Орегон), має трьох людей і двох ботів: Pebblebrook Sales на головній сторінці, сторінках цін і товарів з одним привітанням для всіх трьох та Pebblebrook Help у довідковому центрі й на сторінці контактів. У четвер, 8 жовтня 2026 року, Джордан запитав про обіди для офісу.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Вітаю, я Сейдж, AI-асистент Pebblebrook. Можу порівняти тарифи, пояснити, що входить у кожен набір, і перевірити ваш поштовий індекс. Щодо офісних замовлень розмову підхопить Тео з нашої команди. Що вас цікавить?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Відвідувач: </w:t>
      </w:r>
      <w:r>
        <w:rPr>
          <w:rFonts w:ascii="Calibri" w:hAnsi="Calibri" w:cs="Calibri" w:eastAsia="Calibri"/>
          <w:b w:val="0"/>
          <w:color w:val="15131F"/>
          <w:sz w:val="21"/>
        </w:rPr>
        <w:t>Привіт! А ви робите обіди для офісів? Нас 24 людини в Портленді, і ми хочемо набори для обіду щосереди.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Наші домашні тарифи — до 6 страв на тиждень, тож обід для 24 людей — це офісне замовлення. Передаю чат Тео, він відповідає за офісні замовлення. Тео бачить цей чат і відповість тут протягом 10 хвилин, до 12:02. Залиште, будь ласка, свою пошту на випадок, якщо вам доведеться піти.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Відвідувач: </w:t>
      </w:r>
      <w:r>
        <w:rPr>
          <w:rFonts w:ascii="Calibri" w:hAnsi="Calibri" w:cs="Calibri" w:eastAsia="Calibri"/>
          <w:b w:val="0"/>
          <w:color w:val="15131F"/>
          <w:sz w:val="21"/>
        </w:rPr>
        <w:t>jordan@fieldnote.example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Тео (продажі): </w:t>
      </w:r>
      <w:r>
        <w:rPr>
          <w:rFonts w:ascii="Calibri" w:hAnsi="Calibri" w:cs="Calibri" w:eastAsia="Calibri"/>
          <w:b w:val="0"/>
          <w:color w:val="15131F"/>
          <w:sz w:val="21"/>
        </w:rPr>
        <w:t>Вітаю, Джордане, це Тео. Так, ми доставляємо набори для офісних обідів у Портленді щосереди: 9,50 $ за страву, тобто 228 $ на тиждень для 24 людей, доставка включена. Я надіслав вам меню на цей тиждень.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Відвідувач: </w:t>
      </w:r>
      <w:r>
        <w:rPr>
          <w:rFonts w:ascii="Calibri" w:hAnsi="Calibri" w:cs="Calibri" w:eastAsia="Calibri"/>
          <w:b w:val="0"/>
          <w:color w:val="15131F"/>
          <w:sz w:val="21"/>
        </w:rPr>
        <w:t>Чудово. Я йду на нараду. Може хтось зателефонувати мені сьогодні після обіду? 503 555 0136.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Тео (продажі): </w:t>
      </w:r>
      <w:r>
        <w:rPr>
          <w:rFonts w:ascii="Calibri" w:hAnsi="Calibri" w:cs="Calibri" w:eastAsia="Calibri"/>
          <w:b w:val="0"/>
          <w:color w:val="15131F"/>
          <w:sz w:val="21"/>
        </w:rPr>
        <w:t>Звісно. Офісні акаунти налаштовує Надя, наша засновниця. Вам зручно, якщо вона зателефонує на 503 555 0136 сьогодні о 14:30? Цей чат буде в неї перед очима, тож вам не доведеться нічого повторювати.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Відвідувач: </w:t>
      </w:r>
      <w:r>
        <w:rPr>
          <w:rFonts w:ascii="Calibri" w:hAnsi="Calibri" w:cs="Calibri" w:eastAsia="Calibri"/>
          <w:b w:val="0"/>
          <w:color w:val="15131F"/>
          <w:sz w:val="21"/>
        </w:rPr>
        <w:t>Так, 14:30 підходить.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Тео (продажі): </w:t>
      </w:r>
      <w:r>
        <w:rPr>
          <w:rFonts w:ascii="Calibri" w:hAnsi="Calibri" w:cs="Calibri" w:eastAsia="Calibri"/>
          <w:b w:val="0"/>
          <w:color w:val="15131F"/>
          <w:sz w:val="21"/>
        </w:rPr>
        <w:t>Домовилися: Надя зателефонує вам о 14:30 з номера 503 555 0100. Короткий підсумок цього чату вже у вас на пошті. Можу ще чимось допомогти?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Відвідувач: </w:t>
      </w:r>
      <w:r>
        <w:rPr>
          <w:rFonts w:ascii="Calibri" w:hAnsi="Calibri" w:cs="Calibri" w:eastAsia="Calibri"/>
          <w:b w:val="0"/>
          <w:color w:val="15131F"/>
          <w:sz w:val="21"/>
        </w:rPr>
        <w:t>Ні, це все. Дякую, Тео!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Використаний рядок маршрутизації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Тема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Офісні й оптові замовлення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Джерело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Бот Pebblebrook Sales, сторінка цін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Терміновість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Висока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Відповідальний / заступник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Тео / Надя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Цільовий час першої відповіді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10 хвилин у робочий час, інакше 9:00 наступного робочого дня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Ескалація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Немає відповіді за 20 хвилин: Надя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Запис у журналі відповідей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Передано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Перша відповідь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Вчасно?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11:52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11:56, 4 хвилини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Вчасно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Зміна каналу: з чату на дзвінок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Початковий канал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Чат на сайті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Згода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Джордан погодився на дзвінок о 14:30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Підсумок історії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У нотатках ліда й надіслано Джордану на пошту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Новий відповідальний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Надя, засновниця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Підтвердження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Номер і час повторено в чаті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Що потрапляє в CRM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Лід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Fieldnote Architects, офісні обіди на 24 людини, 228 $ на тиждень; «Джерело»: «Онлайн-чат»; «Виконавець»: Надя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Завдання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Зателефонувати Джордану Еллісу о 14:30; «Виконавець»: Надя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Тег розмови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Офісні замовлення</w:t>
            </w:r>
          </w:p>
        </w:tc>
      </w:tr>
    </w:tbl>
    <w:p/>
    <w:p>
      <w:pPr>
        <w:spacing w:after="240"/>
      </w:pPr>
      <w:r>
        <w:rPr>
          <w:rFonts w:ascii="Calibri" w:hAnsi="Calibri" w:cs="Calibri" w:eastAsia="Calibri"/>
          <w:b w:val="0"/>
          <w:color w:val="5D5A70"/>
          <w:sz w:val="18"/>
        </w:rPr>
        <w:t>Вигадана компанія та клієнт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Маршрутизація чатів у CRMsoftware.pro: налаштування й правила команди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Потреба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Налаштування в застосунку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Правило, якого дотримується команда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Окреме привітання для групи сторінок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Один бот на групу сторінок, у кожного своє «Перше повідомлення» й код для вставки.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Сторінки продажу отримують бота продажів, довідковий центр і сторінка контактів — бота підтримки.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Коли з’являється привітання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«Час показу привітального повідомлення»: «З'явитися через» (від 1 до 30 секунд), «Показувати протягом» (від 3 до 60 секунд). «Автоматично відкривати чат» вимкнено.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20 секунд на сторінках продажу, 10 на сторінках підтримки, на оформленні замовлення бота немає.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Хто отримує сповіщення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Вкладка «Підключення»: «Надсилати сповіщення поштою», одна адреса для сповіщень на бота. «Онлайн-підтримка»: «Налаштування сповіщень».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Відповідальний і заступник тримають сповіщення ввімкненими в робочий час.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Хто відповідає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«Онлайн-підтримка»: чат чекає зі статусом «Очікує агента», доки хтось не натисне «Прийняти», потім «Вирішити».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Спершу відповідальний, заступник — коли відповідальний зайнятий, ескалація — коли цільовий час минув.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Хто працює з яким ботом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«Команда»: «Доступ до ботів». Вкладка «Підключення»: «Призначені користувачі».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Кожен отримує ботів для тем, за які відповідає або де є заступником.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Мова й години роботи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«Мова віджета» для написів у віджеті; AI відповідає 95+ мовами. Перемикача робочих годин немає.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Години роботи вказуйте в полях «Перше повідомлення» та «Інструкції»; змінюйте їх перед святами.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Нестандартні випадки маршрутизації, з якими стикається невелика команда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Домовтеся про них заздалегідь.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Чат приходить за 5 хвилин до кінця робочого дня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Чат, переданий до закриття, має отримати відповідь у межах цільового часу для робочих годин. Відповідає той, хто ще на зміні.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Якщо не можете залишитися: </w:t>
      </w:r>
      <w:r>
        <w:rPr>
          <w:rFonts w:ascii="Calibri" w:hAnsi="Calibri" w:cs="Calibri" w:eastAsia="Calibri"/>
          <w:b w:val="0"/>
          <w:color w:val="15131F"/>
          <w:sz w:val="21"/>
        </w:rPr>
        <w:t>Я незабаром буду офлайн, [ім’я], тому завтра до [часу] вам відповість [ім’я колеги]. [Ім’я колеги] бачитиме все, що ви написали.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Клієнт питає про замовлення на сторінці цін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Розподіляйте чат за змістом питання, а не за сторінкою. Проблема із замовленням іде до відповідального з підтримки, хоч би де почався чат.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Передайте далі: </w:t>
      </w:r>
      <w:r>
        <w:rPr>
          <w:rFonts w:ascii="Calibri" w:hAnsi="Calibri" w:cs="Calibri" w:eastAsia="Calibri"/>
          <w:b w:val="0"/>
          <w:color w:val="15131F"/>
          <w:sz w:val="21"/>
        </w:rPr>
        <w:t>Дякую, [ім’я]. Проблемами із замовленнями займається [ім’я з підтримки], відповідь буде тут протягом [хвилин].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Відповідальний у відпустці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До початку відпустки поміняйте відповідального й заступника місцями в таблиці маршрутизації та перенаправте сповіщення цього бота на пошту заступника.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Відвідувач каже, що це терміново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Поставте одне питання: чи під загрозою сьогодні замовлення, платіж або чиясь безпека? Якщо так, ставте терміновість «Невідкладна». Якщо ні, залиште терміновість теми й назвіть час відповіді.</w:t>
      </w:r>
    </w:p>
    <w:p>
      <w:pPr>
        <w:spacing w:after="80"/>
      </w:pPr>
    </w:p>
    <w:p>
      <w:pPr>
        <w:spacing w:after="200"/>
      </w:pPr>
      <w:r>
        <w:rPr>
          <w:rFonts w:ascii="Calibri" w:hAnsi="Calibri" w:cs="Calibri" w:eastAsia="Calibri"/>
          <w:b w:val="0"/>
          <w:color w:val="15131F"/>
          <w:sz w:val="21"/>
        </w:rPr>
        <w:t>Якщо нестандартний випадок трапляється двічі за місяць, додайте рядок чи правило в таблицю маршрутизації.</w:t>
      </w:r>
    </w:p>
    <w:p>
      <w:pPr>
        <w:spacing w:after="120"/>
      </w:pPr>
      <w:r>
        <w:rPr>
          <w:rFonts w:ascii="Calibri" w:hAnsi="Calibri" w:cs="Calibri" w:eastAsia="Calibri"/>
          <w:b/>
          <w:color w:val="15131F"/>
          <w:sz w:val="28"/>
        </w:rPr>
        <w:t>Налаштуйте привітання й правила маршрутизації чатів за 5 кроків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Складіть список груп сторінок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Сторінки продажу, сторінки підтримки й оформлення замовлення. Напишіть привітання за вкладками 1 і 2.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Заповніть таблицю маршрутизації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Кожна тема отримує відповідального, окремого заступника, цільовий час відповіді й ескалацію.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Проінструктуйте AI-агента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Вставте блок маршрутизації з вкладки 5 у його інструкції. Перевірте по одному питанню на кожен рядок.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Налаштуйте сповіщення й години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Відповідальні вмикають сповіщення. Години роботи вказуються в привітаннях і фразах для неробочого часу.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 Перевіряйте щотижня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Записуйте передачі в Excel і проводьте 20-хвилинну перевірку з вкладки 8.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Налаштування в CRMsoftware.pro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1. У «Мої боти» створіть по одному боту на групу сторінок, наприклад «Продажі» й «Підтримка». На вкладці «Основи» напишіть привітання в полі «Перше повідомлення» й вставте блок маршрутизації в «Інструкції».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2. Налаштуйте «Час показу привітального повідомлення» («З'явитися через», «Показувати протягом») і «Мова віджета». «Автоматично відкривати чат» залиште вимкненим.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3. На вкладці «Поведінка» ввімкніть «Швидкі відповіді» й додайте «Запропоновані відповіді». Для бота продажів залиште «Збирати дані користувачів» вимкненим.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4. Вставляйте код кожного бота лише на його сторінки; на оформлення замовлення — жодного.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5. На вкладці «Підключення» ввімкніть «Надсилати сповіщення поштою» з адресою відповідального й заповніть «Призначені користувачі». У розділі «Команда» налаштуйте «Доступ до ботів».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6. Додайте по одному тегу на тему в «Налаштування» &gt; «Теги розмов». В «Онлайн-підтримці»: «Прийняти», відповідь, тег, «Вирішити».</w:t>
      </w:r>
    </w:p>
    <w:p>
      <w:pPr>
        <w:spacing w:after="200"/>
      </w:pPr>
      <w:r>
        <w:rPr>
          <w:rFonts w:ascii="Calibri" w:hAnsi="Calibri" w:cs="Calibri" w:eastAsia="Calibri"/>
          <w:b w:val="0"/>
          <w:color w:val="5D5A70"/>
          <w:sz w:val="21"/>
        </w:rPr>
        <w:t>AI-чат, «Перше повідомлення» й «Запропоновані відповіді» доступні на тарифі Free з 1 ботом: 3 користувачі, без кредитної картки. Передача людині в «Онлайн-підтримці» доступна з тарифом Launch, 19 $ на місяць при оплаті за рік, для 8 користувачів і 2 ботів. Growth, 49 $ на місяць при оплаті за рік, дає 5 ботів і автоматичний переклад у вхідних.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Готово, коли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Кожне привітання вже в першому реченні каже «AI-асистент».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На сторінках оформлення замовлення нічого не спливає.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Кожна тема має відповідального, заступника й цільовий час відповіді.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Фрази передачі й повідомлення для неробочого часу називають людину й час.</w:t>
      </w:r>
    </w:p>
    <w:p>
      <w:pPr>
        <w:spacing w:after="160"/>
      </w:pP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18"/>
        </w:rPr>
        <w:t>Безкоштовний шаблон від CRMsoftware.pro. Дані прикладу вигадані.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6B3CF0"/>
          <w:sz w:val="18"/>
        </w:rPr>
        <w:t>https://crmsoftware.pro/ua/templates/live-chat-greeting-routing</w:t>
      </w:r>
    </w:p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Приклади привітань для онлайн-чату й правила маршрутизації</dc:title>
  <dc:subject/>
  <dc:creator>CRMsoftware.pro</dc:creator>
  <cp:keywords/>
  <dc:description/>
  <cp:lastModifiedBy>CRMsoftware.pro</cp:lastModifiedBy>
  <cp:revision>1</cp:revision>
  <dcterms:created xsi:type="dcterms:W3CDTF">2013-12-23T23:15:00Z</dcterms:created>
  <dcterms:modified xsi:type="dcterms:W3CDTF">2013-12-23T23:15:00Z</dcterms:modified>
  <cp:category/>
</cp:coreProperties>
</file>