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Набір повідомлень для прохання про рекомендацію та відгук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Вісім повідомлень, щоб просити задоволених клієнтів про рекомендацію чи відгук: заслужений привід, лист і коротке прохання про рекомендацію, текст для пересилання, подяка, прохання про відгук, одне нагадування та відмова, а також правила.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Замініть кожне слово в [дужках] своїми даними: ваша компанія, портрет клієнта в один рядок і посилання на відгук. Збережіть листи як чернетки в пошті, а короткі повідомлення — як збережені відповіді. Записуйте привід перед кожним запитом, нагадуйте один раз через 7 днів, потім зупиняйтеся.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Повідомлення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Коли просити: заслужений привід і кого не просити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Приводи: 4 · Нагадувань: 1, потім стоп · Перевірка завершеності: Запит завершено, коли в картці контакту записані привід, текст для пересилання й дата нагадування.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Ви заслужили право попросити, коли клієнт щойно сказав вам, словами чи оцінкою, що ви впоралися. Кожен запит потребує свого приводу, записаного в картці контакту з датою. Немає приводу — немає запиту.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Чотири заслужені приводи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Привід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зараховується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Просити протягом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Отриманий результат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Робота чи замовлення виконані, і клієнт це підтвердив.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Відгук: 1 день. Рекомендація: 2–4 тижні.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Подяка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Письмова подяка, а не ввічливе «до побачення».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Того ж дня, у вашій відповіді.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Оцінка 5 зірок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зірок у віджеті чату або 4 з позитивним коментарем.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день.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Продовження або повторне замовлення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Друга покупка, продовжений договір або перехід на вищий тариф.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Того ж тижня.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Один запит в одному повідомленні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Спочатку відгук, потім рекомендація. Відгук займає дві хвилини; рекомендація позичає вам репутацію клієнта, тож дайте результату 2–4 тижні, щоб він себе показав. Ніколи не просіть про обидва в одному повідомленні й витримуйте між ними щонайменше 4 тижні.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Кого не просити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Нікого з відкритою скаргою, простроченою доставкою чи неоплаченим спором, а також тих, хто відмовив за останні 12 місяців.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 рекомендацію: клієнта, який поставив вам 3 зірки чи менше. Виправте проблему й дочекайтеся наступного приводу.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 відгук: не фільтруйте за оцінкою. Політика Google забороняє вибірково просити про позитивні відгуки, тож кожен клієнт отримує однакове прохання в одній і тій самій точці вашого процесу. День визначає привід, а не список.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Поля відповідального й дії, які заповнюють до надсилання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вказати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Той, хто виконав роботу або кому подякували. Ніколи не спільна скринька.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Привід і дата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Який із чотирьох приводів і коли.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Канал і тип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Канал, яким клієнт користувався останнім. Рекомендація або відгук, ніколи обидва.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нагадування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запиту плюс 7 днів. Одне нагадування, потім стоп.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Завершено, коли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Привід, текст для пересилання (для рекомендації) і дата нагадування записані в картці контакту.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Просити протягом: </w:t>
      </w:r>
      <w:r>
        <w:rPr>
          <w:rFonts w:ascii="Calibri" w:hAnsi="Calibri" w:cs="Calibri" w:eastAsia="Calibri"/>
          <w:b w:val="0"/>
          <w:color w:val="5D5A70"/>
          <w:sz w:val="21"/>
        </w:rPr>
        <w:t>Відгук: 1 день, Рекомендація: 2–4 тижні, Продовження: того ж тижня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Лист із проханням про рекомендацію: результат, портрет клієнта, текст, легке «ні»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Надсилати: Тиждень 2–4 · Обсяг: До 130 слів · Мета: «Так» з ім’ям або чітке «ні». І те, і те закриває запит.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Коли надсилати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Через 2–4 тижні після отриманого результату або наступного тижня після продовження.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Ви можете назвати результат словами самого клієнта.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Ви знаєте, кого шукаєте: один тип людини, один рядок.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Коротке запитання після вашого [проєкту чи результату]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Або: </w:t>
      </w:r>
      <w:r>
        <w:rPr>
          <w:rFonts w:ascii="Calibri" w:hAnsi="Calibri" w:cs="Calibri" w:eastAsia="Calibri"/>
          <w:b w:val="0"/>
          <w:color w:val="15131F"/>
          <w:sz w:val="21"/>
        </w:rPr>
        <w:t>[Ім’я], чи знаєте ви когось, у кого [їхня проблема]?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Було приємно почути, що [результат їхніми словами, напр. новий котел тримав тепло в будинку весь холодний тиждень]. Ще раз дякуємо, що обрали нас.</w:t>
        <w:br/>
        <w:br/>
        <w:t>Коротке запитання. Ми хотіли б допомогти ще [портрет клієнта в один рядок, напр. власникам будинків у вашому районі з котлом старшим за 12 років]. Чи є серед ваших знайомих одна людина, яка підходить під цей опис?</w:t>
        <w:br/>
        <w:br/>
        <w:t>Якщо так, я надішлю вам три речення, які можна переслати їй як є. Вона може відмовитися, а вам більше нічого робити не доведеться.</w:t>
        <w:br/>
        <w:br/>
        <w:t>Якщо ніхто не спадає на думку, це цілком нормально. У будь-якому разі дякуємо.</w:t>
        <w:br/>
        <w:br/>
        <w:t>З повагою,</w:t>
        <w:br/>
        <w:t>[ваше ім’я]</w:t>
        <w:br/>
        <w:t>[ваша компанія], [телефон]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Весь секрет — у портреті клієнта. «Будь-хто, кому потрібен сантехнік» не дасть нічого. «Сусід, чий котел старший за 12 років» дасть ім’я, бо клієнт одразу уявляє цю людину.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Коли вам назвуть ім’я, надішліть у відповідь текст для пересилання (наступні вкладки) і скажіть, що зв’яжетеся з цією людиною, лише якщо вона напише першою.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Завдання в CRM: </w:t>
      </w:r>
      <w:r>
        <w:rPr>
          <w:rFonts w:ascii="Calibri" w:hAnsi="Calibri" w:cs="Calibri" w:eastAsia="Calibri"/>
          <w:b w:val="0"/>
          <w:color w:val="5D5A70"/>
          <w:sz w:val="21"/>
        </w:rPr>
        <w:t>Запит на рекомендацію: ім’я, Відповідальний, Привід + 14–28 днів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Коротке прохання про рекомендацію для SMS, WhatsApp і чату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Макс. довжина: 300 символів · Відповісти: Того ж дня · Мета: Ім’я або дружнє «ні» в тому самому діалозі.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Коли надсилати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Клієнт щойно подякував вам або поставив 5 зірок у чаті, WhatsApp чи SMS. Відповідайте в тому самому діалозі, того ж дня, до 300 символів.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Повідомлення після подяки: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Дякуємо, [ім’я], ви зробили наш день. Одне коротке запитання: чи знаєте ви [портрет клієнта, напр. сусіда зі старим котлом], кому може знадобитися те саме? Якщо так, я надішлю вам короткий текст із 3 рядків для пересилання. Якщо ні, нічого страшного.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Або після оцінки 5 зірок: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 за 5 зірок, [ім’я]! Якщо знаєте [портрет клієнта], кому стане в пригоді наша допомога, я надішлю вам короткий текст, щоб переслати. Якщо ніхто не спадає на думку, усе гаразд.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Відповідь, коли кажуть «так», лист або чат: </w:t>
      </w:r>
      <w:r>
        <w:rPr>
          <w:rFonts w:ascii="Calibri" w:hAnsi="Calibri" w:cs="Calibri" w:eastAsia="Calibri"/>
          <w:b w:val="0"/>
          <w:color w:val="15131F"/>
          <w:sz w:val="21"/>
        </w:rPr>
        <w:t>Чудово, дякую. Ось текст, готовий до пересилання:</w:t>
        <w:br/>
        <w:br/>
        <w:t>[вставте текст для пересилання]</w:t>
        <w:br/>
        <w:br/>
        <w:t>Змінюйте що завгодно. Я зв’яжуся з [ім’я знайомого], лише якщо ця людина напише першою.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Відповідь, коли кажуть «ні»: </w:t>
      </w:r>
      <w:r>
        <w:rPr>
          <w:rFonts w:ascii="Calibri" w:hAnsi="Calibri" w:cs="Calibri" w:eastAsia="Calibri"/>
          <w:b w:val="0"/>
          <w:color w:val="15131F"/>
          <w:sz w:val="21"/>
        </w:rPr>
        <w:t>Нічого страшного, [ім’я]. Ще раз дякуємо, і хай [результат] вас тішить.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Збережіть три повідомлення як збережені відповіді з шорткатами на кшталт /ref-ask, /ref-yes і /ref-no. Замініть дужки перед надсиланням. Якщо вам назвали ім’я, додайте контакту тег «Рекомендувач».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Шорткати збережених відповідей: </w:t>
      </w:r>
      <w:r>
        <w:rPr>
          <w:rFonts w:ascii="Calibri" w:hAnsi="Calibri" w:cs="Calibri" w:eastAsia="Calibri"/>
          <w:b w:val="0"/>
          <w:color w:val="5D5A70"/>
          <w:sz w:val="21"/>
        </w:rPr>
        <w:t>/ref-ask, /ref-yes, /ref-no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Текст для пересилання, який ваш клієнт надсилає знайомому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Обсяг: 3 речення · Хто пише: Ви, голосом клієнта · Правило: Надсилає клієнт. Ви ніколи не пишете знайомому першими.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Більшість рекомендацій гине, бо клієнту треба щось написати. Напишіть це за нього: три речення його голосом, які пересилають як є або змінивши одне слово. Знайомий може відмовитися одним дотиком.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Текст, який пересилає клієнт: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 знайомого]!</w:t>
        <w:br/>
        <w:br/>
        <w:t>Ми щойно замовляли в [ваша компанія] [результат, напр. заміну котла], і вони спрацювали [одне чесне слово, напр. швидко й акуратно]. Ви згадували, що [їхня ситуація, напр. ваш котел барахлить], тож це може бути вам до речі.</w:t>
        <w:br/>
        <w:br/>
        <w:t>Якщо хочете, [ваше ім’я] може вам зателефонувати: [телефон]. Або просто відповідайте тут, і я вас зв’яжу. Жодного тиску в будь-якому разі.</w:t>
        <w:br/>
        <w:br/>
        <w:t>[ім’я клієнта]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Коротше, для WhatsApp: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 знайомого]! Ми щойно замовляли в [ваша компанія] [результат], і вони спрацювали [одне чесне слово]. Ви згадували про [їхня ситуація]. Їхній номер: [телефон], якщо стане в пригоді. Без жодного тиску. [ім’я клієнта]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для тексту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Голосом клієнта, від першої особи. Одне чесне слово про вас, яке клієнт може змінити.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Портрет клієнта з вашого запиту, щоб людина розуміла, чому пишуть саме їй.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Ваше ім’я й один спосіб зв’язатися, а не посилання з відстеженням. «Жодного тиску в будь-якому разі» лишається в кожній версії.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Ніколи не надсилайте текст знайомому самі, навіть якщо клієнт дав вам номер. Рекомендація належить клієнту.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Коли знайомий напише чи зателефонує, того ж дня створіть лід і вкажіть клієнта в полі «Хто порекомендував». Якщо людина так і не з’явиться, не переслідуйте її.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Обов’язково: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Результат, Їхня ситуація, Одне чесне слово, Ваш контакт, Без тиску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Подяка після рекомендації, з винагородою і без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Надіслати протягом: 1 день · Винагорода: Фіксована або жодної · Правило: Дякуйте двічі: коли знайомий звернувся і коли він купив.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Коли надсилати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Протягом одного дня після того, як рекомендована людина звернулася, що б не сталося далі.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Ще раз, коли вона стане клієнтом, із винагородою, якщо ви її пропонуєте. Якщо людина так і не звернулася, подякуйте клієнту за пересилання один раз.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Без винагороди: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Сьогодні ми отримали повідомлення від [ім’я знайомого]. Щиро дякуємо за знайомство. Хай яким буде рішення, я ціную, що ви поручилися за нас своїм ім’ям.</w:t>
        <w:br/>
        <w:br/>
        <w:t>Якщо вам колись щось знадобиться від нас, ви знаєте, де мене знайти.</w:t>
        <w:br/>
        <w:br/>
        <w:t>[ваше ім’я]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 винагородою: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Сьогодні ми отримали повідомлення від [ім’я знайомого]. Дякуємо за знайомство. Як і обіцяли, щойно [перша робота чи замовлення] буде виконано, ви отримаєте [винагорода, напр. бонус 50 $ на наступну послугу]. Я повідомлю, щойно все буде нараховано на ваш рахунок.</w:t>
        <w:br/>
        <w:br/>
        <w:t>Дякуємо, що довірили нам свого знайомого.</w:t>
        <w:br/>
        <w:br/>
        <w:t>[ваше ім’я]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Винагороди: просто й законно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Одна фіксована винагорода за кожну рекомендацію, оголошена до того, як клієнт щось перешле, і виплачена, коли рекомендована людина стає клієнтом. Запишіть її в картці контакту та в документі про нарахування бонусу.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Винагорода за рекомендацію — це нормально. Винагорода за відгук — ні: Google вважає заохочення за відгуки фальшивим і оманливим контентом, а в США правило FTC забороняє заохочення, що залежать від тональності відгуку.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Якщо ви продаєте бізнесу, перевірте, чи може рекомендувач приймати подарунки. Запропонуйте передати винагороду на благодійність або обійтися без неї.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Подяка без винагороди, надіслана того ж дня, краща за винагороду, надіслану на три тижні пізніше. Швидкість — це сигнал.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Ніколи: </w:t>
      </w:r>
      <w:r>
        <w:rPr>
          <w:rFonts w:ascii="Calibri" w:hAnsi="Calibri" w:cs="Calibri" w:eastAsia="Calibri"/>
          <w:b w:val="0"/>
          <w:color w:val="5D5A70"/>
          <w:sz w:val="21"/>
        </w:rPr>
        <w:t>Винагорода за відгук, Розмиті винагороди, Запізніла подяка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Прохання про відгук для Google та інших сайтів відгуків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Просити протягом: 1 день · Заохочення: Жодних · Правило: Одне посилання, один дотик, чесні слова, без винагороди.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Коли просити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Протягом 1 дня після отриманого результату, подяки або оцінки 5 зірок у чаті.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Кожен клієнт отримує однакове прохання в одній і тій самій точці вашого процесу. Не фільтруйте за оцінкою.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Одне посилання, яке одразу відкриває форму відгуку. Google дає кожному бізнесу посилання на відгук і QR-код.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Як ми впоралися, [ім’я]?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Або: </w:t>
      </w:r>
      <w:r>
        <w:rPr>
          <w:rFonts w:ascii="Calibri" w:hAnsi="Calibri" w:cs="Calibri" w:eastAsia="Calibri"/>
          <w:b w:val="0"/>
          <w:color w:val="15131F"/>
          <w:sz w:val="21"/>
        </w:rPr>
        <w:t>Хвилина на відгук про [ваша компанія]?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</w:t>
        <w:br/>
        <w:br/>
        <w:t>Дякуємо, що обрали [ваша компанія] для [робота чи замовлення]. Сподіваюся, [результат] добре вам служить.</w:t>
        <w:br/>
        <w:br/>
        <w:t>Якщо у вас є хвилина, чи не залишите нам відгук у Google? Він допомагає іншим [людям, як вони, напр. власникам будинків у районі] зробити вибір.</w:t>
        <w:br/>
        <w:br/>
        <w:t>[посилання на відгук]</w:t>
        <w:br/>
        <w:br/>
        <w:t>Нам потрібна чесна думка, зокрема про те, що ми могли б зробити краще. Якщо щось було не так, відповідайте на цей лист, і я особисто все виправлю.</w:t>
        <w:br/>
        <w:br/>
        <w:t>Дякуємо,</w:t>
        <w:br/>
        <w:t>[ваше ім’я]</w:t>
        <w:br/>
        <w:t>[ваша компанія]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Коротке повідомлення, SMS, WhatsApp або чат: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Дякуємо, що обрали [ваша компанія], [ім’я]. Якщо є хвилина, чесний відгук у Google допоможе іншим зробити вибір: [посилання на відгук]. Якщо щось було не так, просто відповідайте тут, і я все виправлю. Дякуємо!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 після оцінки 5 зірок у чаті: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 за 5 зірок, [ім’я]! Якщо є ще хвилина, ті самі слова в Google допоможуть іншим нас знайти: [посилання на відгук]. Цілком за бажанням.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Ніколи не пропонуйте знижку, подарунок, розіграш чи бонус за відгук: Google відносить це до забороненого контенту, а правило FTC у США забороняє заохочення, прив’язані до тональності відгуку. Ніколи не просіть лише тих клієнтів, від яких очікуєте позитиву, і ніколи не надсилайте готових формулювань.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Відповідайте на кожен відгук, хороший чи поганий, протягом тижня, і ніколи не пропонуйте знижку в публічній відповіді. В опитуванні BrightLocal 2026 року 80% споживачів сказали, що радше звернуться до бізнесу, який відповідає на всі свої відгуки.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Завдання в CRM: </w:t>
      </w:r>
      <w:r>
        <w:rPr>
          <w:rFonts w:ascii="Calibri" w:hAnsi="Calibri" w:cs="Calibri" w:eastAsia="Calibri"/>
          <w:b w:val="0"/>
          <w:color w:val="5D5A70"/>
          <w:sz w:val="21"/>
        </w:rPr>
        <w:t>Запит на відгук: ім’я, Відповідальний, Привід + 1 день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Нагадування та відмова: одне м’яке нагадування, потім стоп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Нагадувань: 1 · Чекати: 7 днів · Відмова: «Ні» остаточне на 12 місяців. Запишіть його в картці контакту. Жодного третього повідомлення, ніколи.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нагадування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Одне нагадування через 7 днів після запиту, у тому самому діалозі, з чимось новим: текстом для пересилання або посиланням ще раз. Ніколи не друге.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нагадуйте рекомендованій людині. Будь-яка відповідь клієнта завершує послідовність, зокрема «не зараз».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Нагадування про рекомендацію, лист або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Коротко повертаюся до свого запитання минулого тижня. Про всяк випадок ось текст, готовий до пересилання, якщо хтось спаде на думку:</w:t>
        <w:br/>
        <w:br/>
        <w:t>[вставте текст для пересилання]</w:t>
        <w:br/>
        <w:br/>
        <w:t>Якщо ні, відповідати не треба, і ще раз дякуємо, що довірили нам [результат].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Нагадування про відгук, коротке повідомлення: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Якщо раптом загубилося: ось посилання на відгук ще раз, [посилання на відгук]. Одна хвилина, чесні слова. Якщо не хочете, нічого страшного, і я більше не нагадуватиму.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Коли кажуть «ні», «не зараз» або просять зупинитися: </w:t>
      </w:r>
      <w:r>
        <w:rPr>
          <w:rFonts w:ascii="Calibri" w:hAnsi="Calibri" w:cs="Calibri" w:eastAsia="Calibri"/>
          <w:b w:val="0"/>
          <w:color w:val="15131F"/>
          <w:sz w:val="21"/>
        </w:rPr>
        <w:t>Звісно, [ім’я], і вибачте за зайве повідомлення. Я зроблю позначку, щоб ніхто з [ваша компанія] більше вас про це не просив. Якщо вам колись знадобиться допомога з [що ви робите], ви знаєте, де мене знайти.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Запишіть результат і закрийте запит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робити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Знайомство відбулося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Створіть лід із полем «Хто порекомендував». Подякуйте клієнту протягом 1 дня. Додайте йому тег «Рекомендувач».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Відгук опубліковано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Запишіть посилання в картці контакту. Відповідайте на відгук протягом тижня.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Відмова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Запишіть у картці контакту з датою. Жодних запитів 12 місяців.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відповіді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Через 7 днів після нагадування закрийте запит. Наступний привід — наступний запит, не раніше ніж через 3 місяці.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Закрийте запит як: </w:t>
      </w:r>
      <w:r>
        <w:rPr>
          <w:rFonts w:ascii="Calibri" w:hAnsi="Calibri" w:cs="Calibri" w:eastAsia="Calibri"/>
          <w:b w:val="0"/>
          <w:color w:val="5D5A70"/>
          <w:sz w:val="21"/>
        </w:rPr>
        <w:t>Знайомство відбулося, Відгук опубліковано, Відмова, Без відповіді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Правила: чого ніколи не робити в проханні про рекомендацію чи відгук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Правил: 4 · Винагород за відгуки: 0 · Якщо сумніваєтеся: Чи було б вам комфортно, якби клієнт показав це повідомлення своєму знайомому або Google?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8.1 Ніколи не платіть за відгук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Чому: </w:t>
      </w:r>
      <w:r>
        <w:rPr>
          <w:rFonts w:ascii="Calibri" w:hAnsi="Calibri" w:cs="Calibri" w:eastAsia="Calibri"/>
          <w:b w:val="0"/>
          <w:color w:val="5D5A70"/>
          <w:sz w:val="21"/>
        </w:rPr>
        <w:t>Google відносить заохочення за відгуки до забороненого контенту; правило FTC у США забороняє заохочення, що залежать від тональності відгуку.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Натомість: </w:t>
      </w:r>
      <w:r>
        <w:rPr>
          <w:rFonts w:ascii="Calibri" w:hAnsi="Calibri" w:cs="Calibri" w:eastAsia="Calibri"/>
          <w:b w:val="0"/>
          <w:color w:val="5D5A70"/>
          <w:sz w:val="21"/>
        </w:rPr>
        <w:t>Винагороджуйте лише рекомендації, письмово.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8.2 Ніколи не обирайте для відгуків лише задоволених клієнтів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Чому: </w:t>
      </w:r>
      <w:r>
        <w:rPr>
          <w:rFonts w:ascii="Calibri" w:hAnsi="Calibri" w:cs="Calibri" w:eastAsia="Calibri"/>
          <w:b w:val="0"/>
          <w:color w:val="5D5A70"/>
          <w:sz w:val="21"/>
        </w:rPr>
        <w:t>Вибірково просити про позитивні відгуки — проти політики Google.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Натомість: </w:t>
      </w:r>
      <w:r>
        <w:rPr>
          <w:rFonts w:ascii="Calibri" w:hAnsi="Calibri" w:cs="Calibri" w:eastAsia="Calibri"/>
          <w:b w:val="0"/>
          <w:color w:val="5D5A70"/>
          <w:sz w:val="21"/>
        </w:rPr>
        <w:t>Просіть кожного клієнта в одній і тій самій точці процесу.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8.3 Ніколи не надсилайте третє повідомлення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Чому: </w:t>
      </w:r>
      <w:r>
        <w:rPr>
          <w:rFonts w:ascii="Calibri" w:hAnsi="Calibri" w:cs="Calibri" w:eastAsia="Calibri"/>
          <w:b w:val="0"/>
          <w:color w:val="5D5A70"/>
          <w:sz w:val="21"/>
        </w:rPr>
        <w:t>Зайві повідомлення коштують більше довіри, ніж приносять.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Натомість: </w:t>
      </w:r>
      <w:r>
        <w:rPr>
          <w:rFonts w:ascii="Calibri" w:hAnsi="Calibri" w:cs="Calibri" w:eastAsia="Calibri"/>
          <w:b w:val="0"/>
          <w:color w:val="5D5A70"/>
          <w:sz w:val="21"/>
        </w:rPr>
        <w:t>Закрийте запит як «Без відповіді». Наступний привід — наступний запит.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8.4 Ніколи не додавайте рекомендовану людину в розсилку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Чому: </w:t>
      </w:r>
      <w:r>
        <w:rPr>
          <w:rFonts w:ascii="Calibri" w:hAnsi="Calibri" w:cs="Calibri" w:eastAsia="Calibri"/>
          <w:b w:val="0"/>
          <w:color w:val="5D5A70"/>
          <w:sz w:val="21"/>
        </w:rPr>
        <w:t>Один пересланий текст — це не згода отримувати від вас листи.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Натомість: </w:t>
      </w:r>
      <w:r>
        <w:rPr>
          <w:rFonts w:ascii="Calibri" w:hAnsi="Calibri" w:cs="Calibri" w:eastAsia="Calibri"/>
          <w:b w:val="0"/>
          <w:color w:val="5D5A70"/>
          <w:sz w:val="21"/>
        </w:rPr>
        <w:t>Відповідайте на те, про що запитали. Питайте дозволу, перш ніж кудись додавати.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Якщо клієнт запитує, що він отримає за відгук, скажіть: «Нічого, і в цьому суть. Нам потрібні ваші чесні слова». Потім подякуйте.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Також ніколи: </w:t>
      </w:r>
      <w:r>
        <w:rPr>
          <w:rFonts w:ascii="Calibri" w:hAnsi="Calibri" w:cs="Calibri" w:eastAsia="Calibri"/>
          <w:b w:val="0"/>
          <w:color w:val="5D5A70"/>
          <w:sz w:val="21"/>
        </w:rPr>
        <w:t>Писати відгук за клієнта, Писати рекомендованому першими, Просити до результату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Один котел, один відгук і одна рекомендація за 16 днів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Hillcrest Plumbing &amp; Heating, вигадана компанія з двох людей, 21 вересня замінює котел Прії Наїр. Вона ставить чату у WhatsApp 5 зірок і пише подяку: це привід. Наступного дня Кім надсилає прохання про відгук, чекає два тижні, а потім — лист із проханням про рекомендацію з портретом клієнта в один рядок. Прія пересилає текст сусідові, і той пише наступного ранку.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Пн, 21 вер., WhatsApp: Новий котел працює, і в будинку знову тепло. Дякую, що встигли до холодного тижня і залишили кухню такою чистою.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Кім (власниця): </w:t>
      </w:r>
      <w:r>
        <w:rPr>
          <w:rFonts w:ascii="Calibri" w:hAnsi="Calibri" w:cs="Calibri" w:eastAsia="Calibri"/>
          <w:b w:val="0"/>
          <w:color w:val="15131F"/>
          <w:sz w:val="21"/>
        </w:rPr>
        <w:t>Вт, 22 вер., прохання про відгук: Дякуємо, що обрали Hillcrest, Пріє. Якщо є хвилина, чесний відгук у Google допоможе іншим власникам будинків зробити вибір: hillcrest.example/review.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Ср, 23 вер.: Готово! П’ять зірок.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Кім (власниця): </w:t>
      </w:r>
      <w:r>
        <w:rPr>
          <w:rFonts w:ascii="Calibri" w:hAnsi="Calibri" w:cs="Calibri" w:eastAsia="Calibri"/>
          <w:b w:val="0"/>
          <w:color w:val="15131F"/>
          <w:sz w:val="21"/>
        </w:rPr>
        <w:t>Пн, 5 жовт., лист «Коротке запитання після вашого котла»: Вітаю, Пріє! Приємно чути, що в будинку було тепло весь холодний тиждень. Ми хотіли б допомогти ще власникам будинків у Maple Grove з котлом старшим за 12 років. Чи є серед ваших знайомих одна людина, яка підходить під цей опис? Я надішлю вам три речення, щоб переслати як є. Якщо ні, нічого страшного.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Пн, 5 жовт.: Так, є. Мій сусід Том Келлер цілий рік скаржиться на свій котел. Надсилайте текст.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Кім (власниця): </w:t>
      </w:r>
      <w:r>
        <w:rPr>
          <w:rFonts w:ascii="Calibri" w:hAnsi="Calibri" w:cs="Calibri" w:eastAsia="Calibri"/>
          <w:b w:val="0"/>
          <w:color w:val="15131F"/>
          <w:sz w:val="21"/>
        </w:rPr>
        <w:t>Пн, 5 жовт., WhatsApp: Готово до пересилання: «Вітаю, Томе! Ми щойно замовляли в Hillcrest Plumbing &amp; Heating заміну котла, і вони спрацювали швидко й акуратно. Ви згадували, що ваш барахлить, тож це може бути вам до речі. Якщо хочете, Кім може вам зателефонувати: 555-0142. Або відповідайте тут, і я вас зв’яжу. Жодного тиску в будь-якому разі. Прія». Я зв’яжуся з Томом, лише якщо він напише першим.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Пн, 5 жовт.: Переслала.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Вт, 6 жовт., 8:40, чат на сайті, Том Келлер: Вітаю, Прія Наїр переслала мені ваші контакти. Нашому котлу 18 років, і він вимикається щоранку. Чи може хтось подивитися його цього тижня?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Доброго ранку, Томе, співчуваю щодо холодних ранків. Я передаю ваше повідомлення Кім, вона зателефонує вам сьогодні вранці. Який номер для вас найзручніший?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Кім (власниця): </w:t>
      </w:r>
      <w:r>
        <w:rPr>
          <w:rFonts w:ascii="Calibri" w:hAnsi="Calibri" w:cs="Calibri" w:eastAsia="Calibri"/>
          <w:b w:val="0"/>
          <w:color w:val="15131F"/>
          <w:sz w:val="21"/>
        </w:rPr>
        <w:t>Вт, 6 жовт., 9:15, нотатка про дзвінок: Візит призначено на ср, 7 жовт., 9:00. Лід створено, «Хто порекомендував»: Прія Наїр.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Кім (власниця): </w:t>
      </w:r>
      <w:r>
        <w:rPr>
          <w:rFonts w:ascii="Calibri" w:hAnsi="Calibri" w:cs="Calibri" w:eastAsia="Calibri"/>
          <w:b w:val="0"/>
          <w:color w:val="15131F"/>
          <w:sz w:val="21"/>
        </w:rPr>
        <w:t>Вт, 6 жовт., WhatsApp Прії: Том написав сьогодні вранці, щиро дякуємо за знайомство. Хай що він вирішить, я ціную, що ви поручилися за нас своїм ім’ям. Бонус 50 $ нарахуємо на ваш рахунок, щойно його замовлення буде виконано.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Контакти в CRM на 7 жовтня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Прія Наїр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Клієнтка з 21 вер., тег «Рекомендувач»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Привід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Подяка й оцінка 5 зірок, 21 вер.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Відгук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Опубліковано 23 вер., відповідь того ж дня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Запит на рекомендацію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Лист 5 жовт., текст переслано 5 жовт.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Том Келлер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Лід 6 жовт., «Хто порекомендував»: Прія Наїр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Винагорода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Бонус 50 $, коли замовлення Тома виконано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Запити в трекері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Дата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22 вер.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Запит на відгук, WhatsApp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Відгук опубліковано 23 вер.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Пн, 5 жовт.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Запит на рекомендацію, лист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Знайомство відбулося 6 жовт.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клієнти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Як попросити клієнта про рекомендацію чи відгук: два різні запити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Питання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Прохання про рекомендацію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Прохання про відгук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 що просите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Знайомство з одним типом людей, яке влаштовує клієнт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Публічна оцінка власними словами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Заслужений привід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Отриманий результат, подяка, оцінка 5 зірок або продовження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Ті самі приводи або одна фіксована точка у вашому процесі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Коли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Через 2–4 тижні після результату або того ж дня після подяки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Протягом 1 дня після приводу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Кого можна просити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Задоволених клієнтів без відкритих проблем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Кожного клієнта в одній і тій самій точці, ніколи лише задоволених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Винагорода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Одна фіксована винагорода допустима, виплачується, коли рекомендована людина купує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Жодної, ніколи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Нагадування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Одне, через 7 днів, із текстом для пересилання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Одне, через 7 днів, із посиланням ще раз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Налаштуйте прохання про рекомендації й відгуки за 5 кроків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Напишіть свої версії один раз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Заповніть дужки: компанія, портрет клієнта в один рядок, посилання на відгук. Збережіть листи як чернетки, а короткі повідомлення — як збережені відповіді.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Отримайте посилання на відгук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У своєму Google Business Profile скопіюйте посилання на відгук або QR-код. Один дотик на телефоні має відкривати форму відгуку.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Оберіть приводи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Вирішіть, які з чотирьох приводів вам підходять і хто відповідає за запит: той, хто виконав роботу.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Визначте винагороду за рекомендацію або відмовтеся від неї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Одна фіксована винагорода, виплачена, коли рекомендована людина купує, записана письмово. Нічого за відгук.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Записуйте кожен запит і закривайте його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Один рядок трекера або завдання в CRM на кожен запит. Привід, текст для пересилання й дата нагадування роблять його повним; результат закриває його.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Відкрийте «Користувацькі поля» в меню зліва й натисніть «Додати поле»: «Тип сутності» — «Контакти», «Мітка поля» — «Хто порекомендував», «Тип поля» — «Текст», потім «Створити поле». Повторіть для «Ліди».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У «Контакти» додайте тег «Рекомендувач» у полі «Теги» клієнту, який влаштував знайомство. Коли рекомендована людина напише, заповніть «Хто порекомендував» у ліді й натисніть «Конвертувати», щоб одним кліком перетворити його на контакт, компанію та угоду.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Відкрийте «Задачі» й натискайте «Нове завдання» для кожного запиту: «Назва завдання» («Запит на рекомендацію» або «Запит на відгук» плюс ім’я клієнта), «Виконавець» і «Дедлайн» (привід плюс 1 день для відгуку, плюс 14–28 днів для рекомендації). Коли надішлете повідомлення, запишіть канал, текст для пересилання й дату нагадування в «Підсумок статусу», натисніть «Позначити виконаним» і створіть завдання для нагадування. «Мої задачі» показують «На сьогодні» і «Прострочені».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 тарифі Growth збережіть короткі повідомлення в «Налаштування» &gt; «Збережені відповіді» через «Нова відповідь»: «Шорткат» (/ref-ask, /ref-yes, /ref-no, /review-ask), «Назва», «Текст відповіді», «Поділитися з командою», «Створити відповідь». У чаті введіть шорткат і замініть дужки.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У «Мої боти» відкрийте свого бота й увімкніть «Оцінки задоволеності» на вкладці «Поведінка»: клієнти бачитимуть запит на оцінку зірками наприкінці розмови. Оцінки з’являються в «Аналітика» в розділі «Задоволеність»; оцінка 5 зірок — ваш привід попросити відгук.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CRMsoftware.pro не надсилає прохання про відгуки чи рекомендації автоматично: кожне повідомлення ви надсилаєте самі, а завдання стежать за термінами. Контакти, 1 воронка й базові завдання безкоштовні. WhatsApp, Telegram та Instagram є з тарифу Launch, 19 $ на місяць при оплаті за рік; збережені відповіді — з Growth, 49 $.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Щотижневий перегляд запитів, 10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кожного відкритого запиту є дата нагадування й відповідальний.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Нагадування на сьогодні надсилаються сьогодні, у тому самому діалозі.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Нагадування, надіслані 7 і більше днів тому, закриті як «Без відповіді».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кожного знайомства є лід із полем «Хто порекомендував» і надіслана подяка.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 кожен опублікований відгук є відповідь.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в прикладі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https://crmsoftware.pro/ua/templates/referral-request-templates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Набір повідомлень для прохання про рекомендацію та відгук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