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Шаблони листів для продажів на кожному етапі угоди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Листи й короткі версії для 8 етапів угоди: відповідь на вхідний лід, підсумок дзвінка чи демо, питання про ціну, комерційна пропозиція, лист закупівельній групі, виграно: наступні кроки, програно: запитайте чому, продовження чи допродаж. Від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Виберіть шаблон для поточного етапу угоди й замініть кожне слово в [дужках] словами й цифрами самого покупця. Кожен лист просить про одне й завершується наступним кроком із датою. Записуйте кожен лист і наступний крок у журнал листів Excel, щоб жодна угода не залежала від чиєїсь пам’яті.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Шаблони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Відповідь на вхідний лід і запис на дзвінок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Коли надіслати: За 1 робочу годину · Єдине прохання: Вибрати час дзвінка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1 робочої години після звернення. Якщо воно надійшло в неробочий час, то першим ділом наступного ранку.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Спершу дайте відповідь на запитання клієнта, потім запропонуйте два конкретні варіанти часу для дзвінка.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Клієнт написав першим, тож це не холодний лист. Для тих, хто нічого не запитував, використовуйте шаблони холодних листів.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[Тема запиту]: два варіанти часу для дзвінка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Дякую за ваше повідомлення про [тему]. [Пряма відповідь на запитання].</w:t>
        <w:br/>
        <w:br/>
        <w:t>Щоб запропонувати вам найкращий варіант, мені потрібно 20 хвилин розмови: [2–3 речі, які треба знати, наприклад: скільки у вас закладів і коли ви хочете почати].</w:t>
        <w:br/>
        <w:br/>
        <w:t>Вам зручно [день] о [час] або [день] о [час]? Якщо ні, напишіть, коли вам зручно.</w:t>
        <w:br/>
        <w:br/>
        <w:t>[ваше ім’я]</w:t>
        <w:br/>
        <w:t>[компанія], [телефон]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 Дякую за запитання про [тему]. [Коротка відповідь]. Можемо поговорити 20 хвилин [день] о [час] або [день] о [час]? 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відповіді немає: </w:t>
      </w:r>
      <w:r>
        <w:rPr>
          <w:rFonts w:ascii="Calibri" w:hAnsi="Calibri" w:cs="Calibri" w:eastAsia="Calibri"/>
          <w:b w:val="0"/>
          <w:color w:val="5D5A70"/>
          <w:sz w:val="21"/>
        </w:rPr>
        <w:t>Два короткі нагадування на 2-й і 5-й робочий день, останній лист на 10-й день. Тексти є в шаблоні «Листи-нагадування, якщо клієнт не відповідає».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в першій відповіді: </w:t>
      </w:r>
      <w:r>
        <w:rPr>
          <w:rFonts w:ascii="Calibri" w:hAnsi="Calibri" w:cs="Calibri" w:eastAsia="Calibri"/>
          <w:b w:val="0"/>
          <w:color w:val="5D5A70"/>
          <w:sz w:val="21"/>
        </w:rPr>
        <w:t>Загальна брошура, П’ять запитань, Штучна терміновість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Лист-підсумок після першого дзвінка чи демо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Коли надіслати: Того ж дня · Єдине прохання: Виправте, якщо я помиляюся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Того ж дня, що й дзвінок чи демо, по можливості протягом 2 годин.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Використовуйте слова й цифри клієнта: він перешле лист тим, кого не було на дзвінку.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Підсумок: [їхня мета] для [їхньої компанії]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Дякую, що знайшли сьогодні час. Коротко підсумую нашу розмову:</w:t>
        <w:br/>
        <w:br/>
        <w:t>- Зараз: [як це влаштовано зараз, у їхніх цифрах].</w:t>
        <w:br/>
        <w:t>- Мета: [чого вони хочуть] до [дати].</w:t>
        <w:br/>
        <w:t>- Хто й коли вирішує: [імена й ролі], [дата].</w:t>
        <w:br/>
        <w:br/>
        <w:t>Наступний крок: надішлю [ціни або пропозицію] до [дня]. Якщо щось записано неправильно, напишіть, і я виправлю.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Дякую за сьогоднішню розмову, [ім’я]. Ви хочете [мету] до [дати], а вирішують [імена] [дата]. Надішлю [наступне] до [дня]. Чи все правильно?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Порада: </w:t>
      </w:r>
      <w:r>
        <w:rPr>
          <w:rFonts w:ascii="Calibri" w:hAnsi="Calibri" w:cs="Calibri" w:eastAsia="Calibri"/>
          <w:b w:val="0"/>
          <w:color w:val="5D5A70"/>
          <w:sz w:val="21"/>
        </w:rPr>
        <w:t>Якщо в підсумку не можна назвати, хто й коли вирішує, запитайте про це, перш ніж надсилати ціну. План дзвінка є в шаблоні «Скрипт першого дзвінка з клієнтом».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Завжди додавайте: </w:t>
      </w:r>
      <w:r>
        <w:rPr>
          <w:rFonts w:ascii="Calibri" w:hAnsi="Calibri" w:cs="Calibri" w:eastAsia="Calibri"/>
          <w:b w:val="0"/>
          <w:color w:val="5D5A70"/>
          <w:sz w:val="21"/>
        </w:rPr>
        <w:t>Їхні цифри, Хто вирішує, Наступний крок і дата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Відповідь на питання про ціну: спершу цифра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Коли надіслати: Того ж робочого дня · Єдине прохання: Чи вкладається у бюджет?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Того ж робочого дня, коли клієнт запитав. Не чекайте на пропозицію.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Напишіть ціну в перших двох рядках. Якщо вона залежить від обсягу, дайте діапазон і скажіть, від чого він залежить.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Ціни для [їхньої компанії]: [ціна] на [місяць або рік]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Для [обсягу] ціна становить [ціна] на [місяць] при оплаті [за рік]: [сума за рік] на рік.</w:t>
        <w:br/>
        <w:br/>
        <w:t>У вартість входить: [3 речі, важливі для клієнта]. Одноразово: [плата за налаштування]. Не входить: [що оплачується окремо].</w:t>
        <w:br/>
        <w:br/>
        <w:t>[Помісячний варіант або менший старт, якщо ви таке пропонуєте].</w:t>
        <w:br/>
        <w:br/>
        <w:t>Чи вкладається це у ваш бюджет? Якщо так, надішлю пропозицію до [дня]. Якщо ні, назвіть свій бюджет, і я чесно скажу, що в нього вкладається.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Для [обсягу] це [ціна] на [місяць] при оплаті [за рік], плюс [плата за налаштування]. Чи вкладається це у ваш бюджет? Можу надіслати пропозицію до [дня].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кажуть, що дорого: </w:t>
      </w:r>
      <w:r>
        <w:rPr>
          <w:rFonts w:ascii="Calibri" w:hAnsi="Calibri" w:cs="Calibri" w:eastAsia="Calibri"/>
          <w:b w:val="0"/>
          <w:color w:val="5D5A70"/>
          <w:sz w:val="21"/>
        </w:rPr>
        <w:t>Не знижуйте ціну в наступному листі. Запитайте, з чим клієнт порівнює, а потім скористайтеся шаблоном «Відповіді на заперечення клієнтів».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Приховувати ціну, Знижка без запиту, Дзвінок лише заради ціни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Лист із комерційною пропозицією та одним наступним кроком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Коли надіслати: За 1 робочий день · Дійсно до: Реальна дата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1 робочого дня після дзвінка, на якому ви погодили обсяг робіт.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У пропозиції є ціна, дата початку й термін дії. Лист — це підсумок у 3 рядки для того, хто підписує.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Пропозиція [номер]: [обсяг] для [їхньої компанії]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Пропозиція у вкладенні. У трьох рядках, для всіх, кому ви її перешлете:</w:t>
        <w:br/>
        <w:br/>
        <w:t>- Що: [обсяг], запуск до [дати].</w:t>
        <w:br/>
        <w:t>- Ціна: [сума за перший рік], включно з [одноразовою платою]. Діє до [дати].</w:t>
        <w:br/>
        <w:t>- Навіщо: [мета клієнта, його словами].</w:t>
        <w:br/>
        <w:br/>
        <w:t>Наступний крок — 20-хвилинний дзвінок, щоб відповісти на запитання, разом із [іншою людиною, яка вирішує], якщо вона захоче приєднатися. Вам зручно [день] о [час] або [день] о [час]?</w:t>
        <w:br/>
        <w:br/>
        <w:t>[ваше ім’я]</w:t>
        <w:br/>
        <w:t>[телефон]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[Ім’я], пропозиція щодо [обсягу] вже у вашій пошті: [ціна], діє до [дати]. Пройдемося нею [день] о [час]?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Якщо відповіді немає: </w:t>
      </w:r>
      <w:r>
        <w:rPr>
          <w:rFonts w:ascii="Calibri" w:hAnsi="Calibri" w:cs="Calibri" w:eastAsia="Calibri"/>
          <w:b w:val="0"/>
          <w:color w:val="5D5A70"/>
          <w:sz w:val="21"/>
        </w:rPr>
        <w:t>Скористайтеся шаблоном «Листи-нагадування в продажах»: з 2-го по 14-й день.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Додайте до листа: </w:t>
      </w:r>
      <w:r>
        <w:rPr>
          <w:rFonts w:ascii="Calibri" w:hAnsi="Calibri" w:cs="Calibri" w:eastAsia="Calibri"/>
          <w:b w:val="0"/>
          <w:color w:val="5D5A70"/>
          <w:sz w:val="21"/>
        </w:rPr>
        <w:t>Пропозицію чи кошторис, Один схожий кейс, Більше нічого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Звірка перед рішенням із закупівельною групою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До рішення: За 1 тиждень · Копія іншим: Лише зі згоди контакту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Коли рішення ухвалюють кілька людей. Надішліть лист за тиждень до наради, на якій вирішують, і ще раз, коли долучається нова людина.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Пишіть своєму основному контакту. Ставте інших у копію, лише якщо контакт погодиться, і відповідайте на запитання кожного, звертаючись на ім’я.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До вашого рішення [дата]: ціна, умови й дата початку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 і [ім’я другої людини]!</w:t>
        <w:br/>
        <w:br/>
        <w:t>Щоб усі на [нараді] мали однакові факти:</w:t>
        <w:br/>
        <w:br/>
        <w:t>- Ціна: [сума за перший рік], [умови оплати].</w:t>
        <w:br/>
        <w:t>- Ваше запитання, [ім’я другої людини]: [відповідь одним реченням].</w:t>
        <w:br/>
        <w:t>- Старт: [перший етап] до [дати], якщо ви вирішите до [дати].</w:t>
        <w:br/>
        <w:t>- Якщо не спрацює: [що тоді].</w:t>
        <w:br/>
        <w:br/>
        <w:t>Чи потрібно для наради ще щось від мене до [дня]?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[Ім’я], перед нарадою [дата]: чи потрібно вам, [ім’я другої людини] або команді ще щось від мене до [дня]?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Порада: </w:t>
      </w:r>
      <w:r>
        <w:rPr>
          <w:rFonts w:ascii="Calibri" w:hAnsi="Calibri" w:cs="Calibri" w:eastAsia="Calibri"/>
          <w:b w:val="0"/>
          <w:color w:val="5D5A70"/>
          <w:sz w:val="21"/>
        </w:rPr>
        <w:t>Ніколи не дійте в обхід свого контакту. Якщо вам треба зв’язатися з тим, хто підписує, попросіть контакт вас представити й поясніть навіщо.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Дайте відповідь для: </w:t>
      </w:r>
      <w:r>
        <w:rPr>
          <w:rFonts w:ascii="Calibri" w:hAnsi="Calibri" w:cs="Calibri" w:eastAsia="Calibri"/>
          <w:b w:val="0"/>
          <w:color w:val="5D5A70"/>
          <w:sz w:val="21"/>
        </w:rPr>
        <w:t>Фінанси: вартість і умови, Власник: ризики, Команда: час на навчання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Після «так»: наступні кроки і хто що робить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Після «так»: Того ж дня · Єдине прохання: Підтвердити час старту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Того ж дня, коли клієнт сказав «так», до будь-якого рахунку чи автоматичного привітального листа.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Хто що робить і до коли, з обох сторін.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Наступні кроки: запуск [їхньої компанії] до [дати]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Дякую і ласкаво просимо до [вашої компанії]. Ось що буде далі:</w:t>
        <w:br/>
        <w:br/>
        <w:t>1. [Дата]: [документи, рахунок або посилання для оплати] від [кого].</w:t>
        <w:br/>
        <w:t>2. [Дата]: стартовий дзвінок о [час], з вашого боку [хто].</w:t>
        <w:br/>
        <w:t>3. [Дата]: [перший результат, наприклад: перший щотижневий звіт].</w:t>
        <w:br/>
        <w:br/>
        <w:t>Від вас нам потрібно [що клієнт має надіслати] до [дати]. З питань [тема] звертайтеся до [ім’я, роль].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Дякую, [ім’я]! Далі: [документи] сьогодні, стартовий дзвінок [день] о [час], перший [результат] до [дати]. Подробиці надішлю листом.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Лише транзакційний зміст: </w:t>
      </w:r>
      <w:r>
        <w:rPr>
          <w:rFonts w:ascii="Calibri" w:hAnsi="Calibri" w:cs="Calibri" w:eastAsia="Calibri"/>
          <w:b w:val="0"/>
          <w:color w:val="5D5A70"/>
          <w:sz w:val="21"/>
        </w:rPr>
        <w:t>За американським законом CAN-SPAM лист, який лише завершує угоду, на яку покупець погодився, є транзакційним і звільнений від більшості правил, але дані про відправника й маршрутизацію в ньому мають бути точними. Жодних допродажів у цьому листі.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 не додавайте: </w:t>
      </w:r>
      <w:r>
        <w:rPr>
          <w:rFonts w:ascii="Calibri" w:hAnsi="Calibri" w:cs="Calibri" w:eastAsia="Calibri"/>
          <w:b w:val="0"/>
          <w:color w:val="5D5A70"/>
          <w:sz w:val="21"/>
        </w:rPr>
        <w:t>Допродаж, Прохання про рекомендацію, Опитування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Лист після відмови: запитайте чому й не зачиняйте двері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Коли надіслати: За 2 робочі дні · Нагадування: Жодних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Протягом 2 робочих днів після «ні» або після того, як останнє нагадування залишилося без відповіді.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Поставте одне запитання й зупиніться. Пишіть знову, лише якщо клієнт попросить або сам назвав дату.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Закриваю вашу заявку, але спершу одне запитання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Дякую, що повідомили. Пропозицію з нашого боку закрито.</w:t>
        <w:br/>
        <w:br/>
        <w:t>Одне запитання, щоб ми могли стати кращими: що було головною причиною? Дайте відповідь цифрою:</w:t>
        <w:br/>
        <w:t>1. Ціна</w:t>
        <w:br/>
        <w:t>2. Невдалий час</w:t>
        <w:br/>
        <w:t>3. Ви вибрали інший варіант</w:t>
        <w:br/>
        <w:t>4. Щось, що ми зробили чи не зробили</w:t>
        <w:br/>
        <w:br/>
        <w:t>Якщо [привід повернутися, наприклад: новий заклад] щось змінить, я на зв’язку. Більше не писатиму, якщо ви самі не попросите.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Коротка версія для чату чи месенджера: </w:t>
      </w:r>
      <w:r>
        <w:rPr>
          <w:rFonts w:ascii="Calibri" w:hAnsi="Calibri" w:cs="Calibri" w:eastAsia="Calibri"/>
          <w:b w:val="0"/>
          <w:color w:val="15131F"/>
          <w:sz w:val="21"/>
        </w:rPr>
        <w:t>Зрозуміло, [ім’я], дякую, що повідомили. Справа в ціні, часі, іншому варіанті чи в чомусь, що ми зробили? Достатньо одного слова.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Пізніше: </w:t>
      </w:r>
      <w:r>
        <w:rPr>
          <w:rFonts w:ascii="Calibri" w:hAnsi="Calibri" w:cs="Calibri" w:eastAsia="Calibri"/>
          <w:b w:val="0"/>
          <w:color w:val="5D5A70"/>
          <w:sz w:val="21"/>
        </w:rPr>
        <w:t>Якщо клієнт назвав час, наприклад «після березня», створіть одне завдання на цей місяць. Для колишніх клієнтів використовуйте шаблони листів для повернення клієнтів.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Ніколи: </w:t>
      </w:r>
      <w:r>
        <w:rPr>
          <w:rFonts w:ascii="Calibri" w:hAnsi="Calibri" w:cs="Calibri" w:eastAsia="Calibri"/>
          <w:b w:val="0"/>
          <w:color w:val="5D5A70"/>
          <w:sz w:val="21"/>
        </w:rPr>
        <w:t>Сперечатися з «ні», Знижка в останню мить, Писати знову за тиждень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Листи про продовження й допродаж чинним клієнтам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Продовження: За 60 днів · Допродаж: Лише з приводом від клієнта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Коли надсилати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Продовження: за 60 днів до дати продовження або до крайнього строку для змін, якщо він настає раніше.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Допродаж: лише коли є привід від клієнта, наприклад новий заклад чи більше користувачів, і після першого результату.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Продовження, тема: </w:t>
      </w:r>
      <w:r>
        <w:rPr>
          <w:rFonts w:ascii="Calibri" w:hAnsi="Calibri" w:cs="Calibri" w:eastAsia="Calibri"/>
          <w:b w:val="0"/>
          <w:color w:val="15131F"/>
          <w:sz w:val="21"/>
        </w:rPr>
        <w:t>Ваше продовження [дата]: огляд на 20 хвилин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Продовження, 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Ваш [тариф або договір] продовжується [дата] за ціною [ціна]. Перед цим пропоную разом переглянути рік: [один результат у їхніх цифрах], що не спрацювало і що досі підходить.</w:t>
        <w:br/>
        <w:br/>
        <w:t>Вам зручно [день] о [час] на 20 хвилин? Крайній строк, щоб повідомити про будь-які зміни, — [дата].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Допродаж, тема: </w:t>
      </w:r>
      <w:r>
        <w:rPr>
          <w:rFonts w:ascii="Calibri" w:hAnsi="Calibri" w:cs="Calibri" w:eastAsia="Calibri"/>
          <w:b w:val="0"/>
          <w:color w:val="15131F"/>
          <w:sz w:val="21"/>
        </w:rPr>
        <w:t>[Привід клієнта, наприклад: ваш п’ятий ресторан]: додати його до [продукту]?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Допродаж, лист: </w:t>
      </w:r>
      <w:r>
        <w:rPr>
          <w:rFonts w:ascii="Calibri" w:hAnsi="Calibri" w:cs="Calibri" w:eastAsia="Calibri"/>
          <w:b w:val="0"/>
          <w:color w:val="15131F"/>
          <w:sz w:val="21"/>
        </w:rPr>
        <w:t>Добрий день, [ім’я]!</w:t>
        <w:br/>
        <w:br/>
        <w:t>Ви згадували про [привід клієнта] у [місяці]. [Один результат на сьогодні, у їхніх цифрах].</w:t>
        <w:br/>
        <w:br/>
        <w:t>Додавання коштуватиме [ціна] на [місяць] за вашими поточними умовами, плюс [плата за налаштування]. Надіслати пропозицію зараз, щоб ви врахували її в бюджеті?</w:t>
        <w:br/>
        <w:br/>
        <w:t>[ваше ім’я]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Порада: </w:t>
      </w:r>
      <w:r>
        <w:rPr>
          <w:rFonts w:ascii="Calibri" w:hAnsi="Calibri" w:cs="Calibri" w:eastAsia="Calibri"/>
          <w:b w:val="0"/>
          <w:color w:val="5D5A70"/>
          <w:sz w:val="21"/>
        </w:rPr>
        <w:t>Завжди називайте крайній строк для змін, щоб продовження ніколи не стало несподіванкою в рахунку.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Що мати: </w:t>
      </w:r>
      <w:r>
        <w:rPr>
          <w:rFonts w:ascii="Calibri" w:hAnsi="Calibri" w:cs="Calibri" w:eastAsia="Calibri"/>
          <w:b w:val="0"/>
          <w:color w:val="5D5A70"/>
          <w:sz w:val="21"/>
        </w:rPr>
        <w:t>Один результат у цифрах, Крайній строк для змін, Один варіант, а не п’ять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Приклад: Приклади листів для продажів: одна угода з ресторанами, від чату до «так»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Lanternfish Analytics, вигадана компанія, що продає ресторанам програму для звітності, використовує ці шаблони листів для продажів в одній угоді. Джона Вітакер продає Інес Моро, операційній директорці Olive Branch Bistro Group (4 ресторани). Пол Оконкво з фінансового відділу долучається перед рішенням.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Клієнтка: </w:t>
      </w:r>
      <w:r>
        <w:rPr>
          <w:rFonts w:ascii="Calibri" w:hAnsi="Calibri" w:cs="Calibri" w:eastAsia="Calibri"/>
          <w:b w:val="0"/>
          <w:color w:val="15131F"/>
          <w:sz w:val="21"/>
        </w:rPr>
        <w:t>Чт, 1 жовтня, 21:40, чат на сайті: Добрий день, я Інес Моро з Olive Branch Bistro Group. Щопонеділка я переношу цифри витрат на продукти й персонал із наших 4 ресторанів в одну таблицю. Ви можете робити це за нас?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AI-агент: </w:t>
      </w:r>
      <w:r>
        <w:rPr>
          <w:rFonts w:ascii="Calibri" w:hAnsi="Calibri" w:cs="Calibri" w:eastAsia="Calibri"/>
          <w:b w:val="0"/>
          <w:color w:val="15131F"/>
          <w:sz w:val="21"/>
        </w:rPr>
        <w:t>Так. Lanternfish щопонеділка зранку надсилає один тижневий звіт по всіх ваших ресторанах. Джона з відділу продажів напише вам завтра до 9:00 і запропонує два варіанти часу для дзвінка. Підкажіть, будь ласка, ваш email і телефон.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Пт, 2 жовтня, 8:20, лист «Щотижневі звіти для 4 ресторанів: два варіанти часу для дзвінка»: Так, ми можемо замінити понеділкову таблицю. Вам зручно поговорити 20 хвилин у вт, 6 жовтня, о 10:00 чи в ср, 7 жовтня, о 14:00?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Вт, 6 жовтня, 11:40, лист «Підсумок: один тижневий звіт для Olive Branch»: Зараз звіт забирає у вас близько 5 годин. Мета: готовий щопонеділка до 8:00. Рішення ухвалюєте ви й Пол Оконкво (фінанси) 28 жовтня. Пропозиція — до пн, 12 жовтня.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Клієнтка: </w:t>
      </w:r>
      <w:r>
        <w:rPr>
          <w:rFonts w:ascii="Calibri" w:hAnsi="Calibri" w:cs="Calibri" w:eastAsia="Calibri"/>
          <w:b w:val="0"/>
          <w:color w:val="15131F"/>
          <w:sz w:val="21"/>
        </w:rPr>
        <w:t>Ср, 7 жовтня, 11:30: Усе правильно. Скільки це коштує для 4 ресторанів? Пол насамперед запитає саме про це.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Ср, 7 жовтня, 11:55, лист «Ціни для Olive Branch: 480 $ на місяць»: 120 $ за ресторан на місяць при оплаті за рік: 5 760 $ на рік, плюс 900 $ за налаштування. При щомісячній оплаті: 145 $ за ресторан. Чи вкладається це у ваш бюджет?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Пн, 12 жовтня, 9:30, лист «Пропозиція Q-1042: щотижневі звіти для 4 ресторанів»: Перший рік 6 660 $, діє до 30 жовтня, запуск до 23 листопада. Пройдемося нею в чт, 15 жовтня, о 10:00, разом із Полом?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Ср, 21 жовтня, 10:00, лист Інес і Полу «До вашого рішення 28 жовтня: ціна, умови й дата початку»: Відповідь для Пола: так, оплата за рік починається в день запуску, 23 листопада. Чи потрібно для наради ще щось від мене до вт, 27 жовтня?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Клієнтка: </w:t>
      </w:r>
      <w:r>
        <w:rPr>
          <w:rFonts w:ascii="Calibri" w:hAnsi="Calibri" w:cs="Calibri" w:eastAsia="Calibri"/>
          <w:b w:val="0"/>
          <w:color w:val="15131F"/>
          <w:sz w:val="21"/>
        </w:rPr>
        <w:t>Чт, 29 жовтня, 9:10: Учора затвердили. Оплата за рік для всіх 4, починаймо.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Чт, 29 жовтня, 11:00, лист «Наступні кроки: запуск Olive Branch до 23 листопада»: Підпис і рахунок сьогодні. Стартовий дзвінок у вт, 3 листопада, о 10:00. Перший звіт для 2 ресторанів у пн, 16 листопада, для всіх 4 — у пн, 23 листопада.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Джона (продажі): </w:t>
      </w:r>
      <w:r>
        <w:rPr>
          <w:rFonts w:ascii="Calibri" w:hAnsi="Calibri" w:cs="Calibri" w:eastAsia="Calibri"/>
          <w:b w:val="0"/>
          <w:color w:val="15131F"/>
          <w:sz w:val="21"/>
        </w:rPr>
        <w:t>Вт, 24 листопада, 9:00, лист «Ваш п’ятий ресторан: додати його до звітів?»: Усі 4 ресторани вже були в понеділковому звіті. Ви згадували про п’ятий у лютому: 120 $ на місяць за вашими умовами, плюс 225 $ за налаштування. Надіслати пропозицію, щоб ви врахували її в бюджеті?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Клієнтка: </w:t>
      </w:r>
      <w:r>
        <w:rPr>
          <w:rFonts w:ascii="Calibri" w:hAnsi="Calibri" w:cs="Calibri" w:eastAsia="Calibri"/>
          <w:b w:val="0"/>
          <w:color w:val="15131F"/>
          <w:sz w:val="21"/>
        </w:rPr>
        <w:t>Вт, 24 листопада, 10:05: Так, будь ласка.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Журнал листів за угодою: 7 листів, 7 відповідей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Етап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Надіслано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Відповідь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на вхідний лід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Пт, 2 жовтня, 8:20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через 42 хвилини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Підсумок дзвінка чи демо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6 жовтня, 11:40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наступного дня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Питання про ціну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7 жовтня, 11:55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у межах бюджету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Комерційна пропозиція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Пн, 12 жовтня, 9:30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дзвінок 15 жовтня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Лист закупівельній групі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Ср, 21 жовтня,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від Пола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Виграно: наступні кроки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Чт, 29 жовтня, 11:00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старт підтверджено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Продовження чи допродаж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Вт, 24 листопада, 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Так, пропозицію надіслано 26 листопада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У CRMsoftware.pro на 26 листопада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Угода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Olive Branch Bistro Group, «Виграно» 29 жовтня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Сума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6 660 $ за перший рік, включно з 900 $ за налаштування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Контакти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Інес Моро (основний), Пол Оконкво (фінанси)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Пропозиція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Q-1042, «Прийнято»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Завдання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наступних кроків, усі виконано до дедлайну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Нова угода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П’ятий ресторан, 1 665 $ за перший рік, пропозицію надіслано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Вигадана компанія та клієнтка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Правила листів для продажів за етапами: коли надсилати й коли зупинитися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Етап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Коли надсилати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Єдине прохання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Якщо відповіді немає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Відповідь на вхідний лід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Протягом 1 робочої години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Вибрати один із двох варіантів часу для дзвінка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на 2-й і 5-й день, останній лист на 10-й день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Підсумок дзвінка чи демо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Того ж дня, що й дзвінок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Виправити, якщо щось записано неправильно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Однаково надішліть обіцяне вчасно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Питання про ціну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Того ж робочого дня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Чи вкладається це у ваш бюджет?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Надішліть пропозицію в обіцяний день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Комерційна пропозиція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Протягом 1 робочого дня після дзвінка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20-хвилинний дзвінок у визначений час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Нагадування на 2-й, 5-й, 9-й і 14-й день, потім зупинка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Лист закупівельній групі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 тиждень до рішення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Чи потрібно для наради ще щось від мене?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Один дзвінок основному контакту за 2 дні до рішення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Виграно: наступні кроки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Того ж дня, що й «так»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Підтвердити час стартового дзвінка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Зателефонуйте наступного робочого дня: тепер це клієнт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Програно: запитайте чому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Протягом 2 робочих днів після «ні»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Що було головною причиною?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Нічого. Один лист, лише якщо клієнт назвав дату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Продовження чи допродаж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За 60 днів до продовження або коли клієнт дає привід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20-хвилинний огляд або пропозиція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Одне нагадування через тиждень, потім дзвінок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Шаблони листів для продажів за галузями: що змінюється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Галузь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Що змінюється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Готова тема листа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B2B-послуги й агенції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Той, хто запитує, рідко той, хто платить. Пишіть кожен лист так, щоб його можна було переслати фінансовому відділу.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 вашого рішення 28 жовтня: ціна, умови й дата початку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SaaS і стартапи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Пробний період і є пропозицією. Спершу погодьте 2–3 критерії успіху, а перед завершенням періоду підсумуйте, як клієнт користувався продуктом.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Ваш пробний період: 3 звіти створено, залишилося 5 днів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IT-послуги й MSP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Питання безпеки ставлять люди, яких ви не знаєте. Спершу надішліть результати аудиту, потім щомісячну ціну за користувача чи пристрій.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Результати перевірки вашої мережі: 3 виправлення, 1 термінове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Нерухомість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Ліди з порталів дістаються тому, хто відповів першим. Відповідайте за лічені хвилини, а після кожного показу ставте одне запитання.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Трикімнатна квартира на Кленовій: два варіанти часу для перегляду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Страхування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Покупці порівнюють пропозиції рядок за рядком. Простими словами скажіть, що покривається, що ні і яка дата продовження.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Ваш розрахунок: що покривається, що ні і скільки коштує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Фінансові радники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Спершу довіра. Надсилайте порядок денний, ніколи не обіцяйте дохідності й затверджуйте кожен шаблон у комплаєнсі.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Що підготувати до нашої зустрічі у вівторок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Юридичні фірми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Після консультації надішліть разом обсяг робіт, принцип розрахунку гонорару й договір про надання правової допомоги. Перевірте правила вашої адвокатської спільноти щодо реклами.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Наступний крок після консультації: ваш договір про надання правової допомоги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Медицина, продаж клінікам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Рішення ухвалюють менеджер клініки, лікар і комплаєнс. Відповідайте на питання безпеки письмово; ніколи не додавайте даних пацієнтів.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Відповіді щодо безпеки для вашої перевірки комплаєнсу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Гостинність і заходи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Дати швидко розбирають. Кожна групова пропозиція містить дату, кількість гостей, ціну на особу і скільки ви тримаєте бронь.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Ваша вечеря на 40 гостей 12 грудня, бронь до п’ятниці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Автодилери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Покупці порівнюють остаточну ціну з усіма платежами. Напишіть повну ціну, збори й оцінку авто в трейд-ін.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Остаточна ціна позашляховика, який ви тестували в суботу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Рекрутинг і кадрові агенції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Пропозиція — це комісія й умови заміни кандидата. Надішліть обидва пункти разом із датою першого шортлиста.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Умови оплати й дата шортлиста для 2 ваших складських вакансій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Неприбуткові організації, спонсорство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Ви продаєте компанії охоплення. Запропонуйте 2–3 рівні спонсорства й дату рішення до дедлайну друку.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Варіанти спонсорства забігу на 5 км 9 травня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Інтернет-магазини й роздріб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Персональні листи — для оптових і великих замовлень. Листи про розпродаж за списком розсилки — це маркетингові листи: у них мають бути можливість відписатися й ваша поштова адреса.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Оптові ціни на 24 одиниці на місяць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Шість правил професійних листів для продажів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Вони діють на кожному етапі й у кожній галузі.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Один лист — одне прохання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Час дзвінка, виправлення, «так» щодо бюджету чи дата рішення. Про друге просіть після першої відповіді.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Тема, яка каже, що всередині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Підсумок, ціни, пропозиція, наступні кроки: так і назвіть. Жодних фальшивих «Re:». Закон США забороняє оманливі теми в комерційних листах.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Тема: </w:t>
      </w:r>
      <w:r>
        <w:rPr>
          <w:rFonts w:ascii="Calibri" w:hAnsi="Calibri" w:cs="Calibri" w:eastAsia="Calibri"/>
          <w:b w:val="0"/>
          <w:color w:val="15131F"/>
          <w:sz w:val="21"/>
        </w:rPr>
        <w:t>Ціни для Olive Branch: 480 $ на місяць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Пишіть для тих, кого ніколи не побачите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У B2B ваш лист пересилають. Дайте підсумок у перших трьох рядках і використовуйте цифри клієнта.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Наступний крок із датою, щоразу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Завершуйте кожен лист наступним кроком і днем, а перш ніж закрити лист, запишіть крок як завдання.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Один на один, зі своєї пошти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Пишіть одній людині за раз. Gmail має додаткові правила, як-от відписка в один клік, для відправників, які надсилають понад 5 000 повідомлень на день на акаунти Gmail. Рекламним листам потрібні ваша поштова адреса й можливість відписатися.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Зупиняйтеся, коли просять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«Ні», «видаліть мене зі списку» чи мовчання після останнього нагадування завершують листування. Закон США дає щонайбільше 10 робочих днів, щоб виконати запит на відписку; краще зробити це того ж дня.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Ця сторінка не є юридичною консультацією. Це правила США; перевірте правила там, де ваші покупці.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Як користуватися цими шаблонами листів для продажів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Знайдіть етап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Відкрийте вкладку, яка відповідає поточному етапу угоди.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Вставте слова клієнта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Замініть кожне слово в дужках цифрами, датами й іменами самого покупця.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Перевірка: одне прохання, одна дата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Видаліть усе, що не допомагає покупцеві вирішити.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Запишіть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Внесіть лист, наступний крок і його термін у журнал Excel або як завдання в CRM.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Якщо відповіді немає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Після відповіді на вхідний лід чи підсумку скористайтеся шаблоном «Листи-нагадування, якщо клієнт не відповідає». Після пропозиції — шаблоном «Листи-нагадування в продажах».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Налаштування в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У «Мої боти» виберіть бота, відкрийте вкладку «Поведінка» й увімкніть «Збирати дані користувачів», щоб кожен відвідувач залишав ім’я та email. Натисніть «Зберегти зміни».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Нові чати потрапляють у «Ліди» в розділі «Продажі». Коли дзвінок призначено, натисніть «Конвертувати в угоду»: буде створено контакт, компанію й угоду.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В «Угоди» заповніть суму, етап, очікувану дату закриття, основний контакт і поле «Відповідальний». Решту закупівельної групи додайте через «Новий контакт» із тією самою компанією в полі «Компанія», а роль кожного запишіть у «Нотатки» угоди.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Після кожного листа відкрийте «Задачі» й натисніть «Нове завдання»: наступний крок у полі «Назва завдання», «Виконавець», «Дедлайн» і «Пов’язана угода». «Мої задачі» показують «На сьогодні» та «Прострочені»; коли крок виконано, натисніть «Позначити виконаним».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На тарифі Launch підготуйте ціну кнопкою «Нова пропозиція» в розділі «Пропозиції» й заповніть поле «Дійсно до». Після «так» створіть рахунок через «З пропозиції» й натисніть «Створити посилання для оплати». Змініть статус угоди на «Виграно» або на «Програно» з причиною в «Нотатки».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На тарифі Growth збережіть короткі версії в «Налаштування» &gt; «Збережені відповіді» &gt; «Нова відповідь» і заповніть поле «Шорткат», наприклад /pricing. Введіть шорткат у полі відповіді в чаті.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не надсилає листи для продажів, автоматичні послідовності чи масові розсилки й не відстежує відкриття: кожен лист ви надсилаєте зі своєї пошти. Ліди, 1 воронка й базові завдання безкоштовні для 3 користувачів. Комерційні пропозиції, рахунки, електронний підпис і посилання для оплати є з тарифу Launch, 19 $ на місяць при оплаті за рік; «Збережені відповіді» — з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Щотижнева перевірка листів за угодами, 10 хвилин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«Прострочено»: надішліть лист або зателефонуйте сьогодні.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«Немає кроку з датою»: дайте кожній відкритій угоді наступний крок із датою.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Програні угоди: причина записана в «Нотатки».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Продовження в найближчі 60 днів: лист про огляд надіслано.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Безкоштовний шаблон від CRMsoftware.pro. Дані в прикладі вигадані.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https://crmsoftware.pro/ua/templates/sales-email-templates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Шаблони листів для продажів на кожному етапі угоди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