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Follow-up листи після комерційної пропозиції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П’ять листів на 14 днів після комерційної пропозиції чи кошторису: теми, графік, правила зупинки, завдання в CRM, відповіді на заперечення й підсумок зустрічі.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своїми даними й збережіть кожен лист як чернетку чи шаблон у своїй пошті. Рахуйте дні від дати КП, створюйте одне завдання в CRM на кожен лист і зупиняйте послідовність після першої відповіді, призначеного дзвінка чи «ні».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Листи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День 0: лист із комерційною пропозицією, підсумком і одним наступним кроком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Коли надсилати: День 0 · Обсяг: До 120 слів · Мета: Призначений 15-хвилинний дзвінок, щоб пройтися пропозицією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надсиланням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Обсяг робіт погоджено на дзвінку чи під час візиту.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пропозиції є ціна, що входить у роботу, дата початку й термін дії.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Ви знаєте, хто ухвалює рішення і коли клієнт хоче вирішити.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Комерційна пропозиція щодо [проєкту] і наступний крок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Пропозиція від [вашої компанії]: [головний результат] з [дати початку]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Дякую, що знайшли час у [день]. Комерційна пропозиція щодо [проєкту] у вкладенні.</w:t>
        <w:br/>
        <w:br/>
        <w:t>Коротко: [що входить], початок [дата початку], вартість [ціна]. Ціна діє до [дати закінчення].</w:t>
        <w:br/>
        <w:br/>
        <w:t>Наступний крок — 15-хвилинний дзвінок, щоб разом пройтися пропозицією і відповісти на ваші запитання. Вам зручно [день] о [час] або [день] о [час]? Якщо [особа, що ухвалює рішення] захоче приєднатися, будемо раді.</w:t>
        <w:br/>
        <w:br/>
        <w:t>З повагою,</w:t>
        <w:br/>
        <w:t>[ваше ім’я]</w:t>
        <w:br/>
        <w:t>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Пишіть наступний крок у самому листі й пропонуйте два конкретні варіанти часу. Саме пропозиція без наступної дати зависає без відповіді.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Завдання в CRM, пов’язане з угодою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ввести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Надіслати КП: [угода]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Виконавець, 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угоду, 1 робочий день після дзвінка чи візиту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виконання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статусу: надіслано [дата], [сума], діє до [дата]. Створіть завдання на день 2.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Зупиніть послідовність, якщо: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відповів, Дзвінок призначено, Клієнт відмовив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День 2: коротке нагадування про пропозицію чи кошторис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Коли надсилати: День 2 · Обсяг: До 60 слів · Мета: Переконатися, що КП дійшла, і ще раз запропонувати дзвінок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Надсилайте, якщо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Через 2 дні після листа з КП відповіді немає.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Дзвінок ще не призначено.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День 2 припадає на вихідний: надсилайте в понеділок.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Re: Комерційна пропозиція щодо [проєкту]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Пропозиція до вас дійшла?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Хочу переконатися, що комерційна пропозиція щодо [проєкту] до вас дійшла. Про всяк випадок додаю її ще раз.</w:t>
        <w:br/>
        <w:br/>
        <w:t>Якщо зручно, можу за 15 хвилин пройтися нею разом із вами. Вам підійде [день] о [час] або [день] о [час]?</w:t>
        <w:br/>
        <w:br/>
        <w:t>З повагою,</w:t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Відповідайте в тому самому ланцюжку листів, щоб пропозиція була за один клік. На день 2 не додавайте нових цін чи знижки.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Завдання в CRM, пов’язане з угодою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ввести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2, нагадування: [угода]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Виконавець, 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угоду, дата КП + 2 дні,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виконання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статусу: надіслано [дата], відповіді немає. Створіть завдання на день 5.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Зупиніть послідовність, якщо: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відповів, Дзвінок призначено, Клієнт відмовив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День 5: надішліть щось корисне, а не порожнє нагадування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Коли надсилати: День 5 · Обсяг: До 100 слів · Мета: Дати клієнту привід відповісти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Надсилайте, якщо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Після листа дня 2 відповіді досі немає.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вас є одна річ, яка допоможе клієнту вирішити, а не просто нагадування.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Як [схожий клієнт] вирішив [проблему]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Ще одне для вашого рішення щодо [проєкту]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Поки ви переглядаєте пропозицію, це може стати в пригоді: [одна корисна річ, наприклад короткий кейс, чекліст або зразок графіка]. [Одне речення про те, чому це важливо для проєкту клієнта.]</w:t>
        <w:br/>
        <w:br/>
        <w:t>Якщо якась частина пропозиції вам не підходить, скажіть яка, і я її скоригую.</w:t>
        <w:br/>
        <w:br/>
        <w:t>Можливо, допоможе короткий дзвінок [день] о [час]?</w:t>
        <w:br/>
        <w:br/>
        <w:t>З повагою,</w:t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Що підійде: кейс схожого клієнта на одну сторінку, чекліст, зразок графіка або фото виконаних робіт. Тільки не знижка.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Завдання в CRM, пов’язане з угодою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ввести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5, корисний лист: [угода]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Виконавець, 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угоду, дата КП + 5 днів,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виконання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статусу: надіслано [дата] з [матеріал], відповіді немає. Створіть завдання на день 9.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Зупиніть послідовність, якщо: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відповів, Дзвінок призначено, Клієнт відмовив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День 9: follow-up лист, коли клієнт не відповідає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Коли надсилати: День 9 · Обсяг: До 100 слів · Мета: Отримати будь-яку відповідь, навіть «ні»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Надсилайте, якщо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Немає відповіді ні на КП, ні на два нагадування.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Угода у вашій CRM досі відкрита.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Залишати [проєкт] у роботі?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Коротке запитання щодо пропозиції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Відповіді на пропозицію щодо [проєкту] поки немає, тож хочу уточнити, як справи. Що з цього найближче до вашої ситуації?</w:t>
        <w:br/>
        <w:br/>
        <w:t>1. Досі цікаво, просто бракує часу. Я напишу вам ще раз [дата].</w:t>
        <w:br/>
        <w:t>2. Потрібні зміни. Напишіть, які саме, і я оновлю пропозицію.</w:t>
        <w:br/>
        <w:t>3. Не зараз. Підкажіть, коли до вас повернутися.</w:t>
        <w:br/>
        <w:t>4. Ми вирішили відмовитися.</w:t>
        <w:br/>
        <w:br/>
        <w:t>Достатньо відповісти однією цифрою.</w:t>
        <w:br/>
        <w:br/>
        <w:t>З повагою,</w:t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На пронумеровані варіанти легко відповісти з телефона. Варіант 4 тут навмисно: чітке «ні» дає змогу закрити угоду.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Завдання в CRM, пов’язане з угодою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ввести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9, лист без відповіді: [угода]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Виконавець, 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угоду, дата КП + 9 днів,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виконання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статусу: надіслано [дата], відповіді немає. Створіть завдання на день 14.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Зупиніть послідовність, якщо: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відповів, Дзвінок призначено, Клієнт відмовив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День 14: ввічливо завершіть листування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Коли надсилати: День 14 · Обсяг: До 80 слів · Мета: Ввічливо завершити й залишити двері відчиненими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Надсилайте, якщо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Немає відповіді ні на КП, ні на три нагадування.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Ніхто інший у компанії клієнта теж не відповів.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Закриваю питання щодо [проєкту]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Поки що закрити це питання?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Відповіді поки немає, тож, мабуть, зараз не час. Тому я поки закриваю пропозицію щодо [проєкту] зі свого боку.</w:t>
        <w:br/>
        <w:br/>
        <w:t>Якщо щось зміниться, просто дайте відповідь на цей лист. Пропозиція діє до [дати закінчення], а після цього я охоче надішлю оновлену.</w:t>
        <w:br/>
        <w:br/>
        <w:t>Дякую, що розглядали співпрацю з [вашою компанією].</w:t>
        <w:br/>
        <w:br/>
        <w:t>З повагою,</w:t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Пишіть дружньо й остаточно: без докорів, вигаданих дедлайнів і знижок в останню хвилину. Якщо клієнт вам добре підходив, створіть одне завдання, щоб нагадати про себе через 3–6 місяців.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Завдання в CRM, пов’язане з угодою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ввести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14, завершальний лист: [угода]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Виконавець, 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угоду, дата КП + 14 днів,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виконання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статусу: надіслано [дата]. Створіть завдання через 3 робочі дні: якщо відповіді немає, статус «Програно», причина: немає відповіді.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Зупиніть послідовність, якщо: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відповів, Дзвінок призначено, Клієнт відмовив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Заперечення: відповіді щодо ціни, термінів, конкурента й того, хто вирішує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Відповісти за: 1 день · Обсяг: До 80 слів · Правило: Змінюйте обсяг, а не ціну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Будь-яка відповідь зупиняє заплановані листи. Відповідайте протягом одного робочого дня й завершуйте одним наступним кроком із датою.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Ціна зависока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Це більше, ніж ми закладали в бюджет.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Запитайте, з чим клієнт порівнює. Змінюйте обсяг робіт, а не ціну.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сказали. Можна запитати, з чим ви порівнюєте: з іншим кошторисом чи з бюджетом? Якщо бюджет становить [сума], можу запропонувати [менший обсяг робіт] за [нижчу ціну]. Надіслати обидва варіанти поруч для порівняння?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Не зараз, можливо, пізніше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Зараз невдалий час. Може, у наступному кварталі.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Запитайте, що має статися спочатку. Створіть завдання на дату, яку назве клієнт.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Розумію. Що має статися, перш ніж ви будете готові, і коли мені до вас повернутися? Я запишу в календар [дата], якщо вам не зручніше інший день.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Ми говоримо з іншою компанією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[Конкурент] дав нам дешевший кошторис.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Ніколи не критикуйте конкурента. Запропонуйте порівняти рівноцінні пропозиції.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 за відвертість. Кошториси часто відрізняються тим, що в них входить, тож варто порівнювати рівноцінне. У наш входить [головні пункти]. Якщо поділитеся, що охоплює інший кошторис, я охоче розберу обидва разом із вами [день].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Мені треба з кимось погодити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 каже: </w:t>
      </w:r>
      <w:r>
        <w:rPr>
          <w:rFonts w:ascii="Calibri" w:hAnsi="Calibri" w:cs="Calibri" w:eastAsia="Calibri"/>
          <w:b w:val="0"/>
          <w:color w:val="5D5A70"/>
          <w:sz w:val="21"/>
        </w:rPr>
        <w:t>Мені треба погодити це з [особою, що ухвалює рішення].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Запропонуйте підсумок на одну сторінку й короткий дзвінок із тим, хто ухвалює рішення.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Звісно. Чи допоможе підсумок на одну сторінку з ціною, переліком того, що входить, і датою початку? Також можу долучитися до 15-хвилинного дзвінка з [особою, що ухвалює рішення], щоб відповісти на запитання напряму. Вам зручно [день] о [час]?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Записуйте кожне заперечення в нотатки угоди як «Ціна», «Терміни», «Конкурент» або «Хто вирішує». Після 20 пропозицій ви побачите, що варто виправити в самій пропозиції.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Завдання в CRM, пов’язане з угодою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ввести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Відповісти на заперечення: [угода]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Виконавець, 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угоду, того ж або наступного робочого дня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виконання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статусу: заперечення, що ви запропонували і наступний крок. Створіть завдання на цей крок.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 заперечення як: </w:t>
      </w:r>
      <w:r>
        <w:rPr>
          <w:rFonts w:ascii="Calibri" w:hAnsi="Calibri" w:cs="Calibri" w:eastAsia="Calibri"/>
          <w:b w:val="0"/>
          <w:color w:val="5D5A70"/>
          <w:sz w:val="21"/>
        </w:rPr>
        <w:t>Ціна, Терміни, Конкурент, Хто вирішує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Після дзвінка: лист із підсумком зустрічі в той самий день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Коли надсилати: День дзвінка · Обсяг: До 150 слів · Мета: Письмова фіксація домовленостей і дата рішення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Надсилайте, якщо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вас був дзвінок, демо чи візит щодо пропозиції.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Протягом кількох годин, поки деталі свіжі в пам’яті.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Підсумок і наступні кроки: [проєкт]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Про що ми сьогодні домовилися щодо [проєкту]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Дякую, що приділили сьогодні час. Ось про що ми домовилися:</w:t>
        <w:br/>
        <w:br/>
        <w:t>1. [Обсяг робіт або зміна, наприклад новий графік].</w:t>
        <w:br/>
        <w:t>2. Дата початку: [дата початку].</w:t>
        <w:br/>
        <w:t>3. Ціна: [ціна], діє до [дата].</w:t>
        <w:br/>
        <w:br/>
        <w:t>Наступний крок: [хто] [що зробить] до [дати]. Оновлену пропозицію я надішлю до [дати].</w:t>
        <w:br/>
        <w:br/>
        <w:t>Якщо щось упущено, напишіть, і я виправлю.</w:t>
        <w:br/>
        <w:br/>
        <w:t>З повагою,</w:t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Пишіть підсумок так, щоб клієнт міг переслати його тому, хто погоджує бюджет.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Якщо клієнт каже «так»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Надішліть кошторис чи договір на підпис, а також посилання для оплати, якщо берете аванс.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Ставте угоді статус «Виграно» лише після підпису, оплати чи письмового «так».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Завдання в CRM, пов’язане з угодою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ввести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Надіслати підсумок зустрічі: [угода]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Виконавець, 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за угоду, у день дзвінка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виконання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Підсумок статусу: про що домовилися, хто ухвалює рішення і до якої дати. Створіть завдання «Перевірити рішення: [угода]».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Ставте «Виграно» після: </w:t>
      </w:r>
      <w:r>
        <w:rPr>
          <w:rFonts w:ascii="Calibri" w:hAnsi="Calibri" w:cs="Calibri" w:eastAsia="Calibri"/>
          <w:b w:val="0"/>
          <w:color w:val="5D5A70"/>
          <w:sz w:val="21"/>
        </w:rPr>
        <w:t>Підпису, Оплати, Письмового «так»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Одна пропозиція, два нагадування, підпис на 13-й день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Вигадана клінінгова компанія Brightway Office Cleaning готує кошторис на нічне прибирання двох стоматологічних клінік і веде цю послідовність follow-up листів. Клієнтка відповідає на лист дня 5 двома запереченнями, далі відбувається дзвінок, і угоду підписують через 13 днів після КП. Листи дня 9 і дня 14 не знадобилися.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нам потрібен кошторис на нічне прибирання двох наших стоматологічних клінік, загалом близько 6 500 кв. футів.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Елено. Кім із нашої команди сьогодні напише вам на email, щоб домовитися про огляд обох клінік.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продажі: </w:t>
      </w:r>
      <w:r>
        <w:rPr>
          <w:rFonts w:ascii="Calibri" w:hAnsi="Calibri" w:cs="Calibri" w:eastAsia="Calibri"/>
          <w:b w:val="0"/>
          <w:color w:val="15131F"/>
          <w:sz w:val="21"/>
        </w:rPr>
        <w:t>День 0, вт, 22 вересня: Дякую, що показали обидві клініки. Комерційна пропозиція у вкладенні: 5 ночей на тиждень з 2 листопада, 2 150 $ на місяць, діє до 22 жовтня. Вам зручно поговорити 15 хвилин у четвер о 10:00 чи в п’ятницю о 14:00?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продажі: </w:t>
      </w:r>
      <w:r>
        <w:rPr>
          <w:rFonts w:ascii="Calibri" w:hAnsi="Calibri" w:cs="Calibri" w:eastAsia="Calibri"/>
          <w:b w:val="0"/>
          <w:color w:val="15131F"/>
          <w:sz w:val="21"/>
        </w:rPr>
        <w:t>День 2, чт, 24 вересня: Добрий день, Елено! Хочу переконатися, що пропозиція до вас дійшла. Може, знайдемо 15 хвилин у п’ятницю о 14:00 чи в понеділок о 10:00?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продажі: </w:t>
      </w:r>
      <w:r>
        <w:rPr>
          <w:rFonts w:ascii="Calibri" w:hAnsi="Calibri" w:cs="Calibri" w:eastAsia="Calibri"/>
          <w:b w:val="0"/>
          <w:color w:val="15131F"/>
          <w:sz w:val="21"/>
        </w:rPr>
        <w:t>День 5, пн, 28 вересня (з неділі перенесено на понеділок): Надсилаю чекліст на одну сторінку, яким ми користуємося для стоматологічних клінік. Якщо якась частина пропозиції вам не підходить, скажіть, яка саме.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Дякую, це корисно. Але це більше за наш бюджет, а все, що понад 2 000 $ на місяць, має погодити доктор Пател.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продажі: </w:t>
      </w:r>
      <w:r>
        <w:rPr>
          <w:rFonts w:ascii="Calibri" w:hAnsi="Calibri" w:cs="Calibri" w:eastAsia="Calibri"/>
          <w:b w:val="0"/>
          <w:color w:val="15131F"/>
          <w:sz w:val="21"/>
        </w:rPr>
        <w:t>Розумію. Є такий варіант: 5 ночей в основній клініці й 3 у меншій, за 1 890 $ на місяць. Можемо поговорити 20 хвилин із доктором Пателом у середу о 12:30?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Середа, 12:30, підходить нам обом.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продажі: </w:t>
      </w:r>
      <w:r>
        <w:rPr>
          <w:rFonts w:ascii="Calibri" w:hAnsi="Calibri" w:cs="Calibri" w:eastAsia="Calibri"/>
          <w:b w:val="0"/>
          <w:color w:val="15131F"/>
          <w:sz w:val="21"/>
        </w:rPr>
        <w:t>Підсумок, ср, 30 вересня: Як домовилися, 5 ночей в основній клініці й 3 у другій, 1 890 $ на місяць з 2 листопада. Оновлена пропозиція у вкладенні для електронного підпису. Доктор Пател ухвалює рішення до п’ятниці, 9 жовтня.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жовтня: Підписано. До зустрічі 2 листопада.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Угода в CRM на 5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Нічне прибирання · Harbor Dental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Основний 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Елена Руїс, менеджерка клініки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Кім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КП надіслано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22 вересня, 2 150 $ на місяць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Відповідь після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Листа дня 5: ціна, хто вирішує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Фінальна сума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22 680 $ на рік (1 890 $ на місяць)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Виграно 5 жовтня, 13-й день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Завдання-нагадування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Дедлайн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24 вересня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2, нагадування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Надіслано, відповіді немає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Пн, 28 вересня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5, корисний лист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Надіслано, відповідь того ж дня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Пн, 28 вересня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Відповісти на заперечення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Дзвінок призначено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30 вересня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Надіслати підсумок зустрічі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Надіслано, нова КП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9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Перевірити рішення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Підписано 5 жовтня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Скільки нагадувань надсилати і коли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День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Лист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Його завдання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Зупинити чи змінити, якщо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КП надіслано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Коротко викласти пропозицію й попросити 15-хвилинний дзвінок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 призначив дзвінок: після нього надішліть підсумок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2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Коротке нагадування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Переконатися, що КП дійшла, і знову запропонувати дзвінок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Будь-яка відповідь, призначений дзвінок чи «ні»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5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Корисний лист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Надіслати одну річ, яка допоможе вирішити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Будь-яка відповідь, призначений дзвінок чи «ні»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9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 відповіді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Запропонувати чотири прості відповіді, зокрема «ні»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Будь-яка відповідь, зокрема «не зараз»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14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Завершальний лист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Ввічливо завершити й залишити двері відчиненими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 відповіді 3 робочі дні: «Програно»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Коли зупинити послідовність і що робити замість цього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Заплановані листи потрібні лише тоді, коли клієнт мовчить. Щойно клієнт хоч якось відреагував, зупиніть послідовність і ведіть звичайну розмову. Закрийте відкрите завдання з підсумком статусу, щоб в угоді було видно, що сталося.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Клієнт відповідає запитанням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Зупиніть заплановані листи. Відповідайте протягом одного робочого дня й завершуйте одним наступним кроком. Замініть відкрите завдання завданням на цей крок.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Клієнт призначає дзвінок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Позначте завдання-нагадування виконаним і створіть завдання на надсилання підсумку зустрічі в день дзвінка. Додайте пропозицію до запрошення в календарі.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Клієнт каже «не зараз»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Запитайте, що має статися спочатку і коли повернутися до розмови. Створіть завдання на цю дату. Угода залишається відкритою.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повідомили. Нагадати про себе [дата]?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Клієнт відмовляє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Подякуйте, поставте одне запитання про причину й закрийте угоду як «Програно» з причиною в нотатках. Ніколи не сперечайтеся.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повідомили. Можна запитати, що стало вирішальним? Це допоможе нам стати кращими, і, сподіваюся, колись ми ще попрацюємо разом.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Автовідповідь про відсутність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Це не відповідь. Перенесіть відкрите завдання на наступний день після повернення людини й продовжуйте звідти.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Відповідає інша людина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Додайте нову людину до угоди як контакт, надішліть їй пропозицію з коротким вступом у два рядки й почніть знову з дня 2.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Ніколи не вигадуйте дедлайнів, не додавайте клієнта до розсилки лише тому, що він не відповів, і не пишіть «просто нагадую про себе», якщо не маєте нічого нового.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Налаштуйте нагадування після КП за 5 кроків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Підготуйте свої версії один раз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Заповніть дужки й збережіть кожен лист як чернетку чи шаблон у своїй пошті.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Один відповідальний на пропозицію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Хто надіслав КП, той надсилає й усі нагадування. На час відсутності його підміняє призначений колега.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Одне завдання за раз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лист, позначте завдання виконаним, запишіть, що сталося, і створіть наступне.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Зупиніться після першої відповіді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Відповідь, призначений дзвінок чи «ні» завершують заплановані листи.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Зафіксуйте результат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«Виграно» чи «Програно» в той день, коли це стало відомо, з причиною.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«Угоди» в меню зліва. Відкрийте угоду або натисніть «Нова угода» й заповніть назву, суму, етап, очікувану дату закриття, основний контакт і поле «Відповідальний».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тарифі Launch підготуйте ціну кнопкою «Нова пропозиція» в розділі «Комерційні пропозиції», прив’яжіть її до угоди й заповніть поле «Дійсно до». Коли надішлете її листом, змініть «Статус» на «Надіслано».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Відкрийте «Задачі» в меню зліва й натисніть «Нове завдання». Заповніть поле «Назва завдання», виберіть людину в полі «Виконавець», укажіть «Дедлайн» і виберіть угоду в полі «Пов’язана угода». На сторінці угоди завдання з’явиться в розділі «Пов’язані завдання».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Надішліть лист зі своєї пошти. Потім запишіть, що сталося, у полі «Підсумок статусу» завдання, натисніть «Позначити виконаним» і створіть наступне завдання.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Щоранку відкривайте «Мої задачі» і насамперед розбирайте «На сьогодні» та «Прострочені».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Коли клієнт погоджується, скористайтеся кнопкою «Надіслати на підпис» на сторінці угоди та «Створити посилання для оплати» в рахунку. Потім змініть «Статус» угоди на «Виграно» або на «Програно» з причиною в полі «Нотатки».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надсилає ці листи за вас: ви надсилаєте їх зі своєї пошти, а завдання стежать за термінами. Угоди з 1 воронкою й базові завдання безкоштовні. Комерційні пропозиції, рахунки, електронний підпис і посилання для оплати є з тарифу Launch, 19 $ на місяць при оплаті за рік.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 нагадувань, 10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кожної відкритої пропозиції є одне відкрите завдання-нагадування.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Прострочені завдання: надішліть сьогодні або перенесіть дату з причиною.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Немає відповіді через 3 робочі дні після дня 14: закрийте угоду як «Програно».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зупинених угод є наступна дія і дата.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закритих угод є результат і причина.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в прикладі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https://crmsoftware.pro/ua/templates/sales-follow-up-email-sequence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Follow-up листи після комерційної пропозиції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