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Шаблон повідомлення про збій сервісу</w:t>
      </w:r>
    </w:p>
    <w:p>
      <w:pPr>
        <w:spacing w:after="80"/>
      </w:pPr>
      <w:r>
        <w:rPr>
          <w:rFonts w:ascii="Calibri" w:hAnsi="Calibri" w:cs="Calibri" w:eastAsia="Calibri"/>
          <w:b w:val="0"/>
          <w:color w:val="5D5A70"/>
          <w:sz w:val="22"/>
        </w:rPr>
        <w:t>Вісім вкладок для малого бізнесу, у якого не працює сервіс: перше повідомлення, оновлення з часом виправлення й без нього, тимчасові рішення, невдоволені клієнти, відновлення, підсумковий лист та інструкції для AI-агента. Від CRMsoftware.pro.</w:t>
      </w:r>
    </w:p>
    <w:p>
      <w:pPr>
        <w:spacing w:after="280"/>
      </w:pPr>
      <w:r>
        <w:rPr>
          <w:rFonts w:ascii="Calibri" w:hAnsi="Calibri" w:cs="Calibri" w:eastAsia="Calibri"/>
          <w:b w:val="0"/>
          <w:color w:val="5D5A70"/>
          <w:sz w:val="21"/>
        </w:rPr>
        <w:t>Спочатку напишіть нотатку про збій: що не працює, що працює, кого це стосується, тимчасове рішення й час наступного оновлення. Замініть кожне слово в [дужках] цими фактами й надсилайте ті самі факти в кожен канал. Записуйте кожне повідомлення в журнал повідомлень про інцидент Excel.</w:t>
      </w:r>
    </w:p>
    <w:p>
      <w:pPr>
        <w:spacing w:after="160"/>
      </w:pPr>
      <w:r>
        <w:rPr>
          <w:rFonts w:ascii="Calibri" w:hAnsi="Calibri" w:cs="Calibri" w:eastAsia="Calibri"/>
          <w:b/>
          <w:color w:val="15131F"/>
          <w:sz w:val="32"/>
        </w:rPr>
        <w:t>Повідомлення</w:t>
      </w:r>
    </w:p>
    <w:p>
      <w:pPr>
        <w:spacing w:after="60"/>
      </w:pPr>
      <w:r>
        <w:rPr>
          <w:rFonts w:ascii="Calibri" w:hAnsi="Calibri" w:cs="Calibri" w:eastAsia="Calibri"/>
          <w:b/>
          <w:color w:val="15131F"/>
          <w:sz w:val="28"/>
        </w:rPr>
        <w:t>1. Перше повідомлення в чаті й листом: протягом 15 хвилин</w:t>
      </w:r>
    </w:p>
    <w:p>
      <w:pPr>
        <w:spacing w:after="80"/>
      </w:pPr>
      <w:r>
        <w:rPr>
          <w:rFonts w:ascii="Calibri" w:hAnsi="Calibri" w:cs="Calibri" w:eastAsia="Calibri"/>
          <w:b w:val="0"/>
          <w:color w:val="5D5A70"/>
          <w:sz w:val="20"/>
        </w:rPr>
        <w:t>Надіслати протягом: 15 хвилин · Відповідальний: Координатор інциденту · Наступне оновлення: Через 30 хвилин · Що означає «підтверджено»: Збій видно під час вашої власної перевірки, його підтверджує той, хто його усуває, або двоє клієнтів повідомляють про ту саму помилку.</w:t>
      </w:r>
    </w:p>
    <w:p>
      <w:pPr>
        <w:spacing w:after="80"/>
      </w:pPr>
      <w:r>
        <w:rPr>
          <w:rFonts w:ascii="Calibri" w:hAnsi="Calibri" w:cs="Calibri" w:eastAsia="Calibri"/>
          <w:b w:val="0"/>
          <w:color w:val="15131F"/>
          <w:sz w:val="21"/>
        </w:rPr>
        <w:t>Цей шаблон повідомлення про збій починається з одного повідомлення, яке ви надсилаєте протягом 15 хвилин після того, як збій підтверджено: ви самі побачили, що щось не працює, або це підтвердив той, хто усуває збій. У ньому сказано, що не працює, що працює, кого це стосується, що робити натомість і коли буде наступне оновлення. Без причини й без часу виправлення.</w:t>
      </w:r>
    </w:p>
    <w:p>
      <w:pPr>
        <w:spacing w:after="60"/>
      </w:pPr>
      <w:r>
        <w:rPr>
          <w:rFonts w:ascii="Calibri" w:hAnsi="Calibri" w:cs="Calibri" w:eastAsia="Calibri"/>
          <w:b/>
          <w:color w:val="6B3CF0"/>
          <w:sz w:val="21"/>
        </w:rPr>
        <w:t xml:space="preserve">Відповідь у чаті: </w:t>
      </w:r>
      <w:r>
        <w:rPr>
          <w:rFonts w:ascii="Calibri" w:hAnsi="Calibri" w:cs="Calibri" w:eastAsia="Calibri"/>
          <w:b w:val="0"/>
          <w:color w:val="15131F"/>
          <w:sz w:val="21"/>
        </w:rPr>
        <w:t>Вітаю, [ім’я]! Дякуємо, що повідомили. Так, з [час початку] не працює [що саме]. [Що працює]. [Кого це стосується]. Поки що [тимчасове рішення]. Наступне оновлення опублікуємо тут до [час наступного оновлення], навіть якщо новин ще не буде.</w:t>
      </w:r>
    </w:p>
    <w:p>
      <w:pPr>
        <w:spacing w:after="60"/>
      </w:pPr>
      <w:r>
        <w:rPr>
          <w:rFonts w:ascii="Calibri" w:hAnsi="Calibri" w:cs="Calibri" w:eastAsia="Calibri"/>
          <w:b/>
          <w:color w:val="6B3CF0"/>
          <w:sz w:val="21"/>
        </w:rPr>
        <w:t xml:space="preserve">Тема листа: </w:t>
      </w:r>
      <w:r>
        <w:rPr>
          <w:rFonts w:ascii="Calibri" w:hAnsi="Calibri" w:cs="Calibri" w:eastAsia="Calibri"/>
          <w:b w:val="0"/>
          <w:color w:val="15131F"/>
          <w:sz w:val="21"/>
        </w:rPr>
        <w:t>[Сервіс] не працює: що працює, наступне оновлення до [час]</w:t>
      </w:r>
    </w:p>
    <w:p>
      <w:pPr>
        <w:spacing w:after="60"/>
      </w:pPr>
      <w:r>
        <w:rPr>
          <w:rFonts w:ascii="Calibri" w:hAnsi="Calibri" w:cs="Calibri" w:eastAsia="Calibri"/>
          <w:b/>
          <w:color w:val="6B3CF0"/>
          <w:sz w:val="21"/>
        </w:rPr>
        <w:t xml:space="preserve">Лист: </w:t>
      </w:r>
      <w:r>
        <w:rPr>
          <w:rFonts w:ascii="Calibri" w:hAnsi="Calibri" w:cs="Calibri" w:eastAsia="Calibri"/>
          <w:b w:val="0"/>
          <w:color w:val="15131F"/>
          <w:sz w:val="21"/>
        </w:rPr>
        <w:t>Вітаю, [ім’я]!</w:t>
        <w:br/>
        <w:br/>
        <w:t>З [час початку] сьогодні не працює [що саме]. Ми усуваємо збій разом із [ким саме, наприклад нашим провайдером системи запису].</w:t>
        <w:br/>
        <w:br/>
        <w:t>Що працює: [що працює].</w:t>
        <w:br/>
        <w:t>Кого це стосується: [кого це стосується].</w:t>
        <w:br/>
        <w:t>Що можна зробити зараз: [тимчасове рішення].</w:t>
        <w:br/>
        <w:br/>
        <w:t>Наступний лист надішлемо до [час наступного листа] або раніше, якщо все запрацює. Оновлення кожні 30 хвилин: [де саме, наприклад у чаті на нашому сайті].</w:t>
        <w:br/>
        <w:br/>
        <w:t>Вибачте за незручності.</w:t>
        <w:br/>
        <w:t>[Ваше ім’я], [посада]</w:t>
        <w:br/>
        <w:t>[Назва компанії], [телефон]</w:t>
      </w:r>
    </w:p>
    <w:p>
      <w:pPr>
        <w:spacing w:after="60"/>
      </w:pPr>
      <w:r>
        <w:rPr>
          <w:rFonts w:ascii="Calibri" w:hAnsi="Calibri" w:cs="Calibri" w:eastAsia="Calibri"/>
          <w:b/>
          <w:color w:val="6B3CF0"/>
          <w:sz w:val="21"/>
        </w:rPr>
        <w:t xml:space="preserve">Пост у соцмережах: </w:t>
      </w:r>
      <w:r>
        <w:rPr>
          <w:rFonts w:ascii="Calibri" w:hAnsi="Calibri" w:cs="Calibri" w:eastAsia="Calibri"/>
          <w:b w:val="0"/>
          <w:color w:val="15131F"/>
          <w:sz w:val="21"/>
        </w:rPr>
        <w:t>З [час початку] не працює [сервіс]. [Що працює]. [Тимчасове рішення]. Наступне оновлення тут до [час наступного оновлення]. Питання: [посилання на чат або телефон].</w:t>
      </w:r>
    </w:p>
    <w:p>
      <w:pPr>
        <w:spacing w:after="60"/>
      </w:pPr>
      <w:r>
        <w:rPr>
          <w:rFonts w:ascii="Calibri" w:hAnsi="Calibri" w:cs="Calibri" w:eastAsia="Calibri"/>
          <w:b/>
          <w:color w:val="6B3CF0"/>
          <w:sz w:val="21"/>
        </w:rPr>
        <w:t xml:space="preserve">Якщо збій ще не підтверджено: </w:t>
      </w:r>
      <w:r>
        <w:rPr>
          <w:rFonts w:ascii="Calibri" w:hAnsi="Calibri" w:cs="Calibri" w:eastAsia="Calibri"/>
          <w:b w:val="0"/>
          <w:color w:val="15131F"/>
          <w:sz w:val="21"/>
        </w:rPr>
        <w:t>Дякуємо, [ім’я]. Ми перевіряємо повідомлення про те, що не працює [сервіс]. Що ви бачите на екрані? Я відповім тут протягом 15 хвилин.</w:t>
      </w:r>
    </w:p>
    <w:p>
      <w:pPr>
        <w:spacing w:after="40"/>
      </w:pPr>
      <w:r>
        <w:rPr>
          <w:rFonts w:ascii="Calibri" w:hAnsi="Calibri" w:cs="Calibri" w:eastAsia="Calibri"/>
          <w:b/>
          <w:color w:val="6B3CF0"/>
          <w:sz w:val="21"/>
        </w:rPr>
        <w:t>Заповніть перед надсиланням</w:t>
      </w:r>
    </w:p>
    <w:p>
      <w:pPr>
        <w:spacing w:after="40"/>
        <w:ind w:left="283"/>
      </w:pPr>
      <w:r>
        <w:rPr>
          <w:rFonts w:ascii="Calibri" w:hAnsi="Calibri" w:cs="Calibri" w:eastAsia="Calibri"/>
          <w:b w:val="0"/>
          <w:color w:val="15131F"/>
          <w:sz w:val="21"/>
        </w:rPr>
        <w:t>• Підтверджений масштаб збою: що не працює, що працює, кого це стосується.</w:t>
      </w:r>
    </w:p>
    <w:p>
      <w:pPr>
        <w:spacing w:after="40"/>
        <w:ind w:left="283"/>
      </w:pPr>
      <w:r>
        <w:rPr>
          <w:rFonts w:ascii="Calibri" w:hAnsi="Calibri" w:cs="Calibri" w:eastAsia="Calibri"/>
          <w:b w:val="0"/>
          <w:color w:val="15131F"/>
          <w:sz w:val="21"/>
        </w:rPr>
        <w:t>• Тимчасове рішення: таке, яке ви самі перевірили, або «поки немає».</w:t>
      </w:r>
    </w:p>
    <w:p>
      <w:pPr>
        <w:spacing w:after="40"/>
        <w:ind w:left="283"/>
      </w:pPr>
      <w:r>
        <w:rPr>
          <w:rFonts w:ascii="Calibri" w:hAnsi="Calibri" w:cs="Calibri" w:eastAsia="Calibri"/>
          <w:b w:val="0"/>
          <w:color w:val="15131F"/>
          <w:sz w:val="21"/>
        </w:rPr>
        <w:t>• Час наступного оновлення: конкретний час через 30 хвилин. Потім запишіть повідомлення в журнал.</w:t>
      </w:r>
    </w:p>
    <w:p>
      <w:pPr>
        <w:spacing w:after="60"/>
      </w:pPr>
      <w:r>
        <w:rPr>
          <w:rFonts w:ascii="Calibri" w:hAnsi="Calibri" w:cs="Calibri" w:eastAsia="Calibri"/>
          <w:b/>
          <w:color w:val="6B3CF0"/>
          <w:sz w:val="21"/>
        </w:rPr>
        <w:t xml:space="preserve">Ніколи не обіцяйте: </w:t>
      </w:r>
      <w:r>
        <w:rPr>
          <w:rFonts w:ascii="Calibri" w:hAnsi="Calibri" w:cs="Calibri" w:eastAsia="Calibri"/>
          <w:b w:val="0"/>
          <w:color w:val="5D5A70"/>
          <w:sz w:val="21"/>
        </w:rPr>
        <w:t>Час виправлення, причину чи «запрацює за кілька хвилин».</w:t>
      </w:r>
    </w:p>
    <w:p>
      <w:pPr>
        <w:spacing w:after="160"/>
      </w:pPr>
    </w:p>
    <w:p>
      <w:pPr>
        <w:spacing w:after="60"/>
      </w:pPr>
      <w:r>
        <w:rPr>
          <w:rFonts w:ascii="Calibri" w:hAnsi="Calibri" w:cs="Calibri" w:eastAsia="Calibri"/>
          <w:b/>
          <w:color w:val="15131F"/>
          <w:sz w:val="28"/>
        </w:rPr>
        <w:t>2. Оновлення, коли новин ще немає: назвіть час наступного</w:t>
      </w:r>
    </w:p>
    <w:p>
      <w:pPr>
        <w:spacing w:after="80"/>
      </w:pPr>
      <w:r>
        <w:rPr>
          <w:rFonts w:ascii="Calibri" w:hAnsi="Calibri" w:cs="Calibri" w:eastAsia="Calibri"/>
          <w:b w:val="0"/>
          <w:color w:val="5D5A70"/>
          <w:sz w:val="20"/>
        </w:rPr>
        <w:t>Частота: Кожні 30 хв · Найдовша пауза: 60 хвилин · Відповідальний: Координатор інциденту</w:t>
      </w:r>
    </w:p>
    <w:p>
      <w:pPr>
        <w:spacing w:after="80"/>
      </w:pPr>
      <w:r>
        <w:rPr>
          <w:rFonts w:ascii="Calibri" w:hAnsi="Calibri" w:cs="Calibri" w:eastAsia="Calibri"/>
          <w:b w:val="0"/>
          <w:color w:val="15131F"/>
          <w:sz w:val="21"/>
        </w:rPr>
        <w:t>Надсилайте його кожні 30 хвилин, доки не з’являться справжні новини. Atlassian радить ніколи не залишати клієнтів без оновлення довше ніж на годину, поки вони не можуть користуватися сервісом, завжди казати, коли буде наступне, і краще написати «нічого нового», ніж не написати нічого. Час — це єдина обіцянка, яку ви точно можете виконати.</w:t>
      </w:r>
    </w:p>
    <w:p>
      <w:pPr>
        <w:spacing w:after="60"/>
      </w:pPr>
      <w:r>
        <w:rPr>
          <w:rFonts w:ascii="Calibri" w:hAnsi="Calibri" w:cs="Calibri" w:eastAsia="Calibri"/>
          <w:b/>
          <w:color w:val="6B3CF0"/>
          <w:sz w:val="21"/>
        </w:rPr>
        <w:t xml:space="preserve">Оновлення в чаті й соцмережах: </w:t>
      </w:r>
      <w:r>
        <w:rPr>
          <w:rFonts w:ascii="Calibri" w:hAnsi="Calibri" w:cs="Calibri" w:eastAsia="Calibri"/>
          <w:b w:val="0"/>
          <w:color w:val="15131F"/>
          <w:sz w:val="21"/>
        </w:rPr>
        <w:t>Оновлення, [час]: досі не працює [що саме]. [Хто усуває збій] продовжує над ним працювати, і часу виправлення в нас поки немає. Як звичайно працює: [що працює]. До того часу: [тимчасове рішення]. Наступне оновлення тут до [час наступного оновлення].</w:t>
      </w:r>
    </w:p>
    <w:p>
      <w:pPr>
        <w:spacing w:after="60"/>
      </w:pPr>
      <w:r>
        <w:rPr>
          <w:rFonts w:ascii="Calibri" w:hAnsi="Calibri" w:cs="Calibri" w:eastAsia="Calibri"/>
          <w:b/>
          <w:color w:val="6B3CF0"/>
          <w:sz w:val="21"/>
        </w:rPr>
        <w:t xml:space="preserve">Відповідь на «Є новини?»: </w:t>
      </w:r>
      <w:r>
        <w:rPr>
          <w:rFonts w:ascii="Calibri" w:hAnsi="Calibri" w:cs="Calibri" w:eastAsia="Calibri"/>
          <w:b w:val="0"/>
          <w:color w:val="15131F"/>
          <w:sz w:val="21"/>
        </w:rPr>
        <w:t>Поки ні, [ім’я], і я краще скажу про це чесно, ніж вгадуватиму. Наступне оновлення до [час наступного оновлення].</w:t>
      </w:r>
    </w:p>
    <w:p>
      <w:pPr>
        <w:spacing w:after="60"/>
      </w:pPr>
      <w:r>
        <w:rPr>
          <w:rFonts w:ascii="Calibri" w:hAnsi="Calibri" w:cs="Calibri" w:eastAsia="Calibri"/>
          <w:b/>
          <w:color w:val="6B3CF0"/>
          <w:sz w:val="21"/>
        </w:rPr>
        <w:t xml:space="preserve">Якщо збій триває понад 2 години: </w:t>
      </w:r>
      <w:r>
        <w:rPr>
          <w:rFonts w:ascii="Calibri" w:hAnsi="Calibri" w:cs="Calibri" w:eastAsia="Calibri"/>
          <w:b w:val="0"/>
          <w:color w:val="15131F"/>
          <w:sz w:val="21"/>
        </w:rPr>
        <w:t>Оновлення, [час]: досі не працює [що саме], і [хто усуває збій] очікує довшого ремонту. Відтепер ми публікуємо оновлення кожні [60] хвилин, наступне до [час наступного оновлення], і одразу, якщо щось зміниться. [Тимчасове рішення] досі діє.</w:t>
      </w:r>
    </w:p>
    <w:p>
      <w:pPr>
        <w:spacing w:after="40"/>
      </w:pPr>
      <w:r>
        <w:rPr>
          <w:rFonts w:ascii="Calibri" w:hAnsi="Calibri" w:cs="Calibri" w:eastAsia="Calibri"/>
          <w:b/>
          <w:color w:val="6B3CF0"/>
          <w:sz w:val="21"/>
        </w:rPr>
        <w:t>Заповніть перед надсиланням</w:t>
      </w:r>
    </w:p>
    <w:p>
      <w:pPr>
        <w:spacing w:after="40"/>
        <w:ind w:left="283"/>
      </w:pPr>
      <w:r>
        <w:rPr>
          <w:rFonts w:ascii="Calibri" w:hAnsi="Calibri" w:cs="Calibri" w:eastAsia="Calibri"/>
          <w:b w:val="0"/>
          <w:color w:val="15131F"/>
          <w:sz w:val="21"/>
        </w:rPr>
        <w:t>• Час цього оновлення, щоб клієнти бачили, що воно свіже.</w:t>
      </w:r>
    </w:p>
    <w:p>
      <w:pPr>
        <w:spacing w:after="40"/>
        <w:ind w:left="283"/>
      </w:pPr>
      <w:r>
        <w:rPr>
          <w:rFonts w:ascii="Calibri" w:hAnsi="Calibri" w:cs="Calibri" w:eastAsia="Calibri"/>
          <w:b w:val="0"/>
          <w:color w:val="15131F"/>
          <w:sz w:val="21"/>
        </w:rPr>
        <w:t>• Що змінилося з минулого оновлення, або «без змін»: лише те, що сказав вам той, хто усуває збій.</w:t>
      </w:r>
    </w:p>
    <w:p>
      <w:pPr>
        <w:spacing w:after="40"/>
        <w:ind w:left="283"/>
      </w:pPr>
      <w:r>
        <w:rPr>
          <w:rFonts w:ascii="Calibri" w:hAnsi="Calibri" w:cs="Calibri" w:eastAsia="Calibri"/>
          <w:b w:val="0"/>
          <w:color w:val="15131F"/>
          <w:sz w:val="21"/>
        </w:rPr>
        <w:t>• Знову тимчасове рішення й час наступного оновлення. Поставте нагадування в календарі за 5 хвилин до нього.</w:t>
      </w:r>
    </w:p>
    <w:p>
      <w:pPr>
        <w:spacing w:after="60"/>
      </w:pPr>
      <w:r>
        <w:rPr>
          <w:rFonts w:ascii="Calibri" w:hAnsi="Calibri" w:cs="Calibri" w:eastAsia="Calibri"/>
          <w:b/>
          <w:color w:val="6B3CF0"/>
          <w:sz w:val="21"/>
        </w:rPr>
        <w:t xml:space="preserve">Ніколи не обіцяйте: </w:t>
      </w:r>
      <w:r>
        <w:rPr>
          <w:rFonts w:ascii="Calibri" w:hAnsi="Calibri" w:cs="Calibri" w:eastAsia="Calibri"/>
          <w:b w:val="0"/>
          <w:color w:val="5D5A70"/>
          <w:sz w:val="21"/>
        </w:rPr>
        <w:t>Час виправлення, якого вам ніхто не називав, чи «найближчим часом». Ніколи не пропускайте оновлення через брак новин. Правила PagerDuty дозволяють рідші оновлення після двох годин, але кожне оновлення все одно називає час наступного.</w:t>
      </w:r>
    </w:p>
    <w:p>
      <w:pPr>
        <w:spacing w:after="60"/>
      </w:pPr>
      <w:r>
        <w:rPr>
          <w:rFonts w:ascii="Calibri" w:hAnsi="Calibri" w:cs="Calibri" w:eastAsia="Calibri"/>
          <w:b/>
          <w:color w:val="6B3CF0"/>
          <w:sz w:val="21"/>
        </w:rPr>
        <w:t xml:space="preserve">Замість часу виправлення кажіть: </w:t>
      </w:r>
      <w:r>
        <w:rPr>
          <w:rFonts w:ascii="Calibri" w:hAnsi="Calibri" w:cs="Calibri" w:eastAsia="Calibri"/>
          <w:b w:val="0"/>
          <w:color w:val="5D5A70"/>
          <w:sz w:val="21"/>
        </w:rPr>
        <w:t>Конкретний час, Часу виправлення ще немає, Що працює, Тимчасове рішення</w:t>
      </w:r>
    </w:p>
    <w:p>
      <w:pPr>
        <w:spacing w:after="160"/>
      </w:pPr>
    </w:p>
    <w:p>
      <w:pPr>
        <w:spacing w:after="60"/>
      </w:pPr>
      <w:r>
        <w:rPr>
          <w:rFonts w:ascii="Calibri" w:hAnsi="Calibri" w:cs="Calibri" w:eastAsia="Calibri"/>
          <w:b/>
          <w:color w:val="15131F"/>
          <w:sz w:val="28"/>
        </w:rPr>
        <w:t>3. Оновлення з часом виправлення: лише підтвердженим і з запасом</w:t>
      </w:r>
    </w:p>
    <w:p>
      <w:pPr>
        <w:spacing w:after="80"/>
      </w:pPr>
      <w:r>
        <w:rPr>
          <w:rFonts w:ascii="Calibri" w:hAnsi="Calibri" w:cs="Calibri" w:eastAsia="Calibri"/>
          <w:b w:val="0"/>
          <w:color w:val="5D5A70"/>
          <w:sz w:val="20"/>
        </w:rPr>
        <w:t>Час виправлення: Лише підтверджений · Запас: +30 хв або +50% · Якщо зсувається: Скажіть заздалегідь · Приклад: Провайдер каже 08:30. Ви кажете «до 09:00». Виправлено о 08:20, повідомлення про відновлення о 08:44: обіцянку виконано.</w:t>
      </w:r>
    </w:p>
    <w:p>
      <w:pPr>
        <w:spacing w:after="80"/>
      </w:pPr>
      <w:r>
        <w:rPr>
          <w:rFonts w:ascii="Calibri" w:hAnsi="Calibri" w:cs="Calibri" w:eastAsia="Calibri"/>
          <w:b w:val="0"/>
          <w:color w:val="15131F"/>
          <w:sz w:val="21"/>
        </w:rPr>
        <w:t>Називайте час виправлення лише тоді, коли його підтвердив той, хто усуває збій: ваш провайдер, розробник чи ІТ-підтримка, бажано письмово. Потім додайте запас: щонайменше 30 хвилин або половину оцінки, якщо ремонт довгий. Клієнти запам’ятовують час, який ви назвали.</w:t>
      </w:r>
    </w:p>
    <w:p>
      <w:pPr>
        <w:spacing w:after="60"/>
      </w:pPr>
      <w:r>
        <w:rPr>
          <w:rFonts w:ascii="Calibri" w:hAnsi="Calibri" w:cs="Calibri" w:eastAsia="Calibri"/>
          <w:b/>
          <w:color w:val="6B3CF0"/>
          <w:sz w:val="21"/>
        </w:rPr>
        <w:t xml:space="preserve">Оновлення в чаті й соцмережах: </w:t>
      </w:r>
      <w:r>
        <w:rPr>
          <w:rFonts w:ascii="Calibri" w:hAnsi="Calibri" w:cs="Calibri" w:eastAsia="Calibri"/>
          <w:b w:val="0"/>
          <w:color w:val="15131F"/>
          <w:sz w:val="21"/>
        </w:rPr>
        <w:t>Оновлення, [час]: [хто усуває збій] знайшов причину й очікує, що до [час виправлення із запасом] знову запрацює [що саме]. До того часу [тимчасове рішення]. Ми підтвердимо тут, щойно все запрацює. Наступне оновлення до [час наступного оновлення].</w:t>
      </w:r>
    </w:p>
    <w:p>
      <w:pPr>
        <w:spacing w:after="60"/>
      </w:pPr>
      <w:r>
        <w:rPr>
          <w:rFonts w:ascii="Calibri" w:hAnsi="Calibri" w:cs="Calibri" w:eastAsia="Calibri"/>
          <w:b/>
          <w:color w:val="6B3CF0"/>
          <w:sz w:val="21"/>
        </w:rPr>
        <w:t xml:space="preserve">Тема листа: </w:t>
      </w:r>
      <w:r>
        <w:rPr>
          <w:rFonts w:ascii="Calibri" w:hAnsi="Calibri" w:cs="Calibri" w:eastAsia="Calibri"/>
          <w:b w:val="0"/>
          <w:color w:val="15131F"/>
          <w:sz w:val="21"/>
        </w:rPr>
        <w:t>Оновлення: [сервіс] має запрацювати до [час виправлення із запасом]</w:t>
      </w:r>
    </w:p>
    <w:p>
      <w:pPr>
        <w:spacing w:after="60"/>
      </w:pPr>
      <w:r>
        <w:rPr>
          <w:rFonts w:ascii="Calibri" w:hAnsi="Calibri" w:cs="Calibri" w:eastAsia="Calibri"/>
          <w:b/>
          <w:color w:val="6B3CF0"/>
          <w:sz w:val="21"/>
        </w:rPr>
        <w:t xml:space="preserve">Лист: </w:t>
      </w:r>
      <w:r>
        <w:rPr>
          <w:rFonts w:ascii="Calibri" w:hAnsi="Calibri" w:cs="Calibri" w:eastAsia="Calibri"/>
          <w:b w:val="0"/>
          <w:color w:val="15131F"/>
          <w:sz w:val="21"/>
        </w:rPr>
        <w:t>Вітаю, [ім’я]!</w:t>
        <w:br/>
        <w:br/>
        <w:t>[Хто усуває збій] знайшов причину проблеми, через яку не працює [що саме], і очікує, що сьогодні до [час виправлення із запасом] усе знову запрацює.</w:t>
        <w:br/>
        <w:br/>
        <w:t>До того часу: [тимчасове рішення].</w:t>
        <w:br/>
        <w:t>Що це означає для вас: [наприклад, записи, зроблені до збою, збережено].</w:t>
        <w:br/>
        <w:br/>
        <w:t>Ми напишемо вам, коли все виправлять, або не пізніше ніж о [час наступного листа].</w:t>
        <w:br/>
        <w:br/>
        <w:t>[Ваше ім’я], [посада]</w:t>
        <w:br/>
        <w:t>[Назва компанії]</w:t>
      </w:r>
    </w:p>
    <w:p>
      <w:pPr>
        <w:spacing w:after="60"/>
      </w:pPr>
      <w:r>
        <w:rPr>
          <w:rFonts w:ascii="Calibri" w:hAnsi="Calibri" w:cs="Calibri" w:eastAsia="Calibri"/>
          <w:b/>
          <w:color w:val="6B3CF0"/>
          <w:sz w:val="21"/>
        </w:rPr>
        <w:t xml:space="preserve">Якщо час виправлення зсувається: </w:t>
      </w:r>
      <w:r>
        <w:rPr>
          <w:rFonts w:ascii="Calibri" w:hAnsi="Calibri" w:cs="Calibri" w:eastAsia="Calibri"/>
          <w:b w:val="0"/>
          <w:color w:val="15131F"/>
          <w:sz w:val="21"/>
        </w:rPr>
        <w:t>Оновлення, [час]: виправлення триває довше, ніж очікувалося, тож до [час виправлення із запасом] ми вже не встигнемо. [Новий час виправлення із запасом або: нового часу виправлення поки немає]. [Тимчасове рішення] досі діє. Наступне оновлення до [час наступного оновлення].</w:t>
      </w:r>
    </w:p>
    <w:p>
      <w:pPr>
        <w:spacing w:after="40"/>
      </w:pPr>
      <w:r>
        <w:rPr>
          <w:rFonts w:ascii="Calibri" w:hAnsi="Calibri" w:cs="Calibri" w:eastAsia="Calibri"/>
          <w:b/>
          <w:color w:val="6B3CF0"/>
          <w:sz w:val="21"/>
        </w:rPr>
        <w:t>Заповніть перед надсиланням</w:t>
      </w:r>
    </w:p>
    <w:p>
      <w:pPr>
        <w:spacing w:after="40"/>
        <w:ind w:left="283"/>
      </w:pPr>
      <w:r>
        <w:rPr>
          <w:rFonts w:ascii="Calibri" w:hAnsi="Calibri" w:cs="Calibri" w:eastAsia="Calibri"/>
          <w:b w:val="0"/>
          <w:color w:val="15131F"/>
          <w:sz w:val="21"/>
        </w:rPr>
        <w:t>• Джерело часу виправлення: хто його підтвердив, коли й як. Запишіть це в журнал.</w:t>
      </w:r>
    </w:p>
    <w:p>
      <w:pPr>
        <w:spacing w:after="40"/>
        <w:ind w:left="283"/>
      </w:pPr>
      <w:r>
        <w:rPr>
          <w:rFonts w:ascii="Calibri" w:hAnsi="Calibri" w:cs="Calibri" w:eastAsia="Calibri"/>
          <w:b w:val="0"/>
          <w:color w:val="15131F"/>
          <w:sz w:val="21"/>
        </w:rPr>
        <w:t>• Час наступного оновлення: так само кожні 30 хвилин, навіть коли час виправлення відомий.</w:t>
      </w:r>
    </w:p>
    <w:p>
      <w:pPr>
        <w:spacing w:after="60"/>
      </w:pPr>
      <w:r>
        <w:rPr>
          <w:rFonts w:ascii="Calibri" w:hAnsi="Calibri" w:cs="Calibri" w:eastAsia="Calibri"/>
          <w:b/>
          <w:color w:val="6B3CF0"/>
          <w:sz w:val="21"/>
        </w:rPr>
        <w:t xml:space="preserve">Ніколи не обіцяйте: </w:t>
      </w:r>
      <w:r>
        <w:rPr>
          <w:rFonts w:ascii="Calibri" w:hAnsi="Calibri" w:cs="Calibri" w:eastAsia="Calibri"/>
          <w:b w:val="0"/>
          <w:color w:val="5D5A70"/>
          <w:sz w:val="21"/>
        </w:rPr>
        <w:t>Час, якого ніхто не підтвердив, або час без запасу. Якщо не встигаєте, скажіть про це до того, як він мине.</w:t>
      </w:r>
    </w:p>
    <w:p>
      <w:pPr>
        <w:spacing w:after="160"/>
      </w:pPr>
    </w:p>
    <w:p>
      <w:pPr>
        <w:spacing w:after="60"/>
      </w:pPr>
      <w:r>
        <w:rPr>
          <w:rFonts w:ascii="Calibri" w:hAnsi="Calibri" w:cs="Calibri" w:eastAsia="Calibri"/>
          <w:b/>
          <w:color w:val="15131F"/>
          <w:sz w:val="28"/>
        </w:rPr>
        <w:t>4. Тимчасове рішення й що працює: за типами збоїв</w:t>
      </w:r>
    </w:p>
    <w:p>
      <w:pPr>
        <w:spacing w:after="80"/>
      </w:pPr>
      <w:r>
        <w:rPr>
          <w:rFonts w:ascii="Calibri" w:hAnsi="Calibri" w:cs="Calibri" w:eastAsia="Calibri"/>
          <w:b w:val="0"/>
          <w:color w:val="5D5A70"/>
          <w:sz w:val="20"/>
        </w:rPr>
        <w:t>Правило: Лише перевірене · Повторюйте: У кожному оновленні · Підготуйтеся заздалегідь: Щовечора експортуйте записи на наступний день, майте другий номер телефону й збережіть привітання автовідповідача на випадок збою.</w:t>
      </w:r>
    </w:p>
    <w:p>
      <w:pPr>
        <w:spacing w:after="80"/>
      </w:pPr>
      <w:r>
        <w:rPr>
          <w:rFonts w:ascii="Calibri" w:hAnsi="Calibri" w:cs="Calibri" w:eastAsia="Calibri"/>
          <w:b w:val="0"/>
          <w:color w:val="15131F"/>
          <w:sz w:val="21"/>
        </w:rPr>
        <w:t>Більшість збоїв ламає щось одне, а не все. У кожному повідомленні називайте, що працює, і пропонуйте лише те тимчасове рішення, яке ви самі перевірили.</w:t>
      </w:r>
    </w:p>
    <w:p>
      <w:pPr>
        <w:spacing w:after="40"/>
      </w:pPr>
      <w:r>
        <w:rPr>
          <w:rFonts w:ascii="Calibri" w:hAnsi="Calibri" w:cs="Calibri" w:eastAsia="Calibri"/>
          <w:b/>
          <w:color w:val="15131F"/>
          <w:sz w:val="22"/>
        </w:rPr>
        <w:t>4.1 Не працює система запису</w:t>
      </w:r>
    </w:p>
    <w:p>
      <w:pPr>
        <w:spacing w:after="60"/>
      </w:pPr>
      <w:r>
        <w:rPr>
          <w:rFonts w:ascii="Calibri" w:hAnsi="Calibri" w:cs="Calibri" w:eastAsia="Calibri"/>
          <w:b/>
          <w:color w:val="6B3CF0"/>
          <w:sz w:val="21"/>
        </w:rPr>
        <w:t xml:space="preserve">Працює: </w:t>
      </w:r>
      <w:r>
        <w:rPr>
          <w:rFonts w:ascii="Calibri" w:hAnsi="Calibri" w:cs="Calibri" w:eastAsia="Calibri"/>
          <w:b w:val="0"/>
          <w:color w:val="5D5A70"/>
          <w:sz w:val="21"/>
        </w:rPr>
        <w:t>Ви працюєте як звичайно; наявні записи зазвичай зберігаються (уточніть у провайдера).</w:t>
      </w:r>
    </w:p>
    <w:p>
      <w:pPr>
        <w:spacing w:after="60"/>
      </w:pPr>
      <w:r>
        <w:rPr>
          <w:rFonts w:ascii="Calibri" w:hAnsi="Calibri" w:cs="Calibri" w:eastAsia="Calibri"/>
          <w:b/>
          <w:color w:val="6B3CF0"/>
          <w:sz w:val="21"/>
        </w:rPr>
        <w:t xml:space="preserve">Тимчасове рішення: </w:t>
      </w:r>
      <w:r>
        <w:rPr>
          <w:rFonts w:ascii="Calibri" w:hAnsi="Calibri" w:cs="Calibri" w:eastAsia="Calibri"/>
          <w:b w:val="0"/>
          <w:color w:val="5D5A70"/>
          <w:sz w:val="21"/>
        </w:rPr>
        <w:t>Запис і скасування телефоном, у чаті чи листом; відмітка за ім’ям на рецепції.</w:t>
      </w:r>
    </w:p>
    <w:p>
      <w:pPr>
        <w:spacing w:after="60"/>
      </w:pPr>
      <w:r>
        <w:rPr>
          <w:rFonts w:ascii="Calibri" w:hAnsi="Calibri" w:cs="Calibri" w:eastAsia="Calibri"/>
          <w:b/>
          <w:color w:val="6B3CF0"/>
          <w:sz w:val="21"/>
        </w:rPr>
        <w:t xml:space="preserve">Скажіть: </w:t>
      </w:r>
      <w:r>
        <w:rPr>
          <w:rFonts w:ascii="Calibri" w:hAnsi="Calibri" w:cs="Calibri" w:eastAsia="Calibri"/>
          <w:b w:val="0"/>
          <w:color w:val="15131F"/>
          <w:sz w:val="21"/>
        </w:rPr>
        <w:t>Онлайн-запис зараз не працює, але ми відчинені, і всі записи в силі. Щоб записатися чи скасувати запис, напишіть тут або зателефонуйте за номером [телефон].</w:t>
      </w:r>
    </w:p>
    <w:p>
      <w:pPr>
        <w:spacing w:after="40"/>
      </w:pPr>
    </w:p>
    <w:p>
      <w:pPr>
        <w:spacing w:after="40"/>
      </w:pPr>
      <w:r>
        <w:rPr>
          <w:rFonts w:ascii="Calibri" w:hAnsi="Calibri" w:cs="Calibri" w:eastAsia="Calibri"/>
          <w:b/>
          <w:color w:val="15131F"/>
          <w:sz w:val="22"/>
        </w:rPr>
        <w:t>4.2 Не працюють онлайн-замовлення</w:t>
      </w:r>
    </w:p>
    <w:p>
      <w:pPr>
        <w:spacing w:after="60"/>
      </w:pPr>
      <w:r>
        <w:rPr>
          <w:rFonts w:ascii="Calibri" w:hAnsi="Calibri" w:cs="Calibri" w:eastAsia="Calibri"/>
          <w:b/>
          <w:color w:val="6B3CF0"/>
          <w:sz w:val="21"/>
        </w:rPr>
        <w:t xml:space="preserve">Працює: </w:t>
      </w:r>
      <w:r>
        <w:rPr>
          <w:rFonts w:ascii="Calibri" w:hAnsi="Calibri" w:cs="Calibri" w:eastAsia="Calibri"/>
          <w:b w:val="0"/>
          <w:color w:val="5D5A70"/>
          <w:sz w:val="21"/>
        </w:rPr>
        <w:t>Замовлення телефоном, самовивіз, замовлення, зроблені до збою.</w:t>
      </w:r>
    </w:p>
    <w:p>
      <w:pPr>
        <w:spacing w:after="60"/>
      </w:pPr>
      <w:r>
        <w:rPr>
          <w:rFonts w:ascii="Calibri" w:hAnsi="Calibri" w:cs="Calibri" w:eastAsia="Calibri"/>
          <w:b/>
          <w:color w:val="6B3CF0"/>
          <w:sz w:val="21"/>
        </w:rPr>
        <w:t xml:space="preserve">Тимчасове рішення: </w:t>
      </w:r>
      <w:r>
        <w:rPr>
          <w:rFonts w:ascii="Calibri" w:hAnsi="Calibri" w:cs="Calibri" w:eastAsia="Calibri"/>
          <w:b w:val="0"/>
          <w:color w:val="5D5A70"/>
          <w:sz w:val="21"/>
        </w:rPr>
        <w:t>Приймайте замовлення телефоном чи в чаті й підтверджуйте кожне письмово.</w:t>
      </w:r>
    </w:p>
    <w:p>
      <w:pPr>
        <w:spacing w:after="60"/>
      </w:pPr>
      <w:r>
        <w:rPr>
          <w:rFonts w:ascii="Calibri" w:hAnsi="Calibri" w:cs="Calibri" w:eastAsia="Calibri"/>
          <w:b/>
          <w:color w:val="6B3CF0"/>
          <w:sz w:val="21"/>
        </w:rPr>
        <w:t xml:space="preserve">Скажіть: </w:t>
      </w:r>
      <w:r>
        <w:rPr>
          <w:rFonts w:ascii="Calibri" w:hAnsi="Calibri" w:cs="Calibri" w:eastAsia="Calibri"/>
          <w:b w:val="0"/>
          <w:color w:val="15131F"/>
          <w:sz w:val="21"/>
        </w:rPr>
        <w:t>Онлайн-замовлення зараз не працюють. Ви можете замовити телефоном за номером [телефон] або тут, у чаті, а замовлення, зроблені до [час початку], ми виконаємо, як і планували.</w:t>
      </w:r>
    </w:p>
    <w:p>
      <w:pPr>
        <w:spacing w:after="40"/>
      </w:pPr>
    </w:p>
    <w:p>
      <w:pPr>
        <w:spacing w:after="40"/>
      </w:pPr>
      <w:r>
        <w:rPr>
          <w:rFonts w:ascii="Calibri" w:hAnsi="Calibri" w:cs="Calibri" w:eastAsia="Calibri"/>
          <w:b/>
          <w:color w:val="15131F"/>
          <w:sz w:val="22"/>
        </w:rPr>
        <w:t>4.3 Не працює сайт</w:t>
      </w:r>
    </w:p>
    <w:p>
      <w:pPr>
        <w:spacing w:after="60"/>
      </w:pPr>
      <w:r>
        <w:rPr>
          <w:rFonts w:ascii="Calibri" w:hAnsi="Calibri" w:cs="Calibri" w:eastAsia="Calibri"/>
          <w:b/>
          <w:color w:val="6B3CF0"/>
          <w:sz w:val="21"/>
        </w:rPr>
        <w:t xml:space="preserve">Працює: </w:t>
      </w:r>
      <w:r>
        <w:rPr>
          <w:rFonts w:ascii="Calibri" w:hAnsi="Calibri" w:cs="Calibri" w:eastAsia="Calibri"/>
          <w:b w:val="0"/>
          <w:color w:val="5D5A70"/>
          <w:sz w:val="21"/>
        </w:rPr>
        <w:t>Телефон, пошта, повідомлення в соцмережах, ваш магазин чи офіс.</w:t>
      </w:r>
    </w:p>
    <w:p>
      <w:pPr>
        <w:spacing w:after="60"/>
      </w:pPr>
      <w:r>
        <w:rPr>
          <w:rFonts w:ascii="Calibri" w:hAnsi="Calibri" w:cs="Calibri" w:eastAsia="Calibri"/>
          <w:b/>
          <w:color w:val="6B3CF0"/>
          <w:sz w:val="21"/>
        </w:rPr>
        <w:t xml:space="preserve">Тимчасове рішення: </w:t>
      </w:r>
      <w:r>
        <w:rPr>
          <w:rFonts w:ascii="Calibri" w:hAnsi="Calibri" w:cs="Calibri" w:eastAsia="Calibri"/>
          <w:b w:val="0"/>
          <w:color w:val="5D5A70"/>
          <w:sz w:val="21"/>
        </w:rPr>
        <w:t>Закріплений пост у соцмережах і привітання автовідповідача про збій.</w:t>
      </w:r>
    </w:p>
    <w:p>
      <w:pPr>
        <w:spacing w:after="60"/>
      </w:pPr>
      <w:r>
        <w:rPr>
          <w:rFonts w:ascii="Calibri" w:hAnsi="Calibri" w:cs="Calibri" w:eastAsia="Calibri"/>
          <w:b/>
          <w:color w:val="6B3CF0"/>
          <w:sz w:val="21"/>
        </w:rPr>
        <w:t xml:space="preserve">Скажіть: </w:t>
      </w:r>
      <w:r>
        <w:rPr>
          <w:rFonts w:ascii="Calibri" w:hAnsi="Calibri" w:cs="Calibri" w:eastAsia="Calibri"/>
          <w:b w:val="0"/>
          <w:color w:val="15131F"/>
          <w:sz w:val="21"/>
        </w:rPr>
        <w:t>Наш сайт не працює з [час початку], але ми працюємо як звичайно. Телефонуйте за номером [телефон] або пишіть нам у [соцмережа]. Наступне оновлення до [час наступного оновлення].</w:t>
      </w:r>
    </w:p>
    <w:p>
      <w:pPr>
        <w:spacing w:after="40"/>
      </w:pPr>
    </w:p>
    <w:p>
      <w:pPr>
        <w:spacing w:after="40"/>
      </w:pPr>
      <w:r>
        <w:rPr>
          <w:rFonts w:ascii="Calibri" w:hAnsi="Calibri" w:cs="Calibri" w:eastAsia="Calibri"/>
          <w:b/>
          <w:color w:val="15131F"/>
          <w:sz w:val="22"/>
        </w:rPr>
        <w:t>4.4 Не проходять оплати карткою</w:t>
      </w:r>
    </w:p>
    <w:p>
      <w:pPr>
        <w:spacing w:after="60"/>
      </w:pPr>
      <w:r>
        <w:rPr>
          <w:rFonts w:ascii="Calibri" w:hAnsi="Calibri" w:cs="Calibri" w:eastAsia="Calibri"/>
          <w:b/>
          <w:color w:val="6B3CF0"/>
          <w:sz w:val="21"/>
        </w:rPr>
        <w:t xml:space="preserve">Працює: </w:t>
      </w:r>
      <w:r>
        <w:rPr>
          <w:rFonts w:ascii="Calibri" w:hAnsi="Calibri" w:cs="Calibri" w:eastAsia="Calibri"/>
          <w:b w:val="0"/>
          <w:color w:val="5D5A70"/>
          <w:sz w:val="21"/>
        </w:rPr>
        <w:t>Сама послуга; готівка чи банківський переказ, якщо ви їх приймаєте.</w:t>
      </w:r>
    </w:p>
    <w:p>
      <w:pPr>
        <w:spacing w:after="60"/>
      </w:pPr>
      <w:r>
        <w:rPr>
          <w:rFonts w:ascii="Calibri" w:hAnsi="Calibri" w:cs="Calibri" w:eastAsia="Calibri"/>
          <w:b/>
          <w:color w:val="6B3CF0"/>
          <w:sz w:val="21"/>
        </w:rPr>
        <w:t xml:space="preserve">Тимчасове рішення: </w:t>
      </w:r>
      <w:r>
        <w:rPr>
          <w:rFonts w:ascii="Calibri" w:hAnsi="Calibri" w:cs="Calibri" w:eastAsia="Calibri"/>
          <w:b w:val="0"/>
          <w:color w:val="5D5A70"/>
          <w:sz w:val="21"/>
        </w:rPr>
        <w:t>Підтвердьте замовлення зараз, а запит на оплату надішліть пізніше.</w:t>
      </w:r>
    </w:p>
    <w:p>
      <w:pPr>
        <w:spacing w:after="60"/>
      </w:pPr>
      <w:r>
        <w:rPr>
          <w:rFonts w:ascii="Calibri" w:hAnsi="Calibri" w:cs="Calibri" w:eastAsia="Calibri"/>
          <w:b/>
          <w:color w:val="6B3CF0"/>
          <w:sz w:val="21"/>
        </w:rPr>
        <w:t xml:space="preserve">Скажіть: </w:t>
      </w:r>
      <w:r>
        <w:rPr>
          <w:rFonts w:ascii="Calibri" w:hAnsi="Calibri" w:cs="Calibri" w:eastAsia="Calibri"/>
          <w:b w:val="0"/>
          <w:color w:val="15131F"/>
          <w:sz w:val="21"/>
        </w:rPr>
        <w:t>Оплати карткою зараз не проходять. Ваше [замовлення чи запис] підтверджено. Ми надішлемо запит на оплату, коли все запрацює, і кошти не буде списано двічі.</w:t>
      </w:r>
    </w:p>
    <w:p>
      <w:pPr>
        <w:spacing w:after="40"/>
      </w:pPr>
    </w:p>
    <w:p>
      <w:pPr>
        <w:spacing w:after="40"/>
      </w:pPr>
      <w:r>
        <w:rPr>
          <w:rFonts w:ascii="Calibri" w:hAnsi="Calibri" w:cs="Calibri" w:eastAsia="Calibri"/>
          <w:b/>
          <w:color w:val="15131F"/>
          <w:sz w:val="22"/>
        </w:rPr>
        <w:t>4.5 Не працює інтернет, телефон чи програма</w:t>
      </w:r>
    </w:p>
    <w:p>
      <w:pPr>
        <w:spacing w:after="60"/>
      </w:pPr>
      <w:r>
        <w:rPr>
          <w:rFonts w:ascii="Calibri" w:hAnsi="Calibri" w:cs="Calibri" w:eastAsia="Calibri"/>
          <w:b/>
          <w:color w:val="6B3CF0"/>
          <w:sz w:val="21"/>
        </w:rPr>
        <w:t xml:space="preserve">Працює: </w:t>
      </w:r>
      <w:r>
        <w:rPr>
          <w:rFonts w:ascii="Calibri" w:hAnsi="Calibri" w:cs="Calibri" w:eastAsia="Calibri"/>
          <w:b w:val="0"/>
          <w:color w:val="5D5A70"/>
          <w:sz w:val="21"/>
        </w:rPr>
        <w:t>Мобільні телефони, мобільний інтернет і папір.</w:t>
      </w:r>
    </w:p>
    <w:p>
      <w:pPr>
        <w:spacing w:after="60"/>
      </w:pPr>
      <w:r>
        <w:rPr>
          <w:rFonts w:ascii="Calibri" w:hAnsi="Calibri" w:cs="Calibri" w:eastAsia="Calibri"/>
          <w:b/>
          <w:color w:val="6B3CF0"/>
          <w:sz w:val="21"/>
        </w:rPr>
        <w:t xml:space="preserve">Тимчасове рішення: </w:t>
      </w:r>
      <w:r>
        <w:rPr>
          <w:rFonts w:ascii="Calibri" w:hAnsi="Calibri" w:cs="Calibri" w:eastAsia="Calibri"/>
          <w:b w:val="0"/>
          <w:color w:val="5D5A70"/>
          <w:sz w:val="21"/>
        </w:rPr>
        <w:t>Мобільна точка доступу, другий номер, роздрукований список сьогоднішніх записів.</w:t>
      </w:r>
    </w:p>
    <w:p>
      <w:pPr>
        <w:spacing w:after="60"/>
      </w:pPr>
      <w:r>
        <w:rPr>
          <w:rFonts w:ascii="Calibri" w:hAnsi="Calibri" w:cs="Calibri" w:eastAsia="Calibri"/>
          <w:b/>
          <w:color w:val="6B3CF0"/>
          <w:sz w:val="21"/>
        </w:rPr>
        <w:t xml:space="preserve">Скажіть: </w:t>
      </w:r>
      <w:r>
        <w:rPr>
          <w:rFonts w:ascii="Calibri" w:hAnsi="Calibri" w:cs="Calibri" w:eastAsia="Calibri"/>
          <w:b w:val="0"/>
          <w:color w:val="15131F"/>
          <w:sz w:val="21"/>
        </w:rPr>
        <w:t>Наша телефонна лінія не працює з [час початку]. Будь ласка, пишіть нам тут або на [адреса електронної пошти]; ми відповідаємо протягом [30] хвилин. Сьогоднішні записи в силі.</w:t>
      </w:r>
    </w:p>
    <w:p>
      <w:pPr>
        <w:spacing w:after="40"/>
      </w:pPr>
    </w:p>
    <w:p>
      <w:pPr>
        <w:spacing w:after="160"/>
      </w:pPr>
    </w:p>
    <w:p>
      <w:pPr>
        <w:spacing w:after="60"/>
      </w:pPr>
      <w:r>
        <w:rPr>
          <w:rFonts w:ascii="Calibri" w:hAnsi="Calibri" w:cs="Calibri" w:eastAsia="Calibri"/>
          <w:b/>
          <w:color w:val="15131F"/>
          <w:sz w:val="28"/>
        </w:rPr>
        <w:t>5. Невдоволені клієнти й термінові запити під час збою: короткі відповіді</w:t>
      </w:r>
    </w:p>
    <w:p>
      <w:pPr>
        <w:spacing w:after="80"/>
      </w:pPr>
      <w:r>
        <w:rPr>
          <w:rFonts w:ascii="Calibri" w:hAnsi="Calibri" w:cs="Calibri" w:eastAsia="Calibri"/>
          <w:b w:val="0"/>
          <w:color w:val="5D5A70"/>
          <w:sz w:val="20"/>
        </w:rPr>
        <w:t>Довжина відповіді: 2–3 речення · Питання грошей вирішує: Лише власник · Відповідь після передачі: Протягом 10 хвилин</w:t>
      </w:r>
    </w:p>
    <w:p>
      <w:pPr>
        <w:spacing w:after="80"/>
      </w:pPr>
      <w:r>
        <w:rPr>
          <w:rFonts w:ascii="Calibri" w:hAnsi="Calibri" w:cs="Calibri" w:eastAsia="Calibri"/>
          <w:b w:val="0"/>
          <w:color w:val="15131F"/>
          <w:sz w:val="21"/>
        </w:rPr>
        <w:t>Для деяких клієнтів збій має реальну ціну: пропущений запис, замовлення на сьогоднішній вечір. Відповідайте 2 або 3 реченнями: визнайте проблему, дайте факти й тимчасове рішення, скажіть, хто вирішує решту.</w:t>
      </w:r>
    </w:p>
    <w:p>
      <w:pPr>
        <w:spacing w:after="40"/>
      </w:pPr>
      <w:r>
        <w:rPr>
          <w:rFonts w:ascii="Calibri" w:hAnsi="Calibri" w:cs="Calibri" w:eastAsia="Calibri"/>
          <w:b/>
          <w:color w:val="15131F"/>
          <w:sz w:val="22"/>
        </w:rPr>
        <w:t>5.1 Невдоволений збоєм</w:t>
      </w:r>
    </w:p>
    <w:p>
      <w:pPr>
        <w:spacing w:after="60"/>
      </w:pPr>
      <w:r>
        <w:rPr>
          <w:rFonts w:ascii="Calibri" w:hAnsi="Calibri" w:cs="Calibri" w:eastAsia="Calibri"/>
          <w:b/>
          <w:color w:val="6B3CF0"/>
          <w:sz w:val="21"/>
        </w:rPr>
        <w:t xml:space="preserve">Коли: </w:t>
      </w:r>
      <w:r>
        <w:rPr>
          <w:rFonts w:ascii="Calibri" w:hAnsi="Calibri" w:cs="Calibri" w:eastAsia="Calibri"/>
          <w:b w:val="0"/>
          <w:color w:val="5D5A70"/>
          <w:sz w:val="21"/>
        </w:rPr>
        <w:t>Засмучений, але нічого конкретного не просить.</w:t>
      </w:r>
    </w:p>
    <w:p>
      <w:pPr>
        <w:spacing w:after="60"/>
      </w:pPr>
      <w:r>
        <w:rPr>
          <w:rFonts w:ascii="Calibri" w:hAnsi="Calibri" w:cs="Calibri" w:eastAsia="Calibri"/>
          <w:b/>
          <w:color w:val="6B3CF0"/>
          <w:sz w:val="21"/>
        </w:rPr>
        <w:t xml:space="preserve">Передати людині: </w:t>
      </w:r>
      <w:r>
        <w:rPr>
          <w:rFonts w:ascii="Calibri" w:hAnsi="Calibri" w:cs="Calibri" w:eastAsia="Calibri"/>
          <w:b w:val="0"/>
          <w:color w:val="5D5A70"/>
          <w:sz w:val="21"/>
        </w:rPr>
        <w:t>Якщо просить людину, погрожує піти або досі злиться після однієї відповіді.</w:t>
      </w:r>
    </w:p>
    <w:p>
      <w:pPr>
        <w:spacing w:after="60"/>
      </w:pPr>
      <w:r>
        <w:rPr>
          <w:rFonts w:ascii="Calibri" w:hAnsi="Calibri" w:cs="Calibri" w:eastAsia="Calibri"/>
          <w:b/>
          <w:color w:val="6B3CF0"/>
          <w:sz w:val="21"/>
        </w:rPr>
        <w:t xml:space="preserve">Відповідь: </w:t>
      </w:r>
      <w:r>
        <w:rPr>
          <w:rFonts w:ascii="Calibri" w:hAnsi="Calibri" w:cs="Calibri" w:eastAsia="Calibri"/>
          <w:b w:val="0"/>
          <w:color w:val="15131F"/>
          <w:sz w:val="21"/>
        </w:rPr>
        <w:t>Розумію ваше роздратування, [ім’я], і мені дуже шкода. З [час початку] не працює [що саме]; поки що [тимчасове рішення]. Наступне оновлення до [час наступного оновлення].</w:t>
      </w:r>
    </w:p>
    <w:p>
      <w:pPr>
        <w:spacing w:after="40"/>
      </w:pPr>
    </w:p>
    <w:p>
      <w:pPr>
        <w:spacing w:after="40"/>
      </w:pPr>
      <w:r>
        <w:rPr>
          <w:rFonts w:ascii="Calibri" w:hAnsi="Calibri" w:cs="Calibri" w:eastAsia="Calibri"/>
          <w:b/>
          <w:color w:val="15131F"/>
          <w:sz w:val="22"/>
        </w:rPr>
        <w:t>5.2 Термін сьогодні</w:t>
      </w:r>
    </w:p>
    <w:p>
      <w:pPr>
        <w:spacing w:after="60"/>
      </w:pPr>
      <w:r>
        <w:rPr>
          <w:rFonts w:ascii="Calibri" w:hAnsi="Calibri" w:cs="Calibri" w:eastAsia="Calibri"/>
          <w:b/>
          <w:color w:val="6B3CF0"/>
          <w:sz w:val="21"/>
        </w:rPr>
        <w:t xml:space="preserve">Коли: </w:t>
      </w:r>
      <w:r>
        <w:rPr>
          <w:rFonts w:ascii="Calibri" w:hAnsi="Calibri" w:cs="Calibri" w:eastAsia="Calibri"/>
          <w:b w:val="0"/>
          <w:color w:val="5D5A70"/>
          <w:sz w:val="21"/>
        </w:rPr>
        <w:t>Запис, замовлення чи доставка сьогодні, які тимчасове рішення не рятує.</w:t>
      </w:r>
    </w:p>
    <w:p>
      <w:pPr>
        <w:spacing w:after="60"/>
      </w:pPr>
      <w:r>
        <w:rPr>
          <w:rFonts w:ascii="Calibri" w:hAnsi="Calibri" w:cs="Calibri" w:eastAsia="Calibri"/>
          <w:b/>
          <w:color w:val="6B3CF0"/>
          <w:sz w:val="21"/>
        </w:rPr>
        <w:t xml:space="preserve">Передати людині: </w:t>
      </w:r>
      <w:r>
        <w:rPr>
          <w:rFonts w:ascii="Calibri" w:hAnsi="Calibri" w:cs="Calibri" w:eastAsia="Calibri"/>
          <w:b w:val="0"/>
          <w:color w:val="5D5A70"/>
          <w:sz w:val="21"/>
        </w:rPr>
        <w:t>Так, координатору інциденту.</w:t>
      </w:r>
    </w:p>
    <w:p>
      <w:pPr>
        <w:spacing w:after="60"/>
      </w:pPr>
      <w:r>
        <w:rPr>
          <w:rFonts w:ascii="Calibri" w:hAnsi="Calibri" w:cs="Calibri" w:eastAsia="Calibri"/>
          <w:b/>
          <w:color w:val="6B3CF0"/>
          <w:sz w:val="21"/>
        </w:rPr>
        <w:t xml:space="preserve">Відповідь: </w:t>
      </w:r>
      <w:r>
        <w:rPr>
          <w:rFonts w:ascii="Calibri" w:hAnsi="Calibri" w:cs="Calibri" w:eastAsia="Calibri"/>
          <w:b w:val="0"/>
          <w:color w:val="15131F"/>
          <w:sz w:val="21"/>
        </w:rPr>
        <w:t>Розумію, що [що вам потрібно] не може чекати. Я вже передаю ваше питання з усіма деталями колезі. [Ім’я колеги] може [що колега може зробити] і відповість вам тут до [час].</w:t>
      </w:r>
    </w:p>
    <w:p>
      <w:pPr>
        <w:spacing w:after="40"/>
      </w:pPr>
    </w:p>
    <w:p>
      <w:pPr>
        <w:spacing w:after="40"/>
      </w:pPr>
      <w:r>
        <w:rPr>
          <w:rFonts w:ascii="Calibri" w:hAnsi="Calibri" w:cs="Calibri" w:eastAsia="Calibri"/>
          <w:b/>
          <w:color w:val="15131F"/>
          <w:sz w:val="22"/>
        </w:rPr>
        <w:t>5.3 Повернення коштів, компенсація чи скасування штрафу</w:t>
      </w:r>
    </w:p>
    <w:p>
      <w:pPr>
        <w:spacing w:after="60"/>
      </w:pPr>
      <w:r>
        <w:rPr>
          <w:rFonts w:ascii="Calibri" w:hAnsi="Calibri" w:cs="Calibri" w:eastAsia="Calibri"/>
          <w:b/>
          <w:color w:val="6B3CF0"/>
          <w:sz w:val="21"/>
        </w:rPr>
        <w:t xml:space="preserve">Коли: </w:t>
      </w:r>
      <w:r>
        <w:rPr>
          <w:rFonts w:ascii="Calibri" w:hAnsi="Calibri" w:cs="Calibri" w:eastAsia="Calibri"/>
          <w:b w:val="0"/>
          <w:color w:val="5D5A70"/>
          <w:sz w:val="21"/>
        </w:rPr>
        <w:t>Повернення грошей, компенсація за SLA чи скасування штрафу.</w:t>
      </w:r>
    </w:p>
    <w:p>
      <w:pPr>
        <w:spacing w:after="60"/>
      </w:pPr>
      <w:r>
        <w:rPr>
          <w:rFonts w:ascii="Calibri" w:hAnsi="Calibri" w:cs="Calibri" w:eastAsia="Calibri"/>
          <w:b/>
          <w:color w:val="6B3CF0"/>
          <w:sz w:val="21"/>
        </w:rPr>
        <w:t xml:space="preserve">Передати людині: </w:t>
      </w:r>
      <w:r>
        <w:rPr>
          <w:rFonts w:ascii="Calibri" w:hAnsi="Calibri" w:cs="Calibri" w:eastAsia="Calibri"/>
          <w:b w:val="0"/>
          <w:color w:val="5D5A70"/>
          <w:sz w:val="21"/>
        </w:rPr>
        <w:t>Завжди. Вирішує лише [хто погоджує].</w:t>
      </w:r>
    </w:p>
    <w:p>
      <w:pPr>
        <w:spacing w:after="60"/>
      </w:pPr>
      <w:r>
        <w:rPr>
          <w:rFonts w:ascii="Calibri" w:hAnsi="Calibri" w:cs="Calibri" w:eastAsia="Calibri"/>
          <w:b/>
          <w:color w:val="6B3CF0"/>
          <w:sz w:val="21"/>
        </w:rPr>
        <w:t xml:space="preserve">Відповідь: </w:t>
      </w:r>
      <w:r>
        <w:rPr>
          <w:rFonts w:ascii="Calibri" w:hAnsi="Calibri" w:cs="Calibri" w:eastAsia="Calibri"/>
          <w:b w:val="0"/>
          <w:color w:val="15131F"/>
          <w:sz w:val="21"/>
        </w:rPr>
        <w:t>Це слушне питання. Я не можу вирішувати питання повернення коштів чи компенсацій у цьому чаті, тому ваш запит уже передано [тому, хто погоджує]. Відповідь ви отримаєте до [час].</w:t>
      </w:r>
    </w:p>
    <w:p>
      <w:pPr>
        <w:spacing w:after="40"/>
      </w:pPr>
    </w:p>
    <w:p>
      <w:pPr>
        <w:spacing w:after="40"/>
      </w:pPr>
      <w:r>
        <w:rPr>
          <w:rFonts w:ascii="Calibri" w:hAnsi="Calibri" w:cs="Calibri" w:eastAsia="Calibri"/>
          <w:b/>
          <w:color w:val="15131F"/>
          <w:sz w:val="22"/>
        </w:rPr>
        <w:t>5.4 Хвилювання щодо даних, оплати чи безпеки</w:t>
      </w:r>
    </w:p>
    <w:p>
      <w:pPr>
        <w:spacing w:after="60"/>
      </w:pPr>
      <w:r>
        <w:rPr>
          <w:rFonts w:ascii="Calibri" w:hAnsi="Calibri" w:cs="Calibri" w:eastAsia="Calibri"/>
          <w:b/>
          <w:color w:val="6B3CF0"/>
          <w:sz w:val="21"/>
        </w:rPr>
        <w:t xml:space="preserve">Коли: </w:t>
      </w:r>
      <w:r>
        <w:rPr>
          <w:rFonts w:ascii="Calibri" w:hAnsi="Calibri" w:cs="Calibri" w:eastAsia="Calibri"/>
          <w:b w:val="0"/>
          <w:color w:val="5D5A70"/>
          <w:sz w:val="21"/>
        </w:rPr>
        <w:t>Чи в безпеці мої дані, оплата чи обліковий запис?</w:t>
      </w:r>
    </w:p>
    <w:p>
      <w:pPr>
        <w:spacing w:after="60"/>
      </w:pPr>
      <w:r>
        <w:rPr>
          <w:rFonts w:ascii="Calibri" w:hAnsi="Calibri" w:cs="Calibri" w:eastAsia="Calibri"/>
          <w:b/>
          <w:color w:val="6B3CF0"/>
          <w:sz w:val="21"/>
        </w:rPr>
        <w:t xml:space="preserve">Передати людині: </w:t>
      </w:r>
      <w:r>
        <w:rPr>
          <w:rFonts w:ascii="Calibri" w:hAnsi="Calibri" w:cs="Calibri" w:eastAsia="Calibri"/>
          <w:b w:val="0"/>
          <w:color w:val="5D5A70"/>
          <w:sz w:val="21"/>
        </w:rPr>
        <w:t>Так, одразу.</w:t>
      </w:r>
    </w:p>
    <w:p>
      <w:pPr>
        <w:spacing w:after="60"/>
      </w:pPr>
      <w:r>
        <w:rPr>
          <w:rFonts w:ascii="Calibri" w:hAnsi="Calibri" w:cs="Calibri" w:eastAsia="Calibri"/>
          <w:b/>
          <w:color w:val="6B3CF0"/>
          <w:sz w:val="21"/>
        </w:rPr>
        <w:t xml:space="preserve">Відповідь: </w:t>
      </w:r>
      <w:r>
        <w:rPr>
          <w:rFonts w:ascii="Calibri" w:hAnsi="Calibri" w:cs="Calibri" w:eastAsia="Calibri"/>
          <w:b w:val="0"/>
          <w:color w:val="15131F"/>
          <w:sz w:val="21"/>
        </w:rPr>
        <w:t>Це важливе питання, і я не хочу вгадувати. Я передаю його колезі. [Ім’я колеги] відповість вам до [час].</w:t>
      </w:r>
    </w:p>
    <w:p>
      <w:pPr>
        <w:spacing w:after="40"/>
      </w:pPr>
    </w:p>
    <w:p>
      <w:pPr>
        <w:spacing w:after="60"/>
      </w:pPr>
      <w:r>
        <w:rPr>
          <w:rFonts w:ascii="Calibri" w:hAnsi="Calibri" w:cs="Calibri" w:eastAsia="Calibri"/>
          <w:b/>
          <w:color w:val="6B3CF0"/>
          <w:sz w:val="21"/>
        </w:rPr>
        <w:t xml:space="preserve">Правило передачі: </w:t>
      </w:r>
      <w:r>
        <w:rPr>
          <w:rFonts w:ascii="Calibri" w:hAnsi="Calibri" w:cs="Calibri" w:eastAsia="Calibri"/>
          <w:b w:val="0"/>
          <w:color w:val="5D5A70"/>
          <w:sz w:val="21"/>
        </w:rPr>
        <w:t>Передавайте людині, коли йдеться про гроші, термін сьогодні, погрозу судом, дані чи безпеку, погрозу піти або повторне прохання покликати людину. Усі інші отримують факти, тимчасове рішення й час наступного оновлення.</w:t>
      </w:r>
    </w:p>
    <w:p>
      <w:pPr>
        <w:spacing w:after="60"/>
      </w:pPr>
      <w:r>
        <w:rPr>
          <w:rFonts w:ascii="Calibri" w:hAnsi="Calibri" w:cs="Calibri" w:eastAsia="Calibri"/>
          <w:b/>
          <w:color w:val="6B3CF0"/>
          <w:sz w:val="21"/>
        </w:rPr>
        <w:t xml:space="preserve">Передавайте людині, якщо: </w:t>
      </w:r>
      <w:r>
        <w:rPr>
          <w:rFonts w:ascii="Calibri" w:hAnsi="Calibri" w:cs="Calibri" w:eastAsia="Calibri"/>
          <w:b w:val="0"/>
          <w:color w:val="5D5A70"/>
          <w:sz w:val="21"/>
        </w:rPr>
        <w:t>Повернення чи компенсація, Термін сьогодні, Погроза судом, Дані чи безпека, Попросили двічі</w:t>
      </w:r>
    </w:p>
    <w:p>
      <w:pPr>
        <w:spacing w:after="160"/>
      </w:pPr>
    </w:p>
    <w:p>
      <w:pPr>
        <w:spacing w:after="60"/>
      </w:pPr>
      <w:r>
        <w:rPr>
          <w:rFonts w:ascii="Calibri" w:hAnsi="Calibri" w:cs="Calibri" w:eastAsia="Calibri"/>
          <w:b/>
          <w:color w:val="15131F"/>
          <w:sz w:val="28"/>
        </w:rPr>
        <w:t>6. Збій усунено: повідомлення про відновлення в кожному каналі, який ви використовували</w:t>
      </w:r>
    </w:p>
    <w:p>
      <w:pPr>
        <w:spacing w:after="80"/>
      </w:pPr>
      <w:r>
        <w:rPr>
          <w:rFonts w:ascii="Calibri" w:hAnsi="Calibri" w:cs="Calibri" w:eastAsia="Calibri"/>
          <w:b w:val="0"/>
          <w:color w:val="5D5A70"/>
          <w:sz w:val="20"/>
        </w:rPr>
        <w:t>Надсилайте після: Власної перевірки · Спостерігайте: 15 хвилин · Канали: Кожен використаний · Потім: Видаліть нотатку про збій з AI-агента, поверніть звичайне привітання автовідповідача, відкріпіть пост у соцмережах і запишіть у журнал по одному рядку «Відновлення» на кожен канал.</w:t>
      </w:r>
    </w:p>
    <w:p>
      <w:pPr>
        <w:spacing w:after="80"/>
      </w:pPr>
      <w:r>
        <w:rPr>
          <w:rFonts w:ascii="Calibri" w:hAnsi="Calibri" w:cs="Calibri" w:eastAsia="Calibri"/>
          <w:b w:val="0"/>
          <w:color w:val="15131F"/>
          <w:sz w:val="21"/>
        </w:rPr>
        <w:t>Надсилайте повідомлення про відновлення в кожен канал, куди пішло перше повідомлення, але лише після того, як пройшла ваша власна перевірка (записатися, замовити чи відкрити сторінку з телефону) і минуло 15 хвилин без помилок. За правилами PagerDuty, фінальне повідомлення підтверджує повне відновлення й чітко каже, чи було втрачено якісь дані.</w:t>
      </w:r>
    </w:p>
    <w:p>
      <w:pPr>
        <w:spacing w:after="60"/>
      </w:pPr>
      <w:r>
        <w:rPr>
          <w:rFonts w:ascii="Calibri" w:hAnsi="Calibri" w:cs="Calibri" w:eastAsia="Calibri"/>
          <w:b/>
          <w:color w:val="6B3CF0"/>
          <w:sz w:val="21"/>
        </w:rPr>
        <w:t xml:space="preserve">Чат і соцмережі: </w:t>
      </w:r>
      <w:r>
        <w:rPr>
          <w:rFonts w:ascii="Calibri" w:hAnsi="Calibri" w:cs="Calibri" w:eastAsia="Calibri"/>
          <w:b w:val="0"/>
          <w:color w:val="15131F"/>
          <w:sz w:val="21"/>
        </w:rPr>
        <w:t>Виправлено: з [час виправлення] знову працює [що саме]. [Наслідки, наприклад жодного запису не втрачено]. [Що зробити, якщо щось потрібно]. До [дата підсумкового листа] ми напишемо [кому надсилаємо підсумковий лист], що сталося.</w:t>
      </w:r>
    </w:p>
    <w:p>
      <w:pPr>
        <w:spacing w:after="60"/>
      </w:pPr>
      <w:r>
        <w:rPr>
          <w:rFonts w:ascii="Calibri" w:hAnsi="Calibri" w:cs="Calibri" w:eastAsia="Calibri"/>
          <w:b/>
          <w:color w:val="6B3CF0"/>
          <w:sz w:val="21"/>
        </w:rPr>
        <w:t xml:space="preserve">Тема листа: </w:t>
      </w:r>
      <w:r>
        <w:rPr>
          <w:rFonts w:ascii="Calibri" w:hAnsi="Calibri" w:cs="Calibri" w:eastAsia="Calibri"/>
          <w:b w:val="0"/>
          <w:color w:val="15131F"/>
          <w:sz w:val="21"/>
        </w:rPr>
        <w:t>Виправлено: [сервіс] знову працює</w:t>
      </w:r>
    </w:p>
    <w:p>
      <w:pPr>
        <w:spacing w:after="60"/>
      </w:pPr>
      <w:r>
        <w:rPr>
          <w:rFonts w:ascii="Calibri" w:hAnsi="Calibri" w:cs="Calibri" w:eastAsia="Calibri"/>
          <w:b/>
          <w:color w:val="6B3CF0"/>
          <w:sz w:val="21"/>
        </w:rPr>
        <w:t xml:space="preserve">Лист: </w:t>
      </w:r>
      <w:r>
        <w:rPr>
          <w:rFonts w:ascii="Calibri" w:hAnsi="Calibri" w:cs="Calibri" w:eastAsia="Calibri"/>
          <w:b w:val="0"/>
          <w:color w:val="15131F"/>
          <w:sz w:val="21"/>
        </w:rPr>
        <w:t>Вітаю, [ім’я]!</w:t>
        <w:br/>
        <w:br/>
        <w:t>З [час виправлення] сьогодні знову працює [що саме]. Ми самі перевірили це о [час перевірки].</w:t>
        <w:br/>
        <w:br/>
        <w:t>- [Наслідки, наприклад: жодного запису й жодних даних не втрачено]</w:t>
        <w:br/>
        <w:t>- [Що вам потрібно зробити або: нічого]</w:t>
        <w:br/>
        <w:t>- [Ухвалене рішення, якщо є, наприклад без штрафів за пізнє скасування за години збою]</w:t>
        <w:br/>
        <w:br/>
        <w:t>До [дата підсумкового листа] ми надішлемо короткий підсумковий лист про те, що сталося і що ми змінюємо.</w:t>
        <w:br/>
        <w:br/>
        <w:t>Дякуємо за терпіння й ще раз вибачте.</w:t>
        <w:br/>
        <w:t>[Ваше ім’я], [посада]</w:t>
        <w:br/>
        <w:t>[Назва компанії]</w:t>
      </w:r>
    </w:p>
    <w:p>
      <w:pPr>
        <w:spacing w:after="40"/>
      </w:pPr>
      <w:r>
        <w:rPr>
          <w:rFonts w:ascii="Calibri" w:hAnsi="Calibri" w:cs="Calibri" w:eastAsia="Calibri"/>
          <w:b/>
          <w:color w:val="6B3CF0"/>
          <w:sz w:val="21"/>
        </w:rPr>
        <w:t>Перед надсиланням</w:t>
      </w:r>
    </w:p>
    <w:p>
      <w:pPr>
        <w:spacing w:after="40"/>
        <w:ind w:left="283"/>
      </w:pPr>
      <w:r>
        <w:rPr>
          <w:rFonts w:ascii="Calibri" w:hAnsi="Calibri" w:cs="Calibri" w:eastAsia="Calibri"/>
          <w:b w:val="0"/>
          <w:color w:val="15131F"/>
          <w:sz w:val="21"/>
        </w:rPr>
        <w:t>• Ваша власна перевірка пройшла, потім минуло 15 хвилин без помилок.</w:t>
      </w:r>
    </w:p>
    <w:p>
      <w:pPr>
        <w:spacing w:after="40"/>
        <w:ind w:left="283"/>
      </w:pPr>
      <w:r>
        <w:rPr>
          <w:rFonts w:ascii="Calibri" w:hAnsi="Calibri" w:cs="Calibri" w:eastAsia="Calibri"/>
          <w:b w:val="0"/>
          <w:color w:val="15131F"/>
          <w:sz w:val="21"/>
        </w:rPr>
        <w:t>• Усунення збою: час виправлення, що саме виправили і що втрачено, або «нічого не втрачено».</w:t>
      </w:r>
    </w:p>
    <w:p>
      <w:pPr>
        <w:spacing w:after="60"/>
      </w:pPr>
      <w:r>
        <w:rPr>
          <w:rFonts w:ascii="Calibri" w:hAnsi="Calibri" w:cs="Calibri" w:eastAsia="Calibri"/>
          <w:b/>
          <w:color w:val="6B3CF0"/>
          <w:sz w:val="21"/>
        </w:rPr>
        <w:t xml:space="preserve">Ніколи не обіцяйте: </w:t>
      </w:r>
      <w:r>
        <w:rPr>
          <w:rFonts w:ascii="Calibri" w:hAnsi="Calibri" w:cs="Calibri" w:eastAsia="Calibri"/>
          <w:b w:val="0"/>
          <w:color w:val="5D5A70"/>
          <w:sz w:val="21"/>
        </w:rPr>
        <w:t>Що це ніколи не повториться, або причину, якої ніхто не підтвердив.</w:t>
      </w:r>
    </w:p>
    <w:p>
      <w:pPr>
        <w:spacing w:after="160"/>
      </w:pPr>
    </w:p>
    <w:p>
      <w:pPr>
        <w:spacing w:after="60"/>
      </w:pPr>
      <w:r>
        <w:rPr>
          <w:rFonts w:ascii="Calibri" w:hAnsi="Calibri" w:cs="Calibri" w:eastAsia="Calibri"/>
          <w:b/>
          <w:color w:val="15131F"/>
          <w:sz w:val="28"/>
        </w:rPr>
        <w:t>7. Підсумковий лист після інциденту: що сталося і що змінилося</w:t>
      </w:r>
    </w:p>
    <w:p>
      <w:pPr>
        <w:spacing w:after="80"/>
      </w:pPr>
      <w:r>
        <w:rPr>
          <w:rFonts w:ascii="Calibri" w:hAnsi="Calibri" w:cs="Calibri" w:eastAsia="Calibri"/>
          <w:b w:val="0"/>
          <w:color w:val="5D5A70"/>
          <w:sz w:val="20"/>
        </w:rPr>
        <w:t>Надіслати протягом: 1 робочого дня · Компенсацію погоджує: Власник · Відправник: Координатор інциденту · Хто вирішує щодо компенсації: Умови чи SLA її передбачають: застосуйте, власник підтверджує. Письмового правила немає: вирішує власник, один раз для всіх, кого торкнувся збій.</w:t>
      </w:r>
    </w:p>
    <w:p>
      <w:pPr>
        <w:spacing w:after="80"/>
      </w:pPr>
      <w:r>
        <w:rPr>
          <w:rFonts w:ascii="Calibri" w:hAnsi="Calibri" w:cs="Calibri" w:eastAsia="Calibri"/>
          <w:b w:val="0"/>
          <w:color w:val="15131F"/>
          <w:sz w:val="21"/>
        </w:rPr>
        <w:t>Протягом 1 робочого дня напишіть усім, кого торкнувся збій або хто до вас звертався. Схема Atlassian: визнайте проблему й вибачтеся, поясніть, що пішло не так, поясніть, як ви її виправили і як запобігатимете повторенню, і ще раз вибачтеся. Додайте рішення щодо компенсації і хто його погодив.</w:t>
      </w:r>
    </w:p>
    <w:p>
      <w:pPr>
        <w:spacing w:after="60"/>
      </w:pPr>
      <w:r>
        <w:rPr>
          <w:rFonts w:ascii="Calibri" w:hAnsi="Calibri" w:cs="Calibri" w:eastAsia="Calibri"/>
          <w:b/>
          <w:color w:val="6B3CF0"/>
          <w:sz w:val="21"/>
        </w:rPr>
        <w:t xml:space="preserve">Тема листа: </w:t>
      </w:r>
      <w:r>
        <w:rPr>
          <w:rFonts w:ascii="Calibri" w:hAnsi="Calibri" w:cs="Calibri" w:eastAsia="Calibri"/>
          <w:b w:val="0"/>
          <w:color w:val="15131F"/>
          <w:sz w:val="21"/>
        </w:rPr>
        <w:t>Що сталося з [сервісом] [дата] і що ми змінили</w:t>
      </w:r>
    </w:p>
    <w:p>
      <w:pPr>
        <w:spacing w:after="60"/>
      </w:pPr>
      <w:r>
        <w:rPr>
          <w:rFonts w:ascii="Calibri" w:hAnsi="Calibri" w:cs="Calibri" w:eastAsia="Calibri"/>
          <w:b/>
          <w:color w:val="6B3CF0"/>
          <w:sz w:val="21"/>
        </w:rPr>
        <w:t xml:space="preserve">Лист: </w:t>
      </w:r>
      <w:r>
        <w:rPr>
          <w:rFonts w:ascii="Calibri" w:hAnsi="Calibri" w:cs="Calibri" w:eastAsia="Calibri"/>
          <w:b w:val="0"/>
          <w:color w:val="15131F"/>
          <w:sz w:val="21"/>
        </w:rPr>
        <w:t>Вітаю, [ім’я]!</w:t>
        <w:br/>
        <w:br/>
        <w:t>[Дата] з [час початку] до [час виправлення] через збій не можна було користуватися [чим саме]. Нам шкода: [чого це коштувало клієнтам, одним реченням].</w:t>
        <w:br/>
        <w:br/>
        <w:t>Що сталося: [причина простими словами, наприклад у нашого провайдера системи запису стався збій сервера].</w:t>
        <w:br/>
        <w:t>Що ми зробили: [що ви робили під час збою].</w:t>
        <w:br/>
        <w:t>Що ми змінюємо: [1–3 конкретні зміни з датами].</w:t>
        <w:br/>
        <w:t>Компенсація: [компенсація і хто її погодив, або видаліть цей рядок].</w:t>
        <w:br/>
        <w:br/>
        <w:t>Якщо вважаєте, що з вас помилково стягнули кошти, відповідайте до [дата], і [ім’я колеги] це перевірить.</w:t>
        <w:br/>
        <w:br/>
        <w:t>Дякуємо, що залишаєтеся з нами.</w:t>
        <w:br/>
        <w:t>[Ваше ім’я], [посада]</w:t>
        <w:br/>
        <w:t>[Назва компанії]</w:t>
      </w:r>
    </w:p>
    <w:p>
      <w:pPr>
        <w:spacing w:after="60"/>
      </w:pPr>
      <w:r>
        <w:rPr>
          <w:rFonts w:ascii="Calibri" w:hAnsi="Calibri" w:cs="Calibri" w:eastAsia="Calibri"/>
          <w:b/>
          <w:color w:val="6B3CF0"/>
          <w:sz w:val="21"/>
        </w:rPr>
        <w:t xml:space="preserve">Запит на компенсацію: ваші умови її передбачають: </w:t>
      </w:r>
      <w:r>
        <w:rPr>
          <w:rFonts w:ascii="Calibri" w:hAnsi="Calibri" w:cs="Calibri" w:eastAsia="Calibri"/>
          <w:b w:val="0"/>
          <w:color w:val="15131F"/>
          <w:sz w:val="21"/>
        </w:rPr>
        <w:t>Дякуємо, [ім’я]. За нашими даними, з [час початку] до [час виправлення] не можна було користуватися [чим саме], загалом [тривалість]. Згідно з [де записано правило], вам належить [компенсація]. Ми вже погодили її з [тим, хто погоджує], і ви побачите її [де й коли].</w:t>
      </w:r>
    </w:p>
    <w:p>
      <w:pPr>
        <w:spacing w:after="60"/>
      </w:pPr>
      <w:r>
        <w:rPr>
          <w:rFonts w:ascii="Calibri" w:hAnsi="Calibri" w:cs="Calibri" w:eastAsia="Calibri"/>
          <w:b/>
          <w:color w:val="6B3CF0"/>
          <w:sz w:val="21"/>
        </w:rPr>
        <w:t xml:space="preserve">Запит на компенсацію: ваші умови її не передбачають: </w:t>
      </w:r>
      <w:r>
        <w:rPr>
          <w:rFonts w:ascii="Calibri" w:hAnsi="Calibri" w:cs="Calibri" w:eastAsia="Calibri"/>
          <w:b w:val="0"/>
          <w:color w:val="15131F"/>
          <w:sz w:val="21"/>
        </w:rPr>
        <w:t>Дякуємо, [ім’я]. З [час початку] до [час виправлення] не можна було користуватися [чим саме], і мені шкода, що так сталося. Наші умови не передбачають компенсації за збої, але я передаю ваш запит [тому, хто погоджує], і відповідь ви отримаєте до [дата].</w:t>
      </w:r>
    </w:p>
    <w:p>
      <w:pPr>
        <w:spacing w:after="60"/>
      </w:pPr>
      <w:r>
        <w:rPr>
          <w:rFonts w:ascii="Calibri" w:hAnsi="Calibri" w:cs="Calibri" w:eastAsia="Calibri"/>
          <w:b/>
          <w:color w:val="6B3CF0"/>
          <w:sz w:val="21"/>
        </w:rPr>
        <w:t xml:space="preserve">Перевірка завершення: </w:t>
      </w:r>
      <w:r>
        <w:rPr>
          <w:rFonts w:ascii="Calibri" w:hAnsi="Calibri" w:cs="Calibri" w:eastAsia="Calibri"/>
          <w:b w:val="0"/>
          <w:color w:val="5D5A70"/>
          <w:sz w:val="21"/>
        </w:rPr>
        <w:t>Інцидент закрито лише тоді, коли повідомлення про відновлення пішло в кожен використаний канал, цей підсумковий лист надіслано і кожен рядок журналу заповнено.</w:t>
      </w:r>
    </w:p>
    <w:p>
      <w:pPr>
        <w:spacing w:after="160"/>
      </w:pPr>
    </w:p>
    <w:p>
      <w:pPr>
        <w:spacing w:after="60"/>
      </w:pPr>
      <w:r>
        <w:rPr>
          <w:rFonts w:ascii="Calibri" w:hAnsi="Calibri" w:cs="Calibri" w:eastAsia="Calibri"/>
          <w:b/>
          <w:color w:val="15131F"/>
          <w:sz w:val="28"/>
        </w:rPr>
        <w:t>8. Інструкції для AI-агента під час збою</w:t>
      </w:r>
    </w:p>
    <w:p>
      <w:pPr>
        <w:spacing w:after="80"/>
      </w:pPr>
      <w:r>
        <w:rPr>
          <w:rFonts w:ascii="Calibri" w:hAnsi="Calibri" w:cs="Calibri" w:eastAsia="Calibri"/>
          <w:b w:val="0"/>
          <w:color w:val="5D5A70"/>
          <w:sz w:val="20"/>
        </w:rPr>
        <w:t>Оновлюйте нотатку: Кожні 30 хв · Передає людині: Гроші, терміни, суд · Видаліть: Одразу після відновлення · У CRMsoftware.pro: «Мої боти» &gt; виберіть бота &gt; вкладка «Основи»: «Інструкції» і «База знань», потім «Зберегти зміни». Передані чати потрапляють в «Онлайн-підтримку».</w:t>
      </w:r>
    </w:p>
    <w:p>
      <w:pPr>
        <w:spacing w:after="80"/>
      </w:pPr>
      <w:r>
        <w:rPr>
          <w:rFonts w:ascii="Calibri" w:hAnsi="Calibri" w:cs="Calibri" w:eastAsia="Calibri"/>
          <w:b w:val="0"/>
          <w:color w:val="15131F"/>
          <w:sz w:val="21"/>
        </w:rPr>
        <w:t>У більшості чатів під час збою питають про три речі: чи справді щось не працює, що мені робити, коли все запрацює. AI-агент відповідає за секунди, але лише тими фактами, які ви йому дали. Вставте правила в його «Інструкції», а нотатку — в «Базу знань».</w:t>
      </w:r>
    </w:p>
    <w:p>
      <w:pPr>
        <w:spacing w:after="60"/>
      </w:pPr>
      <w:r>
        <w:rPr>
          <w:rFonts w:ascii="Calibri" w:hAnsi="Calibri" w:cs="Calibri" w:eastAsia="Calibri"/>
          <w:b/>
          <w:color w:val="6B3CF0"/>
          <w:sz w:val="21"/>
        </w:rPr>
        <w:t xml:space="preserve">Вставте в «Інструкції»: </w:t>
      </w:r>
      <w:r>
        <w:rPr>
          <w:rFonts w:ascii="Calibri" w:hAnsi="Calibri" w:cs="Calibri" w:eastAsia="Calibri"/>
          <w:b w:val="0"/>
          <w:color w:val="15131F"/>
          <w:sz w:val="21"/>
        </w:rPr>
        <w:t>ПРАВИЛА НА ЧАС ЗБОЮ (з [час початку] [дата], доки їх не видалять)</w:t>
        <w:br/>
        <w:t>1. Не працює [що саме]. На питання про це відповідай лише фактами з розділу «НОТАТКА ПРО ЗБІЙ» у базі знань. Не додавай причин, цифр чи часу.</w:t>
        <w:br/>
        <w:t>2. Ніколи не називай час виправлення, якщо його немає в нотатці. Якщо його немає, скажи, що часу виправлення поки немає, і назви час наступного оновлення.</w:t>
        <w:br/>
        <w:t>3. У кожній відповіді про збій називай, що працює, тимчасове рішення й час наступного оновлення.</w:t>
        <w:br/>
        <w:t>4. Ніколи не обіцяй повернення коштів, компенсацій чи скасування штрафів. Передавай чат команді, якщо клієнт про це просить, має термін сьогодні, згадує суд, дані чи безпеку або просить людину.</w:t>
        <w:br/>
        <w:t>5. Відповідай про збій 2 або 3 реченнями. Вибачайся один раз.</w:t>
      </w:r>
    </w:p>
    <w:p>
      <w:pPr>
        <w:spacing w:after="60"/>
      </w:pPr>
      <w:r>
        <w:rPr>
          <w:rFonts w:ascii="Calibri" w:hAnsi="Calibri" w:cs="Calibri" w:eastAsia="Calibri"/>
          <w:b/>
          <w:color w:val="6B3CF0"/>
          <w:sz w:val="21"/>
        </w:rPr>
        <w:t xml:space="preserve">Вставте в «Базу знань»: </w:t>
      </w:r>
      <w:r>
        <w:rPr>
          <w:rFonts w:ascii="Calibri" w:hAnsi="Calibri" w:cs="Calibri" w:eastAsia="Calibri"/>
          <w:b w:val="0"/>
          <w:color w:val="15131F"/>
          <w:sz w:val="21"/>
        </w:rPr>
        <w:t>НОТАТКА ПРО ЗБІЙ, оновлено о [час] [дата]</w:t>
        <w:br/>
        <w:t>Не працює: [що саме] з [час початку].</w:t>
        <w:br/>
        <w:t>Працює: [що працює].</w:t>
        <w:br/>
        <w:t>Кого це стосується: [кого це стосується].</w:t>
        <w:br/>
        <w:t>Тимчасове рішення: [тимчасове рішення].</w:t>
        <w:br/>
        <w:t>Час виправлення: [час виправлення із запасом або поки немає].</w:t>
        <w:br/>
        <w:t>Ухвалені рішення: [наприклад без штрафів за пізнє скасування за години збою або немає].</w:t>
        <w:br/>
        <w:t>Наступне оновлення: [час наступного оновлення] у цьому чаті й у [соцмережа].</w:t>
      </w:r>
    </w:p>
    <w:p>
      <w:pPr>
        <w:spacing w:after="40"/>
      </w:pPr>
      <w:r>
        <w:rPr>
          <w:rFonts w:ascii="Calibri" w:hAnsi="Calibri" w:cs="Calibri" w:eastAsia="Calibri"/>
          <w:b/>
          <w:color w:val="6B3CF0"/>
          <w:sz w:val="21"/>
        </w:rPr>
        <w:t>Кожні 30 хвилин і наприкінці</w:t>
      </w:r>
    </w:p>
    <w:p>
      <w:pPr>
        <w:spacing w:after="40"/>
      </w:pPr>
      <w:r>
        <w:rPr>
          <w:rFonts w:ascii="Calibri" w:hAnsi="Calibri" w:cs="Calibri" w:eastAsia="Calibri"/>
          <w:b w:val="0"/>
          <w:color w:val="15131F"/>
          <w:sz w:val="21"/>
        </w:rPr>
        <w:t>1. Спочатку оновіть нотатку: Новий час, час виправлення й наступне оновлення; збережіть, а потім опублікуйте ті самі факти в інших каналах.</w:t>
      </w:r>
    </w:p>
    <w:p>
      <w:pPr>
        <w:spacing w:after="40"/>
      </w:pPr>
      <w:r>
        <w:rPr>
          <w:rFonts w:ascii="Calibri" w:hAnsi="Calibri" w:cs="Calibri" w:eastAsia="Calibri"/>
          <w:b w:val="0"/>
          <w:color w:val="15131F"/>
          <w:sz w:val="21"/>
        </w:rPr>
        <w:t>2. Перевірте: Запитайте «У вас збій?» і «Коли все запрацює?» та переконайтеся, що відповіді спираються на нову нотатку.</w:t>
      </w:r>
    </w:p>
    <w:p>
      <w:pPr>
        <w:spacing w:after="40"/>
      </w:pPr>
      <w:r>
        <w:rPr>
          <w:rFonts w:ascii="Calibri" w:hAnsi="Calibri" w:cs="Calibri" w:eastAsia="Calibri"/>
          <w:b w:val="0"/>
          <w:color w:val="15131F"/>
          <w:sz w:val="21"/>
        </w:rPr>
        <w:t>3. Після відновлення: Видаліть обидва блоки, збережіть і перевірте, що AI-агент більше не згадує про збій.</w:t>
      </w:r>
    </w:p>
    <w:p>
      <w:pPr>
        <w:spacing w:after="60"/>
      </w:pPr>
      <w:r>
        <w:rPr>
          <w:rFonts w:ascii="Calibri" w:hAnsi="Calibri" w:cs="Calibri" w:eastAsia="Calibri"/>
          <w:b/>
          <w:color w:val="6B3CF0"/>
          <w:sz w:val="21"/>
        </w:rPr>
        <w:t xml:space="preserve">Ніколи не дозволяйте AI-агенту: </w:t>
      </w:r>
      <w:r>
        <w:rPr>
          <w:rFonts w:ascii="Calibri" w:hAnsi="Calibri" w:cs="Calibri" w:eastAsia="Calibri"/>
          <w:b w:val="0"/>
          <w:color w:val="5D5A70"/>
          <w:sz w:val="21"/>
        </w:rPr>
        <w:t>Вгадувати час виправлення, пояснювати причину, якої ніхто не підтвердив, чи пропонувати гроші.</w:t>
      </w:r>
    </w:p>
    <w:p>
      <w:pPr>
        <w:spacing w:after="160"/>
      </w:pPr>
    </w:p>
    <w:p>
      <w:pPr>
        <w:spacing w:after="80"/>
      </w:pPr>
      <w:r>
        <w:rPr>
          <w:rFonts w:ascii="Calibri" w:hAnsi="Calibri" w:cs="Calibri" w:eastAsia="Calibri"/>
          <w:b/>
          <w:color w:val="15131F"/>
          <w:sz w:val="28"/>
        </w:rPr>
        <w:t>Приклад: Повідомлення клієнтам про збій: студія йоги без онлайн-запису</w:t>
      </w:r>
    </w:p>
    <w:p>
      <w:pPr>
        <w:spacing w:after="120"/>
      </w:pPr>
      <w:r>
        <w:rPr>
          <w:rFonts w:ascii="Calibri" w:hAnsi="Calibri" w:cs="Calibri" w:eastAsia="Calibri"/>
          <w:b w:val="0"/>
          <w:color w:val="5D5A70"/>
          <w:sz w:val="21"/>
        </w:rPr>
        <w:t>Ironbark Yoga — вигадана студія, у якої близько 600 клієнтів і яка відчиняється о 06:00. У вівторок, 6 жовтня 2026, о 06:10 у неї перестає працювати застосунок для запису. Менеджер Тео пише нотатку про збій; AI-агент відповідає на її основі в чаті, Ана публікує її в Instagram, а Тео надсилає листи 46 клієнтам, записаним до 12:00.</w:t>
      </w:r>
    </w:p>
    <w:p>
      <w:pPr>
        <w:spacing w:after="60"/>
      </w:pPr>
      <w:r>
        <w:rPr>
          <w:rFonts w:ascii="Calibri" w:hAnsi="Calibri" w:cs="Calibri" w:eastAsia="Calibri"/>
          <w:b/>
          <w:color w:val="6B3CF0"/>
          <w:sz w:val="21"/>
        </w:rPr>
        <w:t xml:space="preserve">Клієнт: </w:t>
      </w:r>
      <w:r>
        <w:rPr>
          <w:rFonts w:ascii="Calibri" w:hAnsi="Calibri" w:cs="Calibri" w:eastAsia="Calibri"/>
          <w:b w:val="0"/>
          <w:color w:val="15131F"/>
          <w:sz w:val="21"/>
        </w:rPr>
        <w:t>Ваш застосунок зламався, і я не можу скасувати заняття о 9:30. Якщо ви за це візьмете з мене штраф 15 $ за пізнє скасування, я до вас більше не прийду.</w:t>
      </w:r>
    </w:p>
    <w:p>
      <w:pPr>
        <w:spacing w:after="60"/>
      </w:pPr>
      <w:r>
        <w:rPr>
          <w:rFonts w:ascii="Calibri" w:hAnsi="Calibri" w:cs="Calibri" w:eastAsia="Calibri"/>
          <w:b/>
          <w:color w:val="6B3CF0"/>
          <w:sz w:val="21"/>
        </w:rPr>
        <w:t xml:space="preserve">AI-агент: </w:t>
      </w:r>
      <w:r>
        <w:rPr>
          <w:rFonts w:ascii="Calibri" w:hAnsi="Calibri" w:cs="Calibri" w:eastAsia="Calibri"/>
          <w:b w:val="0"/>
          <w:color w:val="15131F"/>
          <w:sz w:val="21"/>
        </w:rPr>
        <w:t>Мені шкода, Джордане. Наш застосунок для запису не працює з 06:10, тому скасувати заняття в застосунку не вийде. Заняття проходять за розкладом. Я не можу вирішувати питання штрафів, тому передаю вас Тео, менеджеру студії. Він відповість тут протягом 10 хвилин.</w:t>
      </w:r>
    </w:p>
    <w:p>
      <w:pPr>
        <w:spacing w:after="60"/>
      </w:pPr>
      <w:r>
        <w:rPr>
          <w:rFonts w:ascii="Calibri" w:hAnsi="Calibri" w:cs="Calibri" w:eastAsia="Calibri"/>
          <w:b/>
          <w:color w:val="6B3CF0"/>
          <w:sz w:val="21"/>
        </w:rPr>
        <w:t xml:space="preserve">Тео (менеджер студії): </w:t>
      </w:r>
      <w:r>
        <w:rPr>
          <w:rFonts w:ascii="Calibri" w:hAnsi="Calibri" w:cs="Calibri" w:eastAsia="Calibri"/>
          <w:b w:val="0"/>
          <w:color w:val="15131F"/>
          <w:sz w:val="21"/>
        </w:rPr>
        <w:t>Вітаю, Джордане, це Тео. Я скасував за вас заняття о 9:30. Сьогодні за жодне заняття з 06:00 до 12:00 не буде штрафів за пізнє скасування чи неявку; наша власниця Роза погодила це кілька хвилин тому.</w:t>
      </w:r>
    </w:p>
    <w:p>
      <w:pPr>
        <w:spacing w:after="60"/>
      </w:pPr>
      <w:r>
        <w:rPr>
          <w:rFonts w:ascii="Calibri" w:hAnsi="Calibri" w:cs="Calibri" w:eastAsia="Calibri"/>
          <w:b/>
          <w:color w:val="6B3CF0"/>
          <w:sz w:val="21"/>
        </w:rPr>
        <w:t xml:space="preserve">Клієнт: </w:t>
      </w:r>
      <w:r>
        <w:rPr>
          <w:rFonts w:ascii="Calibri" w:hAnsi="Calibri" w:cs="Calibri" w:eastAsia="Calibri"/>
          <w:b w:val="0"/>
          <w:color w:val="15131F"/>
          <w:sz w:val="21"/>
        </w:rPr>
        <w:t>Добре, дякую. А коли застосунок знову запрацює?</w:t>
      </w:r>
    </w:p>
    <w:p>
      <w:pPr>
        <w:spacing w:after="60"/>
      </w:pPr>
      <w:r>
        <w:rPr>
          <w:rFonts w:ascii="Calibri" w:hAnsi="Calibri" w:cs="Calibri" w:eastAsia="Calibri"/>
          <w:b/>
          <w:color w:val="6B3CF0"/>
          <w:sz w:val="21"/>
        </w:rPr>
        <w:t xml:space="preserve">Тео (менеджер студії): </w:t>
      </w:r>
      <w:r>
        <w:rPr>
          <w:rFonts w:ascii="Calibri" w:hAnsi="Calibri" w:cs="Calibri" w:eastAsia="Calibri"/>
          <w:b w:val="0"/>
          <w:color w:val="15131F"/>
          <w:sz w:val="21"/>
        </w:rPr>
        <w:t>Провайдер очікує виправлення до 08:30, тож ми кажемо «до 09:00». Наступне оновлення тут і в Instagram до 08:00.</w:t>
      </w:r>
    </w:p>
    <w:p>
      <w:pPr>
        <w:spacing w:after="80"/>
      </w:pPr>
    </w:p>
    <w:p>
      <w:pPr>
        <w:spacing w:after="80"/>
      </w:pPr>
      <w:r>
        <w:rPr>
          <w:rFonts w:ascii="Calibri" w:hAnsi="Calibri" w:cs="Calibri" w:eastAsia="Calibri"/>
          <w:b/>
          <w:color w:val="15131F"/>
          <w:sz w:val="24"/>
        </w:rPr>
        <w:t>Нотатка про збій о 07:48: поля, які копіює кожне повідомлення</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Не працює</w:t>
            </w:r>
          </w:p>
        </w:tc>
        <w:tc>
          <w:tcPr>
            <w:tcW w:type="dxa" w:w="4986"/>
          </w:tcPr>
          <w:p>
            <w:r/>
            <w:r>
              <w:rPr>
                <w:rFonts w:ascii="Calibri" w:hAnsi="Calibri" w:cs="Calibri" w:eastAsia="Calibri"/>
                <w:b w:val="0"/>
                <w:color w:val="15131F"/>
                <w:sz w:val="19"/>
              </w:rPr>
              <w:t>Застосунок і запис на сайті з 06:10: не можна записатися, скасувати запис чи оплатити онлайн</w:t>
            </w:r>
          </w:p>
        </w:tc>
      </w:tr>
      <w:tr>
        <w:tc>
          <w:tcPr>
            <w:tcW w:type="dxa" w:w="4986"/>
          </w:tcPr>
          <w:p>
            <w:r/>
            <w:r>
              <w:rPr>
                <w:rFonts w:ascii="Calibri" w:hAnsi="Calibri" w:cs="Calibri" w:eastAsia="Calibri"/>
                <w:b/>
                <w:color w:val="15131F"/>
                <w:sz w:val="19"/>
              </w:rPr>
              <w:t>Працює</w:t>
            </w:r>
          </w:p>
        </w:tc>
        <w:tc>
          <w:tcPr>
            <w:tcW w:type="dxa" w:w="4986"/>
          </w:tcPr>
          <w:p>
            <w:r/>
            <w:r>
              <w:rPr>
                <w:rFonts w:ascii="Calibri" w:hAnsi="Calibri" w:cs="Calibri" w:eastAsia="Calibri"/>
                <w:b w:val="0"/>
                <w:color w:val="15131F"/>
                <w:sz w:val="19"/>
              </w:rPr>
              <w:t>Студія відчинена, усі заняття проходять, записи, зроблені до 06:10, збережено</w:t>
            </w:r>
          </w:p>
        </w:tc>
      </w:tr>
      <w:tr>
        <w:tc>
          <w:tcPr>
            <w:tcW w:type="dxa" w:w="4986"/>
          </w:tcPr>
          <w:p>
            <w:r/>
            <w:r>
              <w:rPr>
                <w:rFonts w:ascii="Calibri" w:hAnsi="Calibri" w:cs="Calibri" w:eastAsia="Calibri"/>
                <w:b/>
                <w:color w:val="15131F"/>
                <w:sz w:val="19"/>
              </w:rPr>
              <w:t>Кого це стосується</w:t>
            </w:r>
          </w:p>
        </w:tc>
        <w:tc>
          <w:tcPr>
            <w:tcW w:type="dxa" w:w="4986"/>
          </w:tcPr>
          <w:p>
            <w:r/>
            <w:r>
              <w:rPr>
                <w:rFonts w:ascii="Calibri" w:hAnsi="Calibri" w:cs="Calibri" w:eastAsia="Calibri"/>
                <w:b w:val="0"/>
                <w:color w:val="15131F"/>
                <w:sz w:val="19"/>
              </w:rPr>
              <w:t>Клієнтів, які записуються чи скасовують запис онлайн; 46 клієнтів, записаних до 12:00</w:t>
            </w:r>
          </w:p>
        </w:tc>
      </w:tr>
      <w:tr>
        <w:tc>
          <w:tcPr>
            <w:tcW w:type="dxa" w:w="4986"/>
          </w:tcPr>
          <w:p>
            <w:r/>
            <w:r>
              <w:rPr>
                <w:rFonts w:ascii="Calibri" w:hAnsi="Calibri" w:cs="Calibri" w:eastAsia="Calibri"/>
                <w:b/>
                <w:color w:val="15131F"/>
                <w:sz w:val="19"/>
              </w:rPr>
              <w:t>Тимчасове рішення</w:t>
            </w:r>
          </w:p>
        </w:tc>
        <w:tc>
          <w:tcPr>
            <w:tcW w:type="dxa" w:w="4986"/>
          </w:tcPr>
          <w:p>
            <w:r/>
            <w:r>
              <w:rPr>
                <w:rFonts w:ascii="Calibri" w:hAnsi="Calibri" w:cs="Calibri" w:eastAsia="Calibri"/>
                <w:b w:val="0"/>
                <w:color w:val="15131F"/>
                <w:sz w:val="19"/>
              </w:rPr>
              <w:t>Відмітка за ім’ям на рецепції; щоб скасувати запис, напишіть у чат або листом</w:t>
            </w:r>
          </w:p>
        </w:tc>
      </w:tr>
      <w:tr>
        <w:tc>
          <w:tcPr>
            <w:tcW w:type="dxa" w:w="4986"/>
          </w:tcPr>
          <w:p>
            <w:r/>
            <w:r>
              <w:rPr>
                <w:rFonts w:ascii="Calibri" w:hAnsi="Calibri" w:cs="Calibri" w:eastAsia="Calibri"/>
                <w:b/>
                <w:color w:val="15131F"/>
                <w:sz w:val="19"/>
              </w:rPr>
              <w:t>Наступне оновлення</w:t>
            </w:r>
          </w:p>
        </w:tc>
        <w:tc>
          <w:tcPr>
            <w:tcW w:type="dxa" w:w="4986"/>
          </w:tcPr>
          <w:p>
            <w:r/>
            <w:r>
              <w:rPr>
                <w:rFonts w:ascii="Calibri" w:hAnsi="Calibri" w:cs="Calibri" w:eastAsia="Calibri"/>
                <w:b w:val="0"/>
                <w:color w:val="15131F"/>
                <w:sz w:val="19"/>
              </w:rPr>
              <w:t>08:00 у чаті й в Instagram; наступний лист до 09:00</w:t>
            </w:r>
          </w:p>
        </w:tc>
      </w:tr>
      <w:tr>
        <w:tc>
          <w:tcPr>
            <w:tcW w:type="dxa" w:w="4986"/>
          </w:tcPr>
          <w:p>
            <w:r/>
            <w:r>
              <w:rPr>
                <w:rFonts w:ascii="Calibri" w:hAnsi="Calibri" w:cs="Calibri" w:eastAsia="Calibri"/>
                <w:b/>
                <w:color w:val="15131F"/>
                <w:sz w:val="19"/>
              </w:rPr>
              <w:t>Час виправлення</w:t>
            </w:r>
          </w:p>
        </w:tc>
        <w:tc>
          <w:tcPr>
            <w:tcW w:type="dxa" w:w="4986"/>
          </w:tcPr>
          <w:p>
            <w:r/>
            <w:r>
              <w:rPr>
                <w:rFonts w:ascii="Calibri" w:hAnsi="Calibri" w:cs="Calibri" w:eastAsia="Calibri"/>
                <w:b w:val="0"/>
                <w:color w:val="15131F"/>
                <w:sz w:val="19"/>
              </w:rPr>
              <w:t>Провайдер: 08:30 (підтверджено о 07:24). Ми кажемо: до 09:00</w:t>
            </w:r>
          </w:p>
        </w:tc>
      </w:tr>
      <w:tr>
        <w:tc>
          <w:tcPr>
            <w:tcW w:type="dxa" w:w="4986"/>
          </w:tcPr>
          <w:p>
            <w:r/>
            <w:r>
              <w:rPr>
                <w:rFonts w:ascii="Calibri" w:hAnsi="Calibri" w:cs="Calibri" w:eastAsia="Calibri"/>
                <w:b/>
                <w:color w:val="15131F"/>
                <w:sz w:val="19"/>
              </w:rPr>
              <w:t>Ухвалені рішення</w:t>
            </w:r>
          </w:p>
        </w:tc>
        <w:tc>
          <w:tcPr>
            <w:tcW w:type="dxa" w:w="4986"/>
          </w:tcPr>
          <w:p>
            <w:r/>
            <w:r>
              <w:rPr>
                <w:rFonts w:ascii="Calibri" w:hAnsi="Calibri" w:cs="Calibri" w:eastAsia="Calibri"/>
                <w:b w:val="0"/>
                <w:color w:val="15131F"/>
                <w:sz w:val="19"/>
              </w:rPr>
              <w:t>Без штрафів за пізнє скасування чи неявку з 06:00 до 12:00, погодила Роза о 07:44</w:t>
            </w:r>
          </w:p>
        </w:tc>
      </w:tr>
      <w:tr>
        <w:tc>
          <w:tcPr>
            <w:tcW w:type="dxa" w:w="4986"/>
          </w:tcPr>
          <w:p>
            <w:r/>
            <w:r>
              <w:rPr>
                <w:rFonts w:ascii="Calibri" w:hAnsi="Calibri" w:cs="Calibri" w:eastAsia="Calibri"/>
                <w:b/>
                <w:color w:val="15131F"/>
                <w:sz w:val="19"/>
              </w:rPr>
              <w:t>Підсумковий лист</w:t>
            </w:r>
          </w:p>
        </w:tc>
        <w:tc>
          <w:tcPr>
            <w:tcW w:type="dxa" w:w="4986"/>
          </w:tcPr>
          <w:p>
            <w:r/>
            <w:r>
              <w:rPr>
                <w:rFonts w:ascii="Calibri" w:hAnsi="Calibri" w:cs="Calibri" w:eastAsia="Calibri"/>
                <w:b w:val="0"/>
                <w:color w:val="15131F"/>
                <w:sz w:val="19"/>
              </w:rPr>
              <w:t>Лист до 7 жовтня, 12:00, відповідальний Тео</w:t>
            </w:r>
          </w:p>
        </w:tc>
      </w:tr>
    </w:tbl>
    <w:p/>
    <w:p>
      <w:pPr>
        <w:spacing w:after="80"/>
      </w:pPr>
      <w:r>
        <w:rPr>
          <w:rFonts w:ascii="Calibri" w:hAnsi="Calibri" w:cs="Calibri" w:eastAsia="Calibri"/>
          <w:b/>
          <w:color w:val="15131F"/>
          <w:sz w:val="24"/>
        </w:rPr>
        <w:t>Журнал повідомлень, 6 жовтня: 17 повідомлень, 3 канали</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Час</w:t>
            </w:r>
          </w:p>
        </w:tc>
        <w:tc>
          <w:tcPr>
            <w:tcW w:type="dxa" w:w="3324"/>
            <w:shd w:val="clear" w:color="auto" w:fill="EFE9FF"/>
          </w:tcPr>
          <w:p>
            <w:r/>
            <w:r>
              <w:rPr>
                <w:rFonts w:ascii="Calibri" w:hAnsi="Calibri" w:cs="Calibri" w:eastAsia="Calibri"/>
                <w:b/>
                <w:color w:val="15131F"/>
                <w:sz w:val="19"/>
              </w:rPr>
              <w:t>Канал і тип</w:t>
            </w:r>
          </w:p>
        </w:tc>
        <w:tc>
          <w:tcPr>
            <w:tcW w:type="dxa" w:w="3324"/>
            <w:shd w:val="clear" w:color="auto" w:fill="EFE9FF"/>
          </w:tcPr>
          <w:p>
            <w:r/>
            <w:r>
              <w:rPr>
                <w:rFonts w:ascii="Calibri" w:hAnsi="Calibri" w:cs="Calibri" w:eastAsia="Calibri"/>
                <w:b/>
                <w:color w:val="15131F"/>
                <w:sz w:val="19"/>
              </w:rPr>
              <w:t>Наступне оновлення</w:t>
            </w:r>
          </w:p>
        </w:tc>
      </w:tr>
      <w:tr>
        <w:tc>
          <w:tcPr>
            <w:tcW w:type="dxa" w:w="3324"/>
          </w:tcPr>
          <w:p>
            <w:r/>
            <w:r>
              <w:rPr>
                <w:rFonts w:ascii="Calibri" w:hAnsi="Calibri" w:cs="Calibri" w:eastAsia="Calibri"/>
                <w:b w:val="0"/>
                <w:color w:val="15131F"/>
                <w:sz w:val="19"/>
              </w:rPr>
              <w:t>06:29</w:t>
            </w:r>
          </w:p>
        </w:tc>
        <w:tc>
          <w:tcPr>
            <w:tcW w:type="dxa" w:w="3324"/>
          </w:tcPr>
          <w:p>
            <w:r/>
            <w:r>
              <w:rPr>
                <w:rFonts w:ascii="Calibri" w:hAnsi="Calibri" w:cs="Calibri" w:eastAsia="Calibri"/>
                <w:b w:val="0"/>
                <w:color w:val="15131F"/>
                <w:sz w:val="19"/>
              </w:rPr>
              <w:t>Чат: перше повідомлення</w:t>
            </w:r>
          </w:p>
        </w:tc>
        <w:tc>
          <w:tcPr>
            <w:tcW w:type="dxa" w:w="3324"/>
          </w:tcPr>
          <w:p>
            <w:r/>
            <w:r>
              <w:rPr>
                <w:rFonts w:ascii="Calibri" w:hAnsi="Calibri" w:cs="Calibri" w:eastAsia="Calibri"/>
                <w:b w:val="0"/>
                <w:color w:val="15131F"/>
                <w:sz w:val="19"/>
              </w:rPr>
              <w:t>07:00</w:t>
            </w:r>
          </w:p>
        </w:tc>
      </w:tr>
      <w:tr>
        <w:tc>
          <w:tcPr>
            <w:tcW w:type="dxa" w:w="3324"/>
          </w:tcPr>
          <w:p>
            <w:r/>
            <w:r>
              <w:rPr>
                <w:rFonts w:ascii="Calibri" w:hAnsi="Calibri" w:cs="Calibri" w:eastAsia="Calibri"/>
                <w:b w:val="0"/>
                <w:color w:val="15131F"/>
                <w:sz w:val="19"/>
              </w:rPr>
              <w:t>06:31</w:t>
            </w:r>
          </w:p>
        </w:tc>
        <w:tc>
          <w:tcPr>
            <w:tcW w:type="dxa" w:w="3324"/>
          </w:tcPr>
          <w:p>
            <w:r/>
            <w:r>
              <w:rPr>
                <w:rFonts w:ascii="Calibri" w:hAnsi="Calibri" w:cs="Calibri" w:eastAsia="Calibri"/>
                <w:b w:val="0"/>
                <w:color w:val="15131F"/>
                <w:sz w:val="19"/>
              </w:rPr>
              <w:t>Ел. пошта: перше повідомлення</w:t>
            </w:r>
          </w:p>
        </w:tc>
        <w:tc>
          <w:tcPr>
            <w:tcW w:type="dxa" w:w="3324"/>
          </w:tcPr>
          <w:p>
            <w:r/>
            <w:r>
              <w:rPr>
                <w:rFonts w:ascii="Calibri" w:hAnsi="Calibri" w:cs="Calibri" w:eastAsia="Calibri"/>
                <w:b w:val="0"/>
                <w:color w:val="15131F"/>
                <w:sz w:val="19"/>
              </w:rPr>
              <w:t>До 08:30</w:t>
            </w:r>
          </w:p>
        </w:tc>
      </w:tr>
      <w:tr>
        <w:tc>
          <w:tcPr>
            <w:tcW w:type="dxa" w:w="3324"/>
          </w:tcPr>
          <w:p>
            <w:r/>
            <w:r>
              <w:rPr>
                <w:rFonts w:ascii="Calibri" w:hAnsi="Calibri" w:cs="Calibri" w:eastAsia="Calibri"/>
                <w:b w:val="0"/>
                <w:color w:val="15131F"/>
                <w:sz w:val="19"/>
              </w:rPr>
              <w:t>06:34</w:t>
            </w:r>
          </w:p>
        </w:tc>
        <w:tc>
          <w:tcPr>
            <w:tcW w:type="dxa" w:w="3324"/>
          </w:tcPr>
          <w:p>
            <w:r/>
            <w:r>
              <w:rPr>
                <w:rFonts w:ascii="Calibri" w:hAnsi="Calibri" w:cs="Calibri" w:eastAsia="Calibri"/>
                <w:b w:val="0"/>
                <w:color w:val="15131F"/>
                <w:sz w:val="19"/>
              </w:rPr>
              <w:t>Instagram: перше повідомлення</w:t>
            </w:r>
          </w:p>
        </w:tc>
        <w:tc>
          <w:tcPr>
            <w:tcW w:type="dxa" w:w="3324"/>
          </w:tcPr>
          <w:p>
            <w:r/>
            <w:r>
              <w:rPr>
                <w:rFonts w:ascii="Calibri" w:hAnsi="Calibri" w:cs="Calibri" w:eastAsia="Calibri"/>
                <w:b w:val="0"/>
                <w:color w:val="15131F"/>
                <w:sz w:val="19"/>
              </w:rPr>
              <w:t>07:00</w:t>
            </w:r>
          </w:p>
        </w:tc>
      </w:tr>
      <w:tr>
        <w:tc>
          <w:tcPr>
            <w:tcW w:type="dxa" w:w="3324"/>
          </w:tcPr>
          <w:p>
            <w:r/>
            <w:r>
              <w:rPr>
                <w:rFonts w:ascii="Calibri" w:hAnsi="Calibri" w:cs="Calibri" w:eastAsia="Calibri"/>
                <w:b w:val="0"/>
                <w:color w:val="15131F"/>
                <w:sz w:val="19"/>
              </w:rPr>
              <w:t>07:30</w:t>
            </w:r>
          </w:p>
        </w:tc>
        <w:tc>
          <w:tcPr>
            <w:tcW w:type="dxa" w:w="3324"/>
          </w:tcPr>
          <w:p>
            <w:r/>
            <w:r>
              <w:rPr>
                <w:rFonts w:ascii="Calibri" w:hAnsi="Calibri" w:cs="Calibri" w:eastAsia="Calibri"/>
                <w:b w:val="0"/>
                <w:color w:val="15131F"/>
                <w:sz w:val="19"/>
              </w:rPr>
              <w:t>Чат: оновлення з часом виправлення</w:t>
            </w:r>
          </w:p>
        </w:tc>
        <w:tc>
          <w:tcPr>
            <w:tcW w:type="dxa" w:w="3324"/>
          </w:tcPr>
          <w:p>
            <w:r/>
            <w:r>
              <w:rPr>
                <w:rFonts w:ascii="Calibri" w:hAnsi="Calibri" w:cs="Calibri" w:eastAsia="Calibri"/>
                <w:b w:val="0"/>
                <w:color w:val="15131F"/>
                <w:sz w:val="19"/>
              </w:rPr>
              <w:t>08:00</w:t>
            </w:r>
          </w:p>
        </w:tc>
      </w:tr>
      <w:tr>
        <w:tc>
          <w:tcPr>
            <w:tcW w:type="dxa" w:w="3324"/>
          </w:tcPr>
          <w:p>
            <w:r/>
            <w:r>
              <w:rPr>
                <w:rFonts w:ascii="Calibri" w:hAnsi="Calibri" w:cs="Calibri" w:eastAsia="Calibri"/>
                <w:b w:val="0"/>
                <w:color w:val="15131F"/>
                <w:sz w:val="19"/>
              </w:rPr>
              <w:t>07:41</w:t>
            </w:r>
          </w:p>
        </w:tc>
        <w:tc>
          <w:tcPr>
            <w:tcW w:type="dxa" w:w="3324"/>
          </w:tcPr>
          <w:p>
            <w:r/>
            <w:r>
              <w:rPr>
                <w:rFonts w:ascii="Calibri" w:hAnsi="Calibri" w:cs="Calibri" w:eastAsia="Calibri"/>
                <w:b w:val="0"/>
                <w:color w:val="15131F"/>
                <w:sz w:val="19"/>
              </w:rPr>
              <w:t>Instagram: оновлення, на 11 хв пізніше</w:t>
            </w:r>
          </w:p>
        </w:tc>
        <w:tc>
          <w:tcPr>
            <w:tcW w:type="dxa" w:w="3324"/>
          </w:tcPr>
          <w:p>
            <w:r/>
            <w:r>
              <w:rPr>
                <w:rFonts w:ascii="Calibri" w:hAnsi="Calibri" w:cs="Calibri" w:eastAsia="Calibri"/>
                <w:b w:val="0"/>
                <w:color w:val="15131F"/>
                <w:sz w:val="19"/>
              </w:rPr>
              <w:t>08:00</w:t>
            </w:r>
          </w:p>
        </w:tc>
      </w:tr>
      <w:tr>
        <w:tc>
          <w:tcPr>
            <w:tcW w:type="dxa" w:w="3324"/>
          </w:tcPr>
          <w:p>
            <w:r/>
            <w:r>
              <w:rPr>
                <w:rFonts w:ascii="Calibri" w:hAnsi="Calibri" w:cs="Calibri" w:eastAsia="Calibri"/>
                <w:b w:val="0"/>
                <w:color w:val="15131F"/>
                <w:sz w:val="19"/>
              </w:rPr>
              <w:t>07:48</w:t>
            </w:r>
          </w:p>
        </w:tc>
        <w:tc>
          <w:tcPr>
            <w:tcW w:type="dxa" w:w="3324"/>
          </w:tcPr>
          <w:p>
            <w:r/>
            <w:r>
              <w:rPr>
                <w:rFonts w:ascii="Calibri" w:hAnsi="Calibri" w:cs="Calibri" w:eastAsia="Calibri"/>
                <w:b w:val="0"/>
                <w:color w:val="15131F"/>
                <w:sz w:val="19"/>
              </w:rPr>
              <w:t>Чат: тимчасове рішення й скасування штрафів</w:t>
            </w:r>
          </w:p>
        </w:tc>
        <w:tc>
          <w:tcPr>
            <w:tcW w:type="dxa" w:w="3324"/>
          </w:tcPr>
          <w:p>
            <w:r/>
            <w:r>
              <w:rPr>
                <w:rFonts w:ascii="Calibri" w:hAnsi="Calibri" w:cs="Calibri" w:eastAsia="Calibri"/>
                <w:b w:val="0"/>
                <w:color w:val="15131F"/>
                <w:sz w:val="19"/>
              </w:rPr>
              <w:t>08:00</w:t>
            </w:r>
          </w:p>
        </w:tc>
      </w:tr>
      <w:tr>
        <w:tc>
          <w:tcPr>
            <w:tcW w:type="dxa" w:w="3324"/>
          </w:tcPr>
          <w:p>
            <w:r/>
            <w:r>
              <w:rPr>
                <w:rFonts w:ascii="Calibri" w:hAnsi="Calibri" w:cs="Calibri" w:eastAsia="Calibri"/>
                <w:b w:val="0"/>
                <w:color w:val="15131F"/>
                <w:sz w:val="19"/>
              </w:rPr>
              <w:t>08:44</w:t>
            </w:r>
          </w:p>
        </w:tc>
        <w:tc>
          <w:tcPr>
            <w:tcW w:type="dxa" w:w="3324"/>
          </w:tcPr>
          <w:p>
            <w:r/>
            <w:r>
              <w:rPr>
                <w:rFonts w:ascii="Calibri" w:hAnsi="Calibri" w:cs="Calibri" w:eastAsia="Calibri"/>
                <w:b w:val="0"/>
                <w:color w:val="15131F"/>
                <w:sz w:val="19"/>
              </w:rPr>
              <w:t>Чат: відновлення</w:t>
            </w:r>
          </w:p>
        </w:tc>
        <w:tc>
          <w:tcPr>
            <w:tcW w:type="dxa" w:w="3324"/>
          </w:tcPr>
          <w:p>
            <w:r/>
            <w:r>
              <w:rPr>
                <w:rFonts w:ascii="Calibri" w:hAnsi="Calibri" w:cs="Calibri" w:eastAsia="Calibri"/>
                <w:b w:val="0"/>
                <w:color w:val="15131F"/>
                <w:sz w:val="19"/>
              </w:rPr>
              <w:t>Немає</w:t>
            </w:r>
          </w:p>
        </w:tc>
      </w:tr>
      <w:tr>
        <w:tc>
          <w:tcPr>
            <w:tcW w:type="dxa" w:w="3324"/>
          </w:tcPr>
          <w:p>
            <w:r/>
            <w:r>
              <w:rPr>
                <w:rFonts w:ascii="Calibri" w:hAnsi="Calibri" w:cs="Calibri" w:eastAsia="Calibri"/>
                <w:b w:val="0"/>
                <w:color w:val="15131F"/>
                <w:sz w:val="19"/>
              </w:rPr>
              <w:t>08:46</w:t>
            </w:r>
          </w:p>
        </w:tc>
        <w:tc>
          <w:tcPr>
            <w:tcW w:type="dxa" w:w="3324"/>
          </w:tcPr>
          <w:p>
            <w:r/>
            <w:r>
              <w:rPr>
                <w:rFonts w:ascii="Calibri" w:hAnsi="Calibri" w:cs="Calibri" w:eastAsia="Calibri"/>
                <w:b w:val="0"/>
                <w:color w:val="15131F"/>
                <w:sz w:val="19"/>
              </w:rPr>
              <w:t>Instagram: відновлення</w:t>
            </w:r>
          </w:p>
        </w:tc>
        <w:tc>
          <w:tcPr>
            <w:tcW w:type="dxa" w:w="3324"/>
          </w:tcPr>
          <w:p>
            <w:r/>
            <w:r>
              <w:rPr>
                <w:rFonts w:ascii="Calibri" w:hAnsi="Calibri" w:cs="Calibri" w:eastAsia="Calibri"/>
                <w:b w:val="0"/>
                <w:color w:val="15131F"/>
                <w:sz w:val="19"/>
              </w:rPr>
              <w:t>Немає</w:t>
            </w:r>
          </w:p>
        </w:tc>
      </w:tr>
      <w:tr>
        <w:tc>
          <w:tcPr>
            <w:tcW w:type="dxa" w:w="3324"/>
          </w:tcPr>
          <w:p>
            <w:r/>
            <w:r>
              <w:rPr>
                <w:rFonts w:ascii="Calibri" w:hAnsi="Calibri" w:cs="Calibri" w:eastAsia="Calibri"/>
                <w:b w:val="0"/>
                <w:color w:val="15131F"/>
                <w:sz w:val="19"/>
              </w:rPr>
              <w:t>08:49</w:t>
            </w:r>
          </w:p>
        </w:tc>
        <w:tc>
          <w:tcPr>
            <w:tcW w:type="dxa" w:w="3324"/>
          </w:tcPr>
          <w:p>
            <w:r/>
            <w:r>
              <w:rPr>
                <w:rFonts w:ascii="Calibri" w:hAnsi="Calibri" w:cs="Calibri" w:eastAsia="Calibri"/>
                <w:b w:val="0"/>
                <w:color w:val="15131F"/>
                <w:sz w:val="19"/>
              </w:rPr>
              <w:t>Ел. пошта: відновлення</w:t>
            </w:r>
          </w:p>
        </w:tc>
        <w:tc>
          <w:tcPr>
            <w:tcW w:type="dxa" w:w="3324"/>
          </w:tcPr>
          <w:p>
            <w:r/>
            <w:r>
              <w:rPr>
                <w:rFonts w:ascii="Calibri" w:hAnsi="Calibri" w:cs="Calibri" w:eastAsia="Calibri"/>
                <w:b w:val="0"/>
                <w:color w:val="15131F"/>
                <w:sz w:val="19"/>
              </w:rPr>
              <w:t>Підсумковий лист до 7 жовтня, 12:00</w:t>
            </w:r>
          </w:p>
        </w:tc>
      </w:tr>
      <w:tr>
        <w:tc>
          <w:tcPr>
            <w:tcW w:type="dxa" w:w="3324"/>
          </w:tcPr>
          <w:p>
            <w:r/>
            <w:r>
              <w:rPr>
                <w:rFonts w:ascii="Calibri" w:hAnsi="Calibri" w:cs="Calibri" w:eastAsia="Calibri"/>
                <w:b w:val="0"/>
                <w:color w:val="15131F"/>
                <w:sz w:val="19"/>
              </w:rPr>
              <w:t>7 жовтня, 11:00</w:t>
            </w:r>
          </w:p>
        </w:tc>
        <w:tc>
          <w:tcPr>
            <w:tcW w:type="dxa" w:w="3324"/>
          </w:tcPr>
          <w:p>
            <w:r/>
            <w:r>
              <w:rPr>
                <w:rFonts w:ascii="Calibri" w:hAnsi="Calibri" w:cs="Calibri" w:eastAsia="Calibri"/>
                <w:b w:val="0"/>
                <w:color w:val="15131F"/>
                <w:sz w:val="19"/>
              </w:rPr>
              <w:t>Ел. пошта: підсумковий лист</w:t>
            </w:r>
          </w:p>
        </w:tc>
        <w:tc>
          <w:tcPr>
            <w:tcW w:type="dxa" w:w="3324"/>
          </w:tcPr>
          <w:p>
            <w:r/>
            <w:r>
              <w:rPr>
                <w:rFonts w:ascii="Calibri" w:hAnsi="Calibri" w:cs="Calibri" w:eastAsia="Calibri"/>
                <w:b w:val="0"/>
                <w:color w:val="15131F"/>
                <w:sz w:val="19"/>
              </w:rPr>
              <w:t>Немає</w:t>
            </w:r>
          </w:p>
        </w:tc>
      </w:tr>
    </w:tbl>
    <w:p/>
    <w:p>
      <w:pPr>
        <w:spacing w:after="80"/>
      </w:pPr>
      <w:r>
        <w:rPr>
          <w:rFonts w:ascii="Calibri" w:hAnsi="Calibri" w:cs="Calibri" w:eastAsia="Calibri"/>
          <w:b/>
          <w:color w:val="15131F"/>
          <w:sz w:val="24"/>
        </w:rPr>
        <w:t>Перевірка завершення й запис у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Пункт</w:t>
            </w:r>
          </w:p>
        </w:tc>
        <w:tc>
          <w:tcPr>
            <w:tcW w:type="dxa" w:w="3324"/>
            <w:shd w:val="clear" w:color="auto" w:fill="EFE9FF"/>
          </w:tcPr>
          <w:p>
            <w:r/>
            <w:r>
              <w:rPr>
                <w:rFonts w:ascii="Calibri" w:hAnsi="Calibri" w:cs="Calibri" w:eastAsia="Calibri"/>
                <w:b/>
                <w:color w:val="15131F"/>
                <w:sz w:val="19"/>
              </w:rPr>
              <w:t>Записано</w:t>
            </w:r>
          </w:p>
        </w:tc>
        <w:tc>
          <w:tcPr>
            <w:tcW w:type="dxa" w:w="3324"/>
            <w:shd w:val="clear" w:color="auto" w:fill="EFE9FF"/>
          </w:tcPr>
          <w:p>
            <w:r/>
            <w:r>
              <w:rPr>
                <w:rFonts w:ascii="Calibri" w:hAnsi="Calibri" w:cs="Calibri" w:eastAsia="Calibri"/>
                <w:b/>
                <w:color w:val="15131F"/>
                <w:sz w:val="19"/>
              </w:rPr>
              <w:t>Статус</w:t>
            </w:r>
          </w:p>
        </w:tc>
      </w:tr>
      <w:tr>
        <w:tc>
          <w:tcPr>
            <w:tcW w:type="dxa" w:w="3324"/>
          </w:tcPr>
          <w:p>
            <w:r/>
            <w:r>
              <w:rPr>
                <w:rFonts w:ascii="Calibri" w:hAnsi="Calibri" w:cs="Calibri" w:eastAsia="Calibri"/>
                <w:b w:val="0"/>
                <w:color w:val="15131F"/>
                <w:sz w:val="19"/>
              </w:rPr>
              <w:t>Відновлення в кожному каналі</w:t>
            </w:r>
          </w:p>
        </w:tc>
        <w:tc>
          <w:tcPr>
            <w:tcW w:type="dxa" w:w="3324"/>
          </w:tcPr>
          <w:p>
            <w:r/>
            <w:r>
              <w:rPr>
                <w:rFonts w:ascii="Calibri" w:hAnsi="Calibri" w:cs="Calibri" w:eastAsia="Calibri"/>
                <w:b w:val="0"/>
                <w:color w:val="15131F"/>
                <w:sz w:val="19"/>
              </w:rPr>
              <w:t>Чат 08:44, Instagram 08:46, ел. пошта 08:49</w:t>
            </w:r>
          </w:p>
        </w:tc>
        <w:tc>
          <w:tcPr>
            <w:tcW w:type="dxa" w:w="3324"/>
          </w:tcPr>
          <w:p>
            <w:r/>
            <w:r>
              <w:rPr>
                <w:rFonts w:ascii="Calibri" w:hAnsi="Calibri" w:cs="Calibri" w:eastAsia="Calibri"/>
                <w:b w:val="0"/>
                <w:color w:val="15131F"/>
                <w:sz w:val="19"/>
              </w:rPr>
              <w:t>Готово</w:t>
            </w:r>
          </w:p>
        </w:tc>
      </w:tr>
      <w:tr>
        <w:tc>
          <w:tcPr>
            <w:tcW w:type="dxa" w:w="3324"/>
          </w:tcPr>
          <w:p>
            <w:r/>
            <w:r>
              <w:rPr>
                <w:rFonts w:ascii="Calibri" w:hAnsi="Calibri" w:cs="Calibri" w:eastAsia="Calibri"/>
                <w:b w:val="0"/>
                <w:color w:val="15131F"/>
                <w:sz w:val="19"/>
              </w:rPr>
              <w:t>Підсумковий лист надіслано</w:t>
            </w:r>
          </w:p>
        </w:tc>
        <w:tc>
          <w:tcPr>
            <w:tcW w:type="dxa" w:w="3324"/>
          </w:tcPr>
          <w:p>
            <w:r/>
            <w:r>
              <w:rPr>
                <w:rFonts w:ascii="Calibri" w:hAnsi="Calibri" w:cs="Calibri" w:eastAsia="Calibri"/>
                <w:b w:val="0"/>
                <w:color w:val="15131F"/>
                <w:sz w:val="19"/>
              </w:rPr>
              <w:t>Лист 7 жовтня, 11:00</w:t>
            </w:r>
          </w:p>
        </w:tc>
        <w:tc>
          <w:tcPr>
            <w:tcW w:type="dxa" w:w="3324"/>
          </w:tcPr>
          <w:p>
            <w:r/>
            <w:r>
              <w:rPr>
                <w:rFonts w:ascii="Calibri" w:hAnsi="Calibri" w:cs="Calibri" w:eastAsia="Calibri"/>
                <w:b w:val="0"/>
                <w:color w:val="15131F"/>
                <w:sz w:val="19"/>
              </w:rPr>
              <w:t>Готово</w:t>
            </w:r>
          </w:p>
        </w:tc>
      </w:tr>
      <w:tr>
        <w:tc>
          <w:tcPr>
            <w:tcW w:type="dxa" w:w="3324"/>
          </w:tcPr>
          <w:p>
            <w:r/>
            <w:r>
              <w:rPr>
                <w:rFonts w:ascii="Calibri" w:hAnsi="Calibri" w:cs="Calibri" w:eastAsia="Calibri"/>
                <w:b w:val="0"/>
                <w:color w:val="15131F"/>
                <w:sz w:val="19"/>
              </w:rPr>
              <w:t>Журнал заповнено</w:t>
            </w:r>
          </w:p>
        </w:tc>
        <w:tc>
          <w:tcPr>
            <w:tcW w:type="dxa" w:w="3324"/>
          </w:tcPr>
          <w:p>
            <w:r/>
            <w:r>
              <w:rPr>
                <w:rFonts w:ascii="Calibri" w:hAnsi="Calibri" w:cs="Calibri" w:eastAsia="Calibri"/>
                <w:b w:val="0"/>
                <w:color w:val="15131F"/>
                <w:sz w:val="19"/>
              </w:rPr>
              <w:t>17 рядків, усі поля заповнено</w:t>
            </w:r>
          </w:p>
        </w:tc>
        <w:tc>
          <w:tcPr>
            <w:tcW w:type="dxa" w:w="3324"/>
          </w:tcPr>
          <w:p>
            <w:r/>
            <w:r>
              <w:rPr>
                <w:rFonts w:ascii="Calibri" w:hAnsi="Calibri" w:cs="Calibri" w:eastAsia="Calibri"/>
                <w:b w:val="0"/>
                <w:color w:val="15131F"/>
                <w:sz w:val="19"/>
              </w:rPr>
              <w:t>Готово</w:t>
            </w:r>
          </w:p>
        </w:tc>
      </w:tr>
      <w:tr>
        <w:tc>
          <w:tcPr>
            <w:tcW w:type="dxa" w:w="3324"/>
          </w:tcPr>
          <w:p>
            <w:r/>
            <w:r>
              <w:rPr>
                <w:rFonts w:ascii="Calibri" w:hAnsi="Calibri" w:cs="Calibri" w:eastAsia="Calibri"/>
                <w:b w:val="0"/>
                <w:color w:val="15131F"/>
                <w:sz w:val="19"/>
              </w:rPr>
              <w:t>Нотатку про збій видалено</w:t>
            </w:r>
          </w:p>
        </w:tc>
        <w:tc>
          <w:tcPr>
            <w:tcW w:type="dxa" w:w="3324"/>
          </w:tcPr>
          <w:p>
            <w:r/>
            <w:r>
              <w:rPr>
                <w:rFonts w:ascii="Calibri" w:hAnsi="Calibri" w:cs="Calibri" w:eastAsia="Calibri"/>
                <w:b w:val="0"/>
                <w:color w:val="15131F"/>
                <w:sz w:val="19"/>
              </w:rPr>
              <w:t>«Інструкції» і «База знань», 08:45</w:t>
            </w:r>
          </w:p>
        </w:tc>
        <w:tc>
          <w:tcPr>
            <w:tcW w:type="dxa" w:w="3324"/>
          </w:tcPr>
          <w:p>
            <w:r/>
            <w:r>
              <w:rPr>
                <w:rFonts w:ascii="Calibri" w:hAnsi="Calibri" w:cs="Calibri" w:eastAsia="Calibri"/>
                <w:b w:val="0"/>
                <w:color w:val="15131F"/>
                <w:sz w:val="19"/>
              </w:rPr>
              <w:t>Готово</w:t>
            </w:r>
          </w:p>
        </w:tc>
      </w:tr>
      <w:tr>
        <w:tc>
          <w:tcPr>
            <w:tcW w:type="dxa" w:w="3324"/>
          </w:tcPr>
          <w:p>
            <w:r/>
            <w:r>
              <w:rPr>
                <w:rFonts w:ascii="Calibri" w:hAnsi="Calibri" w:cs="Calibri" w:eastAsia="Calibri"/>
                <w:b w:val="0"/>
                <w:color w:val="15131F"/>
                <w:sz w:val="19"/>
              </w:rPr>
              <w:t>Чати про збій позначено тегом</w:t>
            </w:r>
          </w:p>
        </w:tc>
        <w:tc>
          <w:tcPr>
            <w:tcW w:type="dxa" w:w="3324"/>
          </w:tcPr>
          <w:p>
            <w:r/>
            <w:r>
              <w:rPr>
                <w:rFonts w:ascii="Calibri" w:hAnsi="Calibri" w:cs="Calibri" w:eastAsia="Calibri"/>
                <w:b w:val="0"/>
                <w:color w:val="15131F"/>
                <w:sz w:val="19"/>
              </w:rPr>
              <w:t>41 чат, тег «Збій 6 жовтня», 3 передано людині</w:t>
            </w:r>
          </w:p>
        </w:tc>
        <w:tc>
          <w:tcPr>
            <w:tcW w:type="dxa" w:w="3324"/>
          </w:tcPr>
          <w:p>
            <w:r/>
            <w:r>
              <w:rPr>
                <w:rFonts w:ascii="Calibri" w:hAnsi="Calibri" w:cs="Calibri" w:eastAsia="Calibri"/>
                <w:b w:val="0"/>
                <w:color w:val="15131F"/>
                <w:sz w:val="19"/>
              </w:rPr>
              <w:t>Готово</w:t>
            </w:r>
          </w:p>
        </w:tc>
      </w:tr>
      <w:tr>
        <w:tc>
          <w:tcPr>
            <w:tcW w:type="dxa" w:w="3324"/>
          </w:tcPr>
          <w:p>
            <w:r/>
            <w:r>
              <w:rPr>
                <w:rFonts w:ascii="Calibri" w:hAnsi="Calibri" w:cs="Calibri" w:eastAsia="Calibri"/>
                <w:b w:val="0"/>
                <w:color w:val="15131F"/>
                <w:sz w:val="19"/>
              </w:rPr>
              <w:t>Завдання на підсумковий лист</w:t>
            </w:r>
          </w:p>
        </w:tc>
        <w:tc>
          <w:tcPr>
            <w:tcW w:type="dxa" w:w="3324"/>
          </w:tcPr>
          <w:p>
            <w:r/>
            <w:r>
              <w:rPr>
                <w:rFonts w:ascii="Calibri" w:hAnsi="Calibri" w:cs="Calibri" w:eastAsia="Calibri"/>
                <w:b w:val="0"/>
                <w:color w:val="15131F"/>
                <w:sz w:val="19"/>
              </w:rPr>
              <w:t>Тео, дедлайн 7 жовтня, 12:00</w:t>
            </w:r>
          </w:p>
        </w:tc>
        <w:tc>
          <w:tcPr>
            <w:tcW w:type="dxa" w:w="3324"/>
          </w:tcPr>
          <w:p>
            <w:r/>
            <w:r>
              <w:rPr>
                <w:rFonts w:ascii="Calibri" w:hAnsi="Calibri" w:cs="Calibri" w:eastAsia="Calibri"/>
                <w:b w:val="0"/>
                <w:color w:val="15131F"/>
                <w:sz w:val="19"/>
              </w:rPr>
              <w:t>Готово</w:t>
            </w:r>
          </w:p>
        </w:tc>
      </w:tr>
    </w:tbl>
    <w:p/>
    <w:p>
      <w:pPr>
        <w:spacing w:after="240"/>
      </w:pPr>
      <w:r>
        <w:rPr>
          <w:rFonts w:ascii="Calibri" w:hAnsi="Calibri" w:cs="Calibri" w:eastAsia="Calibri"/>
          <w:b w:val="0"/>
          <w:color w:val="5D5A70"/>
          <w:sz w:val="18"/>
        </w:rPr>
        <w:t>Вигадана студія та клієнт</w:t>
      </w:r>
    </w:p>
    <w:p>
      <w:pPr>
        <w:spacing w:after="80"/>
      </w:pPr>
      <w:r>
        <w:rPr>
          <w:rFonts w:ascii="Calibri" w:hAnsi="Calibri" w:cs="Calibri" w:eastAsia="Calibri"/>
          <w:b/>
          <w:color w:val="15131F"/>
          <w:sz w:val="28"/>
        </w:rPr>
        <w:t>Лист клієнтам про збій, чат чи соцмережі: що куди писати</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Канал</w:t>
            </w:r>
          </w:p>
        </w:tc>
        <w:tc>
          <w:tcPr>
            <w:tcW w:type="dxa" w:w="2493"/>
            <w:shd w:val="clear" w:color="auto" w:fill="EFE9FF"/>
          </w:tcPr>
          <w:p>
            <w:r/>
            <w:r>
              <w:rPr>
                <w:rFonts w:ascii="Calibri" w:hAnsi="Calibri" w:cs="Calibri" w:eastAsia="Calibri"/>
                <w:b/>
                <w:color w:val="15131F"/>
                <w:sz w:val="19"/>
              </w:rPr>
              <w:t>Що туди йде</w:t>
            </w:r>
          </w:p>
        </w:tc>
        <w:tc>
          <w:tcPr>
            <w:tcW w:type="dxa" w:w="2493"/>
            <w:shd w:val="clear" w:color="auto" w:fill="EFE9FF"/>
          </w:tcPr>
          <w:p>
            <w:r/>
            <w:r>
              <w:rPr>
                <w:rFonts w:ascii="Calibri" w:hAnsi="Calibri" w:cs="Calibri" w:eastAsia="Calibri"/>
                <w:b/>
                <w:color w:val="15131F"/>
                <w:sz w:val="19"/>
              </w:rPr>
              <w:t>Як часто</w:t>
            </w:r>
          </w:p>
        </w:tc>
        <w:tc>
          <w:tcPr>
            <w:tcW w:type="dxa" w:w="2493"/>
            <w:shd w:val="clear" w:color="auto" w:fill="EFE9FF"/>
          </w:tcPr>
          <w:p>
            <w:r/>
            <w:r>
              <w:rPr>
                <w:rFonts w:ascii="Calibri" w:hAnsi="Calibri" w:cs="Calibri" w:eastAsia="Calibri"/>
                <w:b/>
                <w:color w:val="15131F"/>
                <w:sz w:val="19"/>
              </w:rPr>
              <w:t>Відповідальний</w:t>
            </w:r>
          </w:p>
        </w:tc>
      </w:tr>
      <w:tr>
        <w:tc>
          <w:tcPr>
            <w:tcW w:type="dxa" w:w="2493"/>
          </w:tcPr>
          <w:p>
            <w:r/>
            <w:r>
              <w:rPr>
                <w:rFonts w:ascii="Calibri" w:hAnsi="Calibri" w:cs="Calibri" w:eastAsia="Calibri"/>
                <w:b w:val="0"/>
                <w:color w:val="15131F"/>
                <w:sz w:val="19"/>
              </w:rPr>
              <w:t>Чат на сайті (AI-агент і команда)</w:t>
            </w:r>
          </w:p>
        </w:tc>
        <w:tc>
          <w:tcPr>
            <w:tcW w:type="dxa" w:w="2493"/>
          </w:tcPr>
          <w:p>
            <w:r/>
            <w:r>
              <w:rPr>
                <w:rFonts w:ascii="Calibri" w:hAnsi="Calibri" w:cs="Calibri" w:eastAsia="Calibri"/>
                <w:b w:val="0"/>
                <w:color w:val="15131F"/>
                <w:sz w:val="19"/>
              </w:rPr>
              <w:t>Перше повідомлення, кожне оновлення, відновлення</w:t>
            </w:r>
          </w:p>
        </w:tc>
        <w:tc>
          <w:tcPr>
            <w:tcW w:type="dxa" w:w="2493"/>
          </w:tcPr>
          <w:p>
            <w:r/>
            <w:r>
              <w:rPr>
                <w:rFonts w:ascii="Calibri" w:hAnsi="Calibri" w:cs="Calibri" w:eastAsia="Calibri"/>
                <w:b w:val="0"/>
                <w:color w:val="15131F"/>
                <w:sz w:val="19"/>
              </w:rPr>
              <w:t>Кожні 30 хвилин: оновіть нотатку про збій</w:t>
            </w:r>
          </w:p>
        </w:tc>
        <w:tc>
          <w:tcPr>
            <w:tcW w:type="dxa" w:w="2493"/>
          </w:tcPr>
          <w:p>
            <w:r/>
            <w:r>
              <w:rPr>
                <w:rFonts w:ascii="Calibri" w:hAnsi="Calibri" w:cs="Calibri" w:eastAsia="Calibri"/>
                <w:b w:val="0"/>
                <w:color w:val="15131F"/>
                <w:sz w:val="19"/>
              </w:rPr>
              <w:t>Координатор інциденту</w:t>
            </w:r>
          </w:p>
        </w:tc>
      </w:tr>
      <w:tr>
        <w:tc>
          <w:tcPr>
            <w:tcW w:type="dxa" w:w="2493"/>
          </w:tcPr>
          <w:p>
            <w:r/>
            <w:r>
              <w:rPr>
                <w:rFonts w:ascii="Calibri" w:hAnsi="Calibri" w:cs="Calibri" w:eastAsia="Calibri"/>
                <w:b w:val="0"/>
                <w:color w:val="15131F"/>
                <w:sz w:val="19"/>
              </w:rPr>
              <w:t>Лист клієнтам, яких це стосується</w:t>
            </w:r>
          </w:p>
        </w:tc>
        <w:tc>
          <w:tcPr>
            <w:tcW w:type="dxa" w:w="2493"/>
          </w:tcPr>
          <w:p>
            <w:r/>
            <w:r>
              <w:rPr>
                <w:rFonts w:ascii="Calibri" w:hAnsi="Calibri" w:cs="Calibri" w:eastAsia="Calibri"/>
                <w:b w:val="0"/>
                <w:color w:val="15131F"/>
                <w:sz w:val="19"/>
              </w:rPr>
              <w:t>Перше повідомлення, підтверджений час виправлення, відновлення, підсумковий лист</w:t>
            </w:r>
          </w:p>
        </w:tc>
        <w:tc>
          <w:tcPr>
            <w:tcW w:type="dxa" w:w="2493"/>
          </w:tcPr>
          <w:p>
            <w:r/>
            <w:r>
              <w:rPr>
                <w:rFonts w:ascii="Calibri" w:hAnsi="Calibri" w:cs="Calibri" w:eastAsia="Calibri"/>
                <w:b w:val="0"/>
                <w:color w:val="15131F"/>
                <w:sz w:val="19"/>
              </w:rPr>
              <w:t>У кожному листі вказано час наступного</w:t>
            </w:r>
          </w:p>
        </w:tc>
        <w:tc>
          <w:tcPr>
            <w:tcW w:type="dxa" w:w="2493"/>
          </w:tcPr>
          <w:p>
            <w:r/>
            <w:r>
              <w:rPr>
                <w:rFonts w:ascii="Calibri" w:hAnsi="Calibri" w:cs="Calibri" w:eastAsia="Calibri"/>
                <w:b w:val="0"/>
                <w:color w:val="15131F"/>
                <w:sz w:val="19"/>
              </w:rPr>
              <w:t>Координатор інциденту</w:t>
            </w:r>
          </w:p>
        </w:tc>
      </w:tr>
      <w:tr>
        <w:tc>
          <w:tcPr>
            <w:tcW w:type="dxa" w:w="2493"/>
          </w:tcPr>
          <w:p>
            <w:r/>
            <w:r>
              <w:rPr>
                <w:rFonts w:ascii="Calibri" w:hAnsi="Calibri" w:cs="Calibri" w:eastAsia="Calibri"/>
                <w:b w:val="0"/>
                <w:color w:val="15131F"/>
                <w:sz w:val="19"/>
              </w:rPr>
              <w:t>Соцмережі (Instagram, Facebook, X)</w:t>
            </w:r>
          </w:p>
        </w:tc>
        <w:tc>
          <w:tcPr>
            <w:tcW w:type="dxa" w:w="2493"/>
          </w:tcPr>
          <w:p>
            <w:r/>
            <w:r>
              <w:rPr>
                <w:rFonts w:ascii="Calibri" w:hAnsi="Calibri" w:cs="Calibri" w:eastAsia="Calibri"/>
                <w:b w:val="0"/>
                <w:color w:val="15131F"/>
                <w:sz w:val="19"/>
              </w:rPr>
              <w:t>Перше повідомлення, кожне оновлення, відновлення; закріпіть останнє</w:t>
            </w:r>
          </w:p>
        </w:tc>
        <w:tc>
          <w:tcPr>
            <w:tcW w:type="dxa" w:w="2493"/>
          </w:tcPr>
          <w:p>
            <w:r/>
            <w:r>
              <w:rPr>
                <w:rFonts w:ascii="Calibri" w:hAnsi="Calibri" w:cs="Calibri" w:eastAsia="Calibri"/>
                <w:b w:val="0"/>
                <w:color w:val="15131F"/>
                <w:sz w:val="19"/>
              </w:rPr>
              <w:t>Кожні 30 хвилин, той самий текст, що й у чаті</w:t>
            </w:r>
          </w:p>
        </w:tc>
        <w:tc>
          <w:tcPr>
            <w:tcW w:type="dxa" w:w="2493"/>
          </w:tcPr>
          <w:p>
            <w:r/>
            <w:r>
              <w:rPr>
                <w:rFonts w:ascii="Calibri" w:hAnsi="Calibri" w:cs="Calibri" w:eastAsia="Calibri"/>
                <w:b w:val="0"/>
                <w:color w:val="15131F"/>
                <w:sz w:val="19"/>
              </w:rPr>
              <w:t>Друга людина</w:t>
            </w:r>
          </w:p>
        </w:tc>
      </w:tr>
      <w:tr>
        <w:tc>
          <w:tcPr>
            <w:tcW w:type="dxa" w:w="2493"/>
          </w:tcPr>
          <w:p>
            <w:r/>
            <w:r>
              <w:rPr>
                <w:rFonts w:ascii="Calibri" w:hAnsi="Calibri" w:cs="Calibri" w:eastAsia="Calibri"/>
                <w:b w:val="0"/>
                <w:color w:val="15131F"/>
                <w:sz w:val="19"/>
              </w:rPr>
              <w:t>Телефон і рецепція</w:t>
            </w:r>
          </w:p>
        </w:tc>
        <w:tc>
          <w:tcPr>
            <w:tcW w:type="dxa" w:w="2493"/>
          </w:tcPr>
          <w:p>
            <w:r/>
            <w:r>
              <w:rPr>
                <w:rFonts w:ascii="Calibri" w:hAnsi="Calibri" w:cs="Calibri" w:eastAsia="Calibri"/>
                <w:b w:val="0"/>
                <w:color w:val="15131F"/>
                <w:sz w:val="19"/>
              </w:rPr>
              <w:t>Привітання автовідповідача про збій і текст для рецепції</w:t>
            </w:r>
          </w:p>
        </w:tc>
        <w:tc>
          <w:tcPr>
            <w:tcW w:type="dxa" w:w="2493"/>
          </w:tcPr>
          <w:p>
            <w:r/>
            <w:r>
              <w:rPr>
                <w:rFonts w:ascii="Calibri" w:hAnsi="Calibri" w:cs="Calibri" w:eastAsia="Calibri"/>
                <w:b w:val="0"/>
                <w:color w:val="15131F"/>
                <w:sz w:val="19"/>
              </w:rPr>
              <w:t>З кожним оновленням</w:t>
            </w:r>
          </w:p>
        </w:tc>
        <w:tc>
          <w:tcPr>
            <w:tcW w:type="dxa" w:w="2493"/>
          </w:tcPr>
          <w:p>
            <w:r/>
            <w:r>
              <w:rPr>
                <w:rFonts w:ascii="Calibri" w:hAnsi="Calibri" w:cs="Calibri" w:eastAsia="Calibri"/>
                <w:b w:val="0"/>
                <w:color w:val="15131F"/>
                <w:sz w:val="19"/>
              </w:rPr>
              <w:t>Рецепція</w:t>
            </w:r>
          </w:p>
        </w:tc>
      </w:tr>
      <w:tr>
        <w:tc>
          <w:tcPr>
            <w:tcW w:type="dxa" w:w="2493"/>
          </w:tcPr>
          <w:p>
            <w:r/>
            <w:r>
              <w:rPr>
                <w:rFonts w:ascii="Calibri" w:hAnsi="Calibri" w:cs="Calibri" w:eastAsia="Calibri"/>
                <w:b w:val="0"/>
                <w:color w:val="15131F"/>
                <w:sz w:val="19"/>
              </w:rPr>
              <w:t>Сторінка статусу, ваша чи провайдера</w:t>
            </w:r>
          </w:p>
        </w:tc>
        <w:tc>
          <w:tcPr>
            <w:tcW w:type="dxa" w:w="2493"/>
          </w:tcPr>
          <w:p>
            <w:r/>
            <w:r>
              <w:rPr>
                <w:rFonts w:ascii="Calibri" w:hAnsi="Calibri" w:cs="Calibri" w:eastAsia="Calibri"/>
                <w:b w:val="0"/>
                <w:color w:val="15131F"/>
                <w:sz w:val="19"/>
              </w:rPr>
              <w:t>Посилання на неї з інших каналів</w:t>
            </w:r>
          </w:p>
        </w:tc>
        <w:tc>
          <w:tcPr>
            <w:tcW w:type="dxa" w:w="2493"/>
          </w:tcPr>
          <w:p>
            <w:r/>
            <w:r>
              <w:rPr>
                <w:rFonts w:ascii="Calibri" w:hAnsi="Calibri" w:cs="Calibri" w:eastAsia="Calibri"/>
                <w:b w:val="0"/>
                <w:color w:val="15131F"/>
                <w:sz w:val="19"/>
              </w:rPr>
              <w:t>Так само, як чат</w:t>
            </w:r>
          </w:p>
        </w:tc>
        <w:tc>
          <w:tcPr>
            <w:tcW w:type="dxa" w:w="2493"/>
          </w:tcPr>
          <w:p>
            <w:r/>
            <w:r>
              <w:rPr>
                <w:rFonts w:ascii="Calibri" w:hAnsi="Calibri" w:cs="Calibri" w:eastAsia="Calibri"/>
                <w:b w:val="0"/>
                <w:color w:val="15131F"/>
                <w:sz w:val="19"/>
              </w:rPr>
              <w:t>Координатор інциденту</w:t>
            </w:r>
          </w:p>
        </w:tc>
      </w:tr>
    </w:tbl>
    <w:p/>
    <w:p>
      <w:pPr>
        <w:spacing w:after="120"/>
      </w:pPr>
      <w:r>
        <w:rPr>
          <w:rFonts w:ascii="Calibri" w:hAnsi="Calibri" w:cs="Calibri" w:eastAsia="Calibri"/>
          <w:b/>
          <w:color w:val="15131F"/>
          <w:sz w:val="28"/>
        </w:rPr>
        <w:t>Як користуватися шаблоном повідомлення про збій</w:t>
      </w:r>
    </w:p>
    <w:p>
      <w:pPr>
        <w:spacing w:after="40"/>
      </w:pPr>
      <w:r>
        <w:rPr>
          <w:rFonts w:ascii="Calibri" w:hAnsi="Calibri" w:cs="Calibri" w:eastAsia="Calibri"/>
          <w:b/>
          <w:color w:val="15131F"/>
          <w:sz w:val="22"/>
        </w:rPr>
        <w:t>1. Підготуйтеся заздалегідь</w:t>
      </w:r>
    </w:p>
    <w:p>
      <w:pPr>
        <w:spacing w:after="120"/>
      </w:pPr>
      <w:r>
        <w:rPr>
          <w:rFonts w:ascii="Calibri" w:hAnsi="Calibri" w:cs="Calibri" w:eastAsia="Calibri"/>
          <w:b w:val="0"/>
          <w:color w:val="15131F"/>
          <w:sz w:val="21"/>
        </w:rPr>
        <w:t>Призначте координатора інциденту, його заступника й того, хто погоджує компенсації. Збережіть вкладки 1–6 як чернетки й збережені відповіді.</w:t>
      </w:r>
    </w:p>
    <w:p>
      <w:pPr>
        <w:spacing w:after="40"/>
      </w:pPr>
      <w:r>
        <w:rPr>
          <w:rFonts w:ascii="Calibri" w:hAnsi="Calibri" w:cs="Calibri" w:eastAsia="Calibri"/>
          <w:b/>
          <w:color w:val="15131F"/>
          <w:sz w:val="22"/>
        </w:rPr>
        <w:t>2. Підтвердьте збій і надішліть перше повідомлення</w:t>
      </w:r>
    </w:p>
    <w:p>
      <w:pPr>
        <w:spacing w:after="120"/>
      </w:pPr>
      <w:r>
        <w:rPr>
          <w:rFonts w:ascii="Calibri" w:hAnsi="Calibri" w:cs="Calibri" w:eastAsia="Calibri"/>
          <w:b w:val="0"/>
          <w:color w:val="15131F"/>
          <w:sz w:val="21"/>
        </w:rPr>
        <w:t>Протягом 15 хвилин після підтвердження: заповніть нотатку про збій, вставте вкладку 8 у свого AI-агента, надішліть вкладку 1 у кожен канал і запишіть кожне повідомлення в журнал.</w:t>
      </w:r>
    </w:p>
    <w:p>
      <w:pPr>
        <w:spacing w:after="40"/>
      </w:pPr>
      <w:r>
        <w:rPr>
          <w:rFonts w:ascii="Calibri" w:hAnsi="Calibri" w:cs="Calibri" w:eastAsia="Calibri"/>
          <w:b/>
          <w:color w:val="15131F"/>
          <w:sz w:val="22"/>
        </w:rPr>
        <w:t>3. Оновлюйте кожні 30 хвилин</w:t>
      </w:r>
    </w:p>
    <w:p>
      <w:pPr>
        <w:spacing w:after="120"/>
      </w:pPr>
      <w:r>
        <w:rPr>
          <w:rFonts w:ascii="Calibri" w:hAnsi="Calibri" w:cs="Calibri" w:eastAsia="Calibri"/>
          <w:b w:val="0"/>
          <w:color w:val="15131F"/>
          <w:sz w:val="21"/>
        </w:rPr>
        <w:t>Вкладка 2, поки новин немає, вкладка 3, щойно час виправлення підтверджено. Спочатку оновіть нотатку, потім канали. Випадки з вкладки 5 передавайте людині.</w:t>
      </w:r>
    </w:p>
    <w:p>
      <w:pPr>
        <w:spacing w:after="40"/>
      </w:pPr>
      <w:r>
        <w:rPr>
          <w:rFonts w:ascii="Calibri" w:hAnsi="Calibri" w:cs="Calibri" w:eastAsia="Calibri"/>
          <w:b/>
          <w:color w:val="15131F"/>
          <w:sz w:val="22"/>
        </w:rPr>
        <w:t>4. Відновлення, підсумковий лист, закриття</w:t>
      </w:r>
    </w:p>
    <w:p>
      <w:pPr>
        <w:spacing w:after="120"/>
      </w:pPr>
      <w:r>
        <w:rPr>
          <w:rFonts w:ascii="Calibri" w:hAnsi="Calibri" w:cs="Calibri" w:eastAsia="Calibri"/>
          <w:b w:val="0"/>
          <w:color w:val="15131F"/>
          <w:sz w:val="21"/>
        </w:rPr>
        <w:t>Перевірте самі, надішліть вкладку 6 у кожен канал, видаліть нотатку про збій, надішліть вкладку 7 протягом 1 робочого дня. Закривайте, коли аркуш «Підсумок» показує «Так».</w:t>
      </w:r>
    </w:p>
    <w:p>
      <w:pPr>
        <w:spacing w:after="80"/>
      </w:pPr>
      <w:r>
        <w:rPr>
          <w:rFonts w:ascii="Calibri" w:hAnsi="Calibri" w:cs="Calibri" w:eastAsia="Calibri"/>
          <w:b/>
          <w:color w:val="15131F"/>
          <w:sz w:val="24"/>
        </w:rPr>
        <w:t>Налаштуйте в CRMsoftware.pro</w:t>
      </w:r>
    </w:p>
    <w:p>
      <w:pPr>
        <w:spacing w:after="60"/>
      </w:pPr>
      <w:r>
        <w:rPr>
          <w:rFonts w:ascii="Calibri" w:hAnsi="Calibri" w:cs="Calibri" w:eastAsia="Calibri"/>
          <w:b w:val="0"/>
          <w:color w:val="15131F"/>
          <w:sz w:val="21"/>
        </w:rPr>
        <w:t>1. «Мої боти» &gt; виберіть бота &gt; вкладка «Основи»: вставте правила з вкладки 8 у поле «Інструкції», а нотатку про збій — у поле «База знань». Натисніть «Зберегти зміни» й перевірте відповіді в «Спробуйте Bot». Після відновлення видаліть обидва блоки й збережіть.</w:t>
      </w:r>
    </w:p>
    <w:p>
      <w:pPr>
        <w:spacing w:after="60"/>
      </w:pPr>
      <w:r>
        <w:rPr>
          <w:rFonts w:ascii="Calibri" w:hAnsi="Calibri" w:cs="Calibri" w:eastAsia="Calibri"/>
          <w:b w:val="0"/>
          <w:color w:val="15131F"/>
          <w:sz w:val="21"/>
        </w:rPr>
        <w:t>2. Передані чати потрапляють в «Онлайн-підтримку» зі статусом «Очікує агента». Натисніть «Прийняти», відповідайте, потім «Вирішити». Увімкніть сповіщення в розділі «Налаштування сповіщень».</w:t>
      </w:r>
    </w:p>
    <w:p>
      <w:pPr>
        <w:spacing w:after="60"/>
      </w:pPr>
      <w:r>
        <w:rPr>
          <w:rFonts w:ascii="Calibri" w:hAnsi="Calibri" w:cs="Calibri" w:eastAsia="Calibri"/>
          <w:b w:val="0"/>
          <w:color w:val="15131F"/>
          <w:sz w:val="21"/>
        </w:rPr>
        <w:t>3. «Налаштування» &gt; «Теги розмов» &gt; «Новий тег», наприклад «Збій 6 жовтня»: додайте його до кожного чату про збій, щоб потім знайти ці чати для підсумкового листа.</w:t>
      </w:r>
    </w:p>
    <w:p>
      <w:pPr>
        <w:spacing w:after="60"/>
      </w:pPr>
      <w:r>
        <w:rPr>
          <w:rFonts w:ascii="Calibri" w:hAnsi="Calibri" w:cs="Calibri" w:eastAsia="Calibri"/>
          <w:b w:val="0"/>
          <w:color w:val="15131F"/>
          <w:sz w:val="21"/>
        </w:rPr>
        <w:t>4. На тарифі Growth збережіть повідомлення для чату як «Збережені відповіді»: «Налаштування» &gt; «Збережені відповіді» &gt; «Нова відповідь», «Шорткат» (наприклад /outage-update), «Заголовок», «Текст відповіді», «Поділитися з командою».</w:t>
      </w:r>
    </w:p>
    <w:p>
      <w:pPr>
        <w:spacing w:after="60"/>
      </w:pPr>
      <w:r>
        <w:rPr>
          <w:rFonts w:ascii="Calibri" w:hAnsi="Calibri" w:cs="Calibri" w:eastAsia="Calibri"/>
          <w:b w:val="0"/>
          <w:color w:val="15131F"/>
          <w:sz w:val="21"/>
        </w:rPr>
        <w:t>5. «Задачі» &gt; «Нове завдання»: «Назва завдання» — «Підсумковий лист після збою», «Виконавець» — координатор інциденту, «Дедлайн» — наступний робочий день, «Пріоритет» — «Високий», увімкніть «Підсумок статусу потрібен під час завершення», щоб рішення щодо компенсації було записане до «Позначити виконаним».</w:t>
      </w:r>
    </w:p>
    <w:p>
      <w:pPr>
        <w:spacing w:after="200"/>
      </w:pPr>
      <w:r>
        <w:rPr>
          <w:rFonts w:ascii="Calibri" w:hAnsi="Calibri" w:cs="Calibri" w:eastAsia="Calibri"/>
          <w:b w:val="0"/>
          <w:color w:val="5D5A70"/>
          <w:sz w:val="21"/>
        </w:rPr>
        <w:t>AI-чат, базова версія бази знань і базові завдання: Free, 3 користувачі. Передача людині та «Онлайн-підтримка»: Launch, 19 $ на місяць при оплаті за рік. Збережені відповіді: Growth, 49 $. У CRMsoftware.pro немає сторінки статусу, і застосунок не надсилає листів чи розсилок про збій; користуйтеся власним поштовим сервісом і акаунтами в соцмережах.</w:t>
      </w:r>
    </w:p>
    <w:p>
      <w:pPr>
        <w:spacing w:after="80"/>
      </w:pPr>
      <w:r>
        <w:rPr>
          <w:rFonts w:ascii="Calibri" w:hAnsi="Calibri" w:cs="Calibri" w:eastAsia="Calibri"/>
          <w:b/>
          <w:color w:val="15131F"/>
          <w:sz w:val="24"/>
        </w:rPr>
        <w:t>Після кожного збою, 15 хвилин</w:t>
      </w:r>
    </w:p>
    <w:p>
      <w:pPr>
        <w:spacing w:after="60"/>
        <w:ind w:left="283"/>
      </w:pPr>
      <w:r>
        <w:rPr>
          <w:rFonts w:ascii="Calibri" w:hAnsi="Calibri" w:cs="Calibri" w:eastAsia="Calibri"/>
          <w:b w:val="0"/>
          <w:color w:val="15131F"/>
          <w:sz w:val="21"/>
        </w:rPr>
        <w:t>• Хвилини від першого звернення до першого повідомлення порівняно з 15.</w:t>
      </w:r>
    </w:p>
    <w:p>
      <w:pPr>
        <w:spacing w:after="60"/>
        <w:ind w:left="283"/>
      </w:pPr>
      <w:r>
        <w:rPr>
          <w:rFonts w:ascii="Calibri" w:hAnsi="Calibri" w:cs="Calibri" w:eastAsia="Calibri"/>
          <w:b w:val="0"/>
          <w:color w:val="15131F"/>
          <w:sz w:val="21"/>
        </w:rPr>
        <w:t>• Оновлення, надіслані із запізненням, і чому.</w:t>
      </w:r>
    </w:p>
    <w:p>
      <w:pPr>
        <w:spacing w:after="60"/>
        <w:ind w:left="283"/>
      </w:pPr>
      <w:r>
        <w:rPr>
          <w:rFonts w:ascii="Calibri" w:hAnsi="Calibri" w:cs="Calibri" w:eastAsia="Calibri"/>
          <w:b w:val="0"/>
          <w:color w:val="15131F"/>
          <w:sz w:val="21"/>
        </w:rPr>
        <w:t>• Питання, на які AI-агент не зміг відповісти: додайте їх у чернетку нотатки про збій.</w:t>
      </w:r>
    </w:p>
    <w:p>
      <w:pPr>
        <w:spacing w:after="160"/>
      </w:pPr>
    </w:p>
    <w:p>
      <w:pPr>
        <w:spacing w:after="120"/>
      </w:pPr>
      <w:r>
        <w:rPr>
          <w:rFonts w:ascii="Calibri" w:hAnsi="Calibri" w:cs="Calibri" w:eastAsia="Calibri"/>
          <w:b w:val="0"/>
          <w:color w:val="5D5A70"/>
          <w:sz w:val="18"/>
        </w:rPr>
        <w:t>Безкоштовний шаблон від CRMsoftware.pro. Вигадані дані для прикладу.</w:t>
      </w:r>
    </w:p>
    <w:p>
      <w:pPr>
        <w:spacing w:after="120"/>
      </w:pPr>
      <w:r>
        <w:rPr>
          <w:rFonts w:ascii="Calibri" w:hAnsi="Calibri" w:cs="Calibri" w:eastAsia="Calibri"/>
          <w:b w:val="0"/>
          <w:color w:val="6B3CF0"/>
          <w:sz w:val="18"/>
        </w:rPr>
        <w:t>https://crmsoftware.pro/ua/templates/service-outage-live-chat-response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повідомлення про збій сервісу</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