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Шаблони листів про затримку доставки</w:t>
      </w:r>
    </w:p>
    <w:p>
      <w:pPr>
        <w:spacing w:after="80"/>
      </w:pPr>
      <w:r>
        <w:rPr>
          <w:rFonts w:ascii="Calibri" w:hAnsi="Calibri" w:cs="Calibri" w:eastAsia="Calibri"/>
          <w:b w:val="0"/>
          <w:color w:val="5D5A70"/>
          <w:sz w:val="22"/>
        </w:rPr>
        <w:t>Попередження до того, як клієнт запитає, затримка в перевізника, погода або митниця, повідомлення про затримку постачання, часткова відправка, загублено чи не отримано, де моє замовлення, жест доброї волі. Від CRMsoftware.pro.</w:t>
      </w:r>
    </w:p>
    <w:p>
      <w:pPr>
        <w:spacing w:after="280"/>
      </w:pPr>
      <w:r>
        <w:rPr>
          <w:rFonts w:ascii="Calibri" w:hAnsi="Calibri" w:cs="Calibri" w:eastAsia="Calibri"/>
          <w:b w:val="0"/>
          <w:color w:val="5D5A70"/>
          <w:sz w:val="21"/>
        </w:rPr>
        <w:t>Виберіть вкладку, яка відповідає причині та етапу затримки, і замініть кожне слово в [дужках]. Дату перевізника чи постачальника подавайте як їхню, ваше наступне оновлення — з днем і часом, план Б — з датою. Записуйте кожне затримане замовлення в журнал Excel у день, коли дізналися про затримку.</w:t>
      </w:r>
    </w:p>
    <w:p>
      <w:pPr>
        <w:spacing w:after="160"/>
      </w:pPr>
      <w:r>
        <w:rPr>
          <w:rFonts w:ascii="Calibri" w:hAnsi="Calibri" w:cs="Calibri" w:eastAsia="Calibri"/>
          <w:b/>
          <w:color w:val="15131F"/>
          <w:sz w:val="32"/>
        </w:rPr>
        <w:t>Шаблони</w:t>
      </w:r>
    </w:p>
    <w:p>
      <w:pPr>
        <w:spacing w:after="60"/>
      </w:pPr>
      <w:r>
        <w:rPr>
          <w:rFonts w:ascii="Calibri" w:hAnsi="Calibri" w:cs="Calibri" w:eastAsia="Calibri"/>
          <w:b/>
          <w:color w:val="15131F"/>
          <w:sz w:val="28"/>
        </w:rPr>
        <w:t>1. Шаблон листа про затримку доставки: попередьте першими</w:t>
      </w:r>
    </w:p>
    <w:p>
      <w:pPr>
        <w:spacing w:after="80"/>
      </w:pPr>
      <w:r>
        <w:rPr>
          <w:rFonts w:ascii="Calibri" w:hAnsi="Calibri" w:cs="Calibri" w:eastAsia="Calibri"/>
          <w:b w:val="0"/>
          <w:color w:val="5D5A70"/>
          <w:sz w:val="20"/>
        </w:rPr>
        <w:t>Надіслати: Того ж дня · Не пізніше: Обіцяної дати · План Б: Заміна або повернення, з датою</w:t>
      </w:r>
    </w:p>
    <w:p>
      <w:pPr>
        <w:spacing w:after="80"/>
      </w:pPr>
      <w:r>
        <w:rPr>
          <w:rFonts w:ascii="Calibri" w:hAnsi="Calibri" w:cs="Calibri" w:eastAsia="Calibri"/>
          <w:b w:val="0"/>
          <w:color w:val="15131F"/>
          <w:sz w:val="21"/>
        </w:rPr>
        <w:t>Використовуйте цей шаблон листа про затримку доставки того дня, коли дізналися, що замовлення не встигне до обіцяної дати, і завжди до цієї дати.</w:t>
      </w:r>
    </w:p>
    <w:p>
      <w:pPr>
        <w:spacing w:after="40"/>
      </w:pPr>
      <w:r>
        <w:rPr>
          <w:rFonts w:ascii="Calibri" w:hAnsi="Calibri" w:cs="Calibri" w:eastAsia="Calibri"/>
          <w:b/>
          <w:color w:val="6B3CF0"/>
          <w:sz w:val="21"/>
        </w:rPr>
        <w:t>Надсилайте, щойно станеться перше з цього</w:t>
      </w:r>
    </w:p>
    <w:p>
      <w:pPr>
        <w:spacing w:after="40"/>
        <w:ind w:left="283"/>
      </w:pPr>
      <w:r>
        <w:rPr>
          <w:rFonts w:ascii="Calibri" w:hAnsi="Calibri" w:cs="Calibri" w:eastAsia="Calibri"/>
          <w:b w:val="0"/>
          <w:color w:val="15131F"/>
          <w:sz w:val="21"/>
        </w:rPr>
        <w:t>• Перевізник показує затримку або нову орієнтовну дату, або у відстеженні немає нових сканувань 2 робочі дні.</w:t>
      </w:r>
    </w:p>
    <w:p>
      <w:pPr>
        <w:spacing w:after="40"/>
        <w:ind w:left="283"/>
      </w:pPr>
      <w:r>
        <w:rPr>
          <w:rFonts w:ascii="Calibri" w:hAnsi="Calibri" w:cs="Calibri" w:eastAsia="Calibri"/>
          <w:b w:val="0"/>
          <w:color w:val="15131F"/>
          <w:sz w:val="21"/>
        </w:rPr>
        <w:t>• Настав обіцяний день доставки, а до [10:00] посилка ще не виїхала на доставку.</w:t>
      </w:r>
    </w:p>
    <w:p>
      <w:pPr>
        <w:spacing w:after="40"/>
        <w:ind w:left="283"/>
      </w:pPr>
      <w:r>
        <w:rPr>
          <w:rFonts w:ascii="Calibri" w:hAnsi="Calibri" w:cs="Calibri" w:eastAsia="Calibri"/>
          <w:b w:val="0"/>
          <w:color w:val="15131F"/>
          <w:sz w:val="21"/>
        </w:rPr>
        <w:t>• Ви не можете відправити до обіцяної дати відправлення: надішліть повідомлення про затримку постачання з вкладки 4, якого вимагає правило США.</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Замовлення [номер замовлення] прибуде пізніше, ніж обіцяно: нова орієнтовна дата [дата]</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Ваше замовлення [номер замовлення] не прибуде до [обіцяна дата], як ми обіцяли. Мені шкода.</w:t>
        <w:br/>
        <w:br/>
        <w:t>Що я знаю: посилка виїхала від нас [дата відправлення], і [перевізник] показує її в [останнє місце] з [дата останнього сканування]. Нова орієнтовна дата від перевізника: [нова дата].</w:t>
        <w:br/>
        <w:br/>
        <w:t>Якщо до [гранична дата очікування] посилка не прибуде, я надішлю заміну експрес-доставкою або поверну повну суму, як вам зручніше. Зараз вам нічого робити не потрібно.</w:t>
        <w:br/>
        <w:br/>
        <w:t>Відстеження: [посилання для відстеження]</w:t>
        <w:br/>
        <w:t>Наступне оновлення від мене: [день] до [час], або раніше, якщо статус відстеження зміниться.</w:t>
        <w:br/>
        <w:br/>
        <w:t>[ваше ім’я], [компанія]</w:t>
      </w:r>
    </w:p>
    <w:p>
      <w:pPr>
        <w:spacing w:after="60"/>
      </w:pPr>
      <w:r>
        <w:rPr>
          <w:rFonts w:ascii="Calibri" w:hAnsi="Calibri" w:cs="Calibri" w:eastAsia="Calibri"/>
          <w:b/>
          <w:color w:val="6B3CF0"/>
          <w:sz w:val="21"/>
        </w:rPr>
        <w:t xml:space="preserve">Обіцяйте оновлення, а не посилку: </w:t>
      </w:r>
      <w:r>
        <w:rPr>
          <w:rFonts w:ascii="Calibri" w:hAnsi="Calibri" w:cs="Calibri" w:eastAsia="Calibri"/>
          <w:b w:val="0"/>
          <w:color w:val="5D5A70"/>
          <w:sz w:val="21"/>
        </w:rPr>
        <w:t>Дату перевізника подавайте як дату перевізника. Ваші власні дати — наступне оновлення й гранична дата очікування. Перевізник ще не назвав орієнтовної дати? Так і напишіть, але дату оновлення назвіть усе одно.</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«Має скоро прибути», Звинуватити перевізника й замовкнути, Дата, якої перевізник не називав</w:t>
      </w:r>
    </w:p>
    <w:p>
      <w:pPr>
        <w:spacing w:after="160"/>
      </w:pPr>
    </w:p>
    <w:p>
      <w:pPr>
        <w:spacing w:after="60"/>
      </w:pPr>
      <w:r>
        <w:rPr>
          <w:rFonts w:ascii="Calibri" w:hAnsi="Calibri" w:cs="Calibri" w:eastAsia="Calibri"/>
          <w:b/>
          <w:color w:val="15131F"/>
          <w:sz w:val="28"/>
        </w:rPr>
        <w:t>2. Затримка в перевізника: застрягла в дорозі, план Б з датою</w:t>
      </w:r>
    </w:p>
    <w:p>
      <w:pPr>
        <w:spacing w:after="80"/>
      </w:pPr>
      <w:r>
        <w:rPr>
          <w:rFonts w:ascii="Calibri" w:hAnsi="Calibri" w:cs="Calibri" w:eastAsia="Calibri"/>
          <w:b w:val="0"/>
          <w:color w:val="5D5A70"/>
          <w:sz w:val="20"/>
        </w:rPr>
        <w:t>Оновлювати кожні: 2 робочі дні · Запит на розшук: Коли мине їхня нова дата · Перестати чекати: У день, який ви записали · Не ваша провина, але ваша посилка: У ЄС загублена посилка означає, що продавець надсилає ідентичний товар або повертає кошти. У Великій Британії товар залишається на ризику продавця, доки його не отримає покупець. Пишіть як людина, яка це вирішує.</w:t>
      </w:r>
    </w:p>
    <w:p>
      <w:pPr>
        <w:spacing w:after="40"/>
      </w:pPr>
      <w:r>
        <w:rPr>
          <w:rFonts w:ascii="Calibri" w:hAnsi="Calibri" w:cs="Calibri" w:eastAsia="Calibri"/>
          <w:b/>
          <w:color w:val="6B3CF0"/>
          <w:sz w:val="21"/>
        </w:rPr>
        <w:t>Коли використовувати</w:t>
      </w:r>
    </w:p>
    <w:p>
      <w:pPr>
        <w:spacing w:after="40"/>
        <w:ind w:left="283"/>
      </w:pPr>
      <w:r>
        <w:rPr>
          <w:rFonts w:ascii="Calibri" w:hAnsi="Calibri" w:cs="Calibri" w:eastAsia="Calibri"/>
          <w:b w:val="0"/>
          <w:color w:val="15131F"/>
          <w:sz w:val="21"/>
        </w:rPr>
        <w:t>• Замовлення відправили вчасно, але відстеження зупинилося в сортувальному центрі чи на складі перевізника або показує «затримка» без причини.</w:t>
      </w:r>
    </w:p>
    <w:p>
      <w:pPr>
        <w:spacing w:after="40"/>
        <w:ind w:left="283"/>
      </w:pPr>
      <w:r>
        <w:rPr>
          <w:rFonts w:ascii="Calibri" w:hAnsi="Calibri" w:cs="Calibri" w:eastAsia="Calibri"/>
          <w:b w:val="0"/>
          <w:color w:val="15131F"/>
          <w:sz w:val="21"/>
        </w:rPr>
        <w:t>• Ви надіслали попередження, і нова дата від перевізника вже минула.</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Замовлення [номер замовлення]: досі в [перевізник], і мій план до [гранична дата очікування]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Новини щодо замовлення [номер замовлення]. [Перевізник] досі показує посилку в [місце], останнє сканування [дата]. Сьогодні ми подали перевізнику запит на розшук, номер [номер запиту в перевізника].</w:t>
        <w:br/>
        <w:br/>
        <w:t>Мій план: якщо до [гранична дата очікування] посилка не зрушить з місця, я надсилаю заміну експрес-доставкою [дата] або повертаю повну суму, як вам зручніше. Напишіть у відповідь «заміна» або «повернення», і я все оформлю.</w:t>
        <w:br/>
        <w:br/>
        <w:t>Наступне оновлення: [день] до [час], навіть якщо нічого не зміниться.</w:t>
        <w:br/>
        <w:br/>
        <w:t>[ваше ім’я], [компанія]</w:t>
      </w:r>
    </w:p>
    <w:p>
      <w:pPr>
        <w:spacing w:after="60"/>
      </w:pPr>
      <w:r>
        <w:rPr>
          <w:rFonts w:ascii="Calibri" w:hAnsi="Calibri" w:cs="Calibri" w:eastAsia="Calibri"/>
          <w:b/>
          <w:color w:val="6B3CF0"/>
          <w:sz w:val="21"/>
        </w:rPr>
        <w:t xml:space="preserve">Версія для чату: </w:t>
      </w:r>
      <w:r>
        <w:rPr>
          <w:rFonts w:ascii="Calibri" w:hAnsi="Calibri" w:cs="Calibri" w:eastAsia="Calibri"/>
          <w:b w:val="0"/>
          <w:color w:val="15131F"/>
          <w:sz w:val="21"/>
        </w:rPr>
        <w:t>Замовлення [номер замовлення] досі в [місце], останнє сканування [дата]. Сьогодні ми подали запит на розшук до [перевізник]. Якщо до [гранична дата очікування] посилка не зрушить з місця, я заміню її експрес-доставкою або поверну кошти, на ваш вибір. Наступне оновлення тут [день] до [час].</w:t>
      </w:r>
    </w:p>
    <w:p>
      <w:pPr>
        <w:spacing w:after="60"/>
      </w:pPr>
      <w:r>
        <w:rPr>
          <w:rFonts w:ascii="Calibri" w:hAnsi="Calibri" w:cs="Calibri" w:eastAsia="Calibri"/>
          <w:b/>
          <w:color w:val="6B3CF0"/>
          <w:sz w:val="21"/>
        </w:rPr>
        <w:t xml:space="preserve">Оновлюйте в обіцяний день, навіть без новин: </w:t>
      </w:r>
      <w:r>
        <w:rPr>
          <w:rFonts w:ascii="Calibri" w:hAnsi="Calibri" w:cs="Calibri" w:eastAsia="Calibri"/>
          <w:b w:val="0"/>
          <w:color w:val="5D5A70"/>
          <w:sz w:val="21"/>
        </w:rPr>
        <w:t>«Без змін, тримаю на контролі, наступне оновлення в четвер» не дає зверненню потрапити в чергу скарг. Кожні 2 робочі дні до доставки.</w:t>
      </w:r>
    </w:p>
    <w:p>
      <w:pPr>
        <w:spacing w:after="160"/>
      </w:pPr>
    </w:p>
    <w:p>
      <w:pPr>
        <w:spacing w:after="60"/>
      </w:pPr>
      <w:r>
        <w:rPr>
          <w:rFonts w:ascii="Calibri" w:hAnsi="Calibri" w:cs="Calibri" w:eastAsia="Calibri"/>
          <w:b/>
          <w:color w:val="15131F"/>
          <w:sz w:val="28"/>
        </w:rPr>
        <w:t>3. Затримка через погоду, страйк чи митницю: реальні дати</w:t>
      </w:r>
    </w:p>
    <w:p>
      <w:pPr>
        <w:spacing w:after="80"/>
      </w:pPr>
      <w:r>
        <w:rPr>
          <w:rFonts w:ascii="Calibri" w:hAnsi="Calibri" w:cs="Calibri" w:eastAsia="Calibri"/>
          <w:b w:val="0"/>
          <w:color w:val="5D5A70"/>
          <w:sz w:val="20"/>
        </w:rPr>
        <w:t>Причина: Словами перевізника · Митниця: Спершу мито й документи · План Б: Друга посилка іншим маршрутом</w:t>
      </w:r>
    </w:p>
    <w:p>
      <w:pPr>
        <w:spacing w:after="40"/>
      </w:pPr>
      <w:r>
        <w:rPr>
          <w:rFonts w:ascii="Calibri" w:hAnsi="Calibri" w:cs="Calibri" w:eastAsia="Calibri"/>
          <w:b/>
          <w:color w:val="6B3CF0"/>
          <w:sz w:val="21"/>
        </w:rPr>
        <w:t>Коли використовувати</w:t>
      </w:r>
    </w:p>
    <w:p>
      <w:pPr>
        <w:spacing w:after="40"/>
        <w:ind w:left="283"/>
      </w:pPr>
      <w:r>
        <w:rPr>
          <w:rFonts w:ascii="Calibri" w:hAnsi="Calibri" w:cs="Calibri" w:eastAsia="Calibri"/>
          <w:b w:val="0"/>
          <w:color w:val="15131F"/>
          <w:sz w:val="21"/>
        </w:rPr>
        <w:t>• Посилку зупинили шторм, страйк, закриття порту чи перевірка на митниці, і перевізник це підтверджує.</w:t>
      </w:r>
    </w:p>
    <w:p>
      <w:pPr>
        <w:spacing w:after="40"/>
        <w:ind w:left="283"/>
      </w:pPr>
      <w:r>
        <w:rPr>
          <w:rFonts w:ascii="Calibri" w:hAnsi="Calibri" w:cs="Calibri" w:eastAsia="Calibri"/>
          <w:b w:val="0"/>
          <w:color w:val="15131F"/>
          <w:sz w:val="21"/>
        </w:rPr>
        <w:t>• Для митниці: клієнту, можливо, доведеться сплатити мито або надіслати документ, перш ніж посилка рушить далі.</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Замовлення [номер замовлення] затримує [причина]: що ми знаємо і які у вас варіанти</w:t>
      </w:r>
    </w:p>
    <w:p>
      <w:pPr>
        <w:spacing w:after="60"/>
      </w:pPr>
      <w:r>
        <w:rPr>
          <w:rFonts w:ascii="Calibri" w:hAnsi="Calibri" w:cs="Calibri" w:eastAsia="Calibri"/>
          <w:b/>
          <w:color w:val="6B3CF0"/>
          <w:sz w:val="21"/>
        </w:rPr>
        <w:t xml:space="preserve">Лист, погода або страйк: </w:t>
      </w:r>
      <w:r>
        <w:rPr>
          <w:rFonts w:ascii="Calibri" w:hAnsi="Calibri" w:cs="Calibri" w:eastAsia="Calibri"/>
          <w:b w:val="0"/>
          <w:color w:val="15131F"/>
          <w:sz w:val="21"/>
        </w:rPr>
        <w:t>Вітаю, [ім’я]!</w:t>
        <w:br/>
        <w:br/>
        <w:t>Замовлення [номер замовлення] затримує [причина, наприклад шторм на північному сході], і воно не прибуде до [обіцяна дата]. [Перевізник] призупинив доставку в [регіон] і планує відновити її [дата]; після цього орієнтовна дата — [нова дата].</w:t>
        <w:br/>
        <w:br/>
        <w:t>Якщо посилка потрібна вам раніше, напишіть у відповідь, і я перевірю, чи зможе друга посилка іншим маршрутом дістатися до вас до [дата]. Якщо до [гранична дата очікування] вона не прибуде, я заміню її або поверну кошти, на ваш вибір.</w:t>
        <w:br/>
        <w:br/>
        <w:t>Наступне оновлення: [день] до [час].</w:t>
        <w:br/>
        <w:br/>
        <w:t>[ваше ім’я], [компанія]</w:t>
      </w:r>
    </w:p>
    <w:p>
      <w:pPr>
        <w:spacing w:after="60"/>
      </w:pPr>
      <w:r>
        <w:rPr>
          <w:rFonts w:ascii="Calibri" w:hAnsi="Calibri" w:cs="Calibri" w:eastAsia="Calibri"/>
          <w:b/>
          <w:color w:val="6B3CF0"/>
          <w:sz w:val="21"/>
        </w:rPr>
        <w:t xml:space="preserve">Затримка на митниці, потрібна дія клієнта: </w:t>
      </w:r>
      <w:r>
        <w:rPr>
          <w:rFonts w:ascii="Calibri" w:hAnsi="Calibri" w:cs="Calibri" w:eastAsia="Calibri"/>
          <w:b w:val="0"/>
          <w:color w:val="15131F"/>
          <w:sz w:val="21"/>
        </w:rPr>
        <w:t>Вітаю, [ім’я]! Замовлення [номер замовлення] затримано на митниці в [країна]. Перед випуском митниця просить [сплатити мито / надіслати копію документа]; ось посилання від перевізника: [посилання]. Якщо ви не хочете платити мито, напишіть у відповідь: я оформлю повернення посилки й поверну вартість товару [за вирахуванням зворотної доставки, як передбачено нашими правилами]. [ваше ім’я], [компанія]</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«Ми нічого не можемо вдіяти», Дата відновлення, якої перевізник не називав, Мито, якого клієнт не очікував при оформленні</w:t>
      </w:r>
    </w:p>
    <w:p>
      <w:pPr>
        <w:spacing w:after="160"/>
      </w:pPr>
    </w:p>
    <w:p>
      <w:pPr>
        <w:spacing w:after="60"/>
      </w:pPr>
      <w:r>
        <w:rPr>
          <w:rFonts w:ascii="Calibri" w:hAnsi="Calibri" w:cs="Calibri" w:eastAsia="Calibri"/>
          <w:b/>
          <w:color w:val="15131F"/>
          <w:sz w:val="28"/>
        </w:rPr>
        <w:t>4. Повідомлення про затримку постачання: дата або повернення</w:t>
      </w:r>
    </w:p>
    <w:p>
      <w:pPr>
        <w:spacing w:after="80"/>
      </w:pPr>
      <w:r>
        <w:rPr>
          <w:rFonts w:ascii="Calibri" w:hAnsi="Calibri" w:cs="Calibri" w:eastAsia="Calibri"/>
          <w:b w:val="0"/>
          <w:color w:val="5D5A70"/>
          <w:sz w:val="20"/>
        </w:rPr>
        <w:t>Не пізніше: Дати відправлення · Якщо дати не було: 30 днів: США, ЄС, Британія · Повернення, США: 7 робочих днів · Не юридична консультація: Формулювання для США відповідає 16 CFR Part 435; правила ЄС і Великої Британії стисло викладено нижче. На заміну товару іншим спершу потрібна згода: дивіться шаблони відповідей про товар, якого немає в наявності.</w:t>
      </w:r>
    </w:p>
    <w:p>
      <w:pPr>
        <w:spacing w:after="80"/>
      </w:pPr>
      <w:r>
        <w:rPr>
          <w:rFonts w:ascii="Calibri" w:hAnsi="Calibri" w:cs="Calibri" w:eastAsia="Calibri"/>
          <w:b w:val="0"/>
          <w:color w:val="15131F"/>
          <w:sz w:val="21"/>
        </w:rPr>
        <w:t>Ви не можете відправити замовлення до обіцяної дати або протягом 30 днів, якщо дати не обіцяли. У США правило FTC для замовлень поштою, через інтернет і телефоном вимагає, щоб ви самі, без запиту клієнта й не пізніше цього строку, запропонували йому конкретну нову дату відправлення або повідомили, що не можете її назвати, а також дали вибір скасувати замовлення з повним поверненням коштів протягом 7 робочих днів. Лист електронною поштою вважається таким повідомленням. У ЄС і Великій Британії 30 днів — також строк за замовчуванням.</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[Товар] із замовлення [номер замовлення] затримується до [нова дата відправлення]: зачекати або скасувати з повним поверненням коштів</w:t>
      </w:r>
    </w:p>
    <w:p>
      <w:pPr>
        <w:spacing w:after="60"/>
      </w:pPr>
      <w:r>
        <w:rPr>
          <w:rFonts w:ascii="Calibri" w:hAnsi="Calibri" w:cs="Calibri" w:eastAsia="Calibri"/>
          <w:b/>
          <w:color w:val="6B3CF0"/>
          <w:sz w:val="21"/>
        </w:rPr>
        <w:t xml:space="preserve">Лист, нова дата відправлення в межах 30 днів: </w:t>
      </w:r>
      <w:r>
        <w:rPr>
          <w:rFonts w:ascii="Calibri" w:hAnsi="Calibri" w:cs="Calibri" w:eastAsia="Calibri"/>
          <w:b w:val="0"/>
          <w:color w:val="15131F"/>
          <w:sz w:val="21"/>
        </w:rPr>
        <w:t>Вітаю, [ім’я]!</w:t>
        <w:br/>
        <w:br/>
        <w:t>Мені шкода: [товар] із замовлення [номер замовлення] затримується в постачальника й не буде відправлений до [обіцяна дата відправлення]. Постачальник підтвердив нову дату відправлення: [нова дата відправлення]; у день відправлення я надішлю вам номер для відстеження.</w:t>
        <w:br/>
        <w:br/>
        <w:t>У вас два варіанти:</w:t>
        <w:br/>
        <w:t>1. Зачекати до нової дати. Відповідати не потрібно: якщо до відправлення ми не отримаємо від вас відповіді, вважатимемо це вашою згодою.</w:t>
        <w:br/>
        <w:t>2. Скасувати замовлення з повним поверненням [сума]: напишіть у відповідь «скасувати» або натисніть [посилання для скасування]. Кошти повертаємо протягом 7 робочих днів на картку, якою ви платили.</w:t>
        <w:br/>
        <w:br/>
        <w:t>Якщо ми не зможемо відправити до [нова дата відправлення], я напишу вам ще раз до цього дня з новим вибором.</w:t>
        <w:br/>
        <w:br/>
        <w:t>[ваше ім’я], [компанія]</w:t>
      </w:r>
    </w:p>
    <w:p>
      <w:pPr>
        <w:spacing w:after="60"/>
      </w:pPr>
      <w:r>
        <w:rPr>
          <w:rFonts w:ascii="Calibri" w:hAnsi="Calibri" w:cs="Calibri" w:eastAsia="Calibri"/>
          <w:b/>
          <w:color w:val="6B3CF0"/>
          <w:sz w:val="21"/>
        </w:rPr>
        <w:t xml:space="preserve">Нова дата більш ніж за 30 днів або невідома: </w:t>
      </w:r>
      <w:r>
        <w:rPr>
          <w:rFonts w:ascii="Calibri" w:hAnsi="Calibri" w:cs="Calibri" w:eastAsia="Calibri"/>
          <w:b w:val="0"/>
          <w:color w:val="15131F"/>
          <w:sz w:val="21"/>
        </w:rPr>
        <w:t>Вітаю, [ім’я]! [Товар] із замовлення [номер замовлення] затримується в постачальника через [причина], і я поки не можу назвати точну дату відправлення. Ви можете скасувати замовлення будь-коли до відправлення з повним поверненням [сума]: напишіть у відповідь «скасувати» або натисніть [посилання для скасування]. Якщо ви не відповісте, а ми не відправимо замовлення до [обіцяна дата плюс 30 днів], ми скасуємо його й повернемо повну суму протягом 7 робочих днів. Щоб чекати й після цієї дати, напишіть у відповідь «чекаю». [ваше ім’я], [компанія]</w:t>
      </w:r>
    </w:p>
    <w:p>
      <w:pPr>
        <w:spacing w:after="60"/>
      </w:pPr>
      <w:r>
        <w:rPr>
          <w:rFonts w:ascii="Calibri" w:hAnsi="Calibri" w:cs="Calibri" w:eastAsia="Calibri"/>
          <w:b/>
          <w:color w:val="6B3CF0"/>
          <w:sz w:val="21"/>
        </w:rPr>
        <w:t xml:space="preserve">Друге повідомлення: нова дата зірвалася: </w:t>
      </w:r>
      <w:r>
        <w:rPr>
          <w:rFonts w:ascii="Calibri" w:hAnsi="Calibri" w:cs="Calibri" w:eastAsia="Calibri"/>
          <w:b w:val="0"/>
          <w:color w:val="15131F"/>
          <w:sz w:val="21"/>
        </w:rPr>
        <w:t>Вітаю, [ім’я]! Ми обіцяли відправити [товар] до [нова дата відправлення], але не встигнемо: постачальник тепер називає [новіша дата]. Цього разу мовчання не залишає замовлення відкритим: якщо ви не напишете «чекаю» до [дата], я скасую замовлення й поверну [сума] повністю протягом 7 робочих днів. [ваше ім’я], [компанія]</w:t>
      </w:r>
    </w:p>
    <w:p>
      <w:pPr>
        <w:spacing w:after="40"/>
      </w:pPr>
      <w:r>
        <w:rPr>
          <w:rFonts w:ascii="Calibri" w:hAnsi="Calibri" w:cs="Calibri" w:eastAsia="Calibri"/>
          <w:b/>
          <w:color w:val="6B3CF0"/>
          <w:sz w:val="21"/>
        </w:rPr>
        <w:t>Правила для повідомлення, США</w:t>
      </w:r>
    </w:p>
    <w:p>
      <w:pPr>
        <w:spacing w:after="40"/>
        <w:ind w:left="283"/>
      </w:pPr>
      <w:r>
        <w:rPr>
          <w:rFonts w:ascii="Calibri" w:hAnsi="Calibri" w:cs="Calibri" w:eastAsia="Calibri"/>
          <w:b w:val="0"/>
          <w:color w:val="15131F"/>
          <w:sz w:val="21"/>
        </w:rPr>
        <w:t>• Нова дата не пізніше ніж через 30 днів: без відповіді клієнт вважається згодним чекати. Пізніше або невідомо: замовлення скасовується автоматично через 30 днів після первісної дати, якщо клієнт не погодився чекати, і він може скасувати його будь-коли до відправлення.</w:t>
      </w:r>
    </w:p>
    <w:p>
      <w:pPr>
        <w:spacing w:after="40"/>
        <w:ind w:left="283"/>
      </w:pPr>
      <w:r>
        <w:rPr>
          <w:rFonts w:ascii="Calibri" w:hAnsi="Calibri" w:cs="Calibri" w:eastAsia="Calibri"/>
          <w:b w:val="0"/>
          <w:color w:val="15131F"/>
          <w:sz w:val="21"/>
        </w:rPr>
        <w:t>• Друге повідомлення: мовчання більше не вважається згодою. Повне повернення протягом 7 робочих днів; бонуси на рахунок не рахуються.</w:t>
      </w:r>
    </w:p>
    <w:p>
      <w:pPr>
        <w:spacing w:after="160"/>
      </w:pPr>
    </w:p>
    <w:p>
      <w:pPr>
        <w:spacing w:after="60"/>
      </w:pPr>
      <w:r>
        <w:rPr>
          <w:rFonts w:ascii="Calibri" w:hAnsi="Calibri" w:cs="Calibri" w:eastAsia="Calibri"/>
          <w:b/>
          <w:color w:val="15131F"/>
          <w:sz w:val="28"/>
        </w:rPr>
        <w:t>5. Часткова відправка: що вислано, що в дорозі, без доплати</w:t>
      </w:r>
    </w:p>
    <w:p>
      <w:pPr>
        <w:spacing w:after="80"/>
      </w:pPr>
      <w:r>
        <w:rPr>
          <w:rFonts w:ascii="Calibri" w:hAnsi="Calibri" w:cs="Calibri" w:eastAsia="Calibri"/>
          <w:b w:val="0"/>
          <w:color w:val="5D5A70"/>
          <w:sz w:val="20"/>
        </w:rPr>
        <w:t>Розділяти, коли: 1 товар: 3+ дні затримки · Друга посилка: За ваш рахунок · Запізнілий товар: Скасування, повернення</w:t>
      </w:r>
    </w:p>
    <w:p>
      <w:pPr>
        <w:spacing w:after="40"/>
      </w:pPr>
      <w:r>
        <w:rPr>
          <w:rFonts w:ascii="Calibri" w:hAnsi="Calibri" w:cs="Calibri" w:eastAsia="Calibri"/>
          <w:b/>
          <w:color w:val="6B3CF0"/>
          <w:sz w:val="21"/>
        </w:rPr>
        <w:t>Коли використовувати</w:t>
      </w:r>
    </w:p>
    <w:p>
      <w:pPr>
        <w:spacing w:after="40"/>
        <w:ind w:left="283"/>
      </w:pPr>
      <w:r>
        <w:rPr>
          <w:rFonts w:ascii="Calibri" w:hAnsi="Calibri" w:cs="Calibri" w:eastAsia="Calibri"/>
          <w:b w:val="0"/>
          <w:color w:val="15131F"/>
          <w:sz w:val="21"/>
        </w:rPr>
        <w:t>• Більша частина замовлення готова, а один товар затримується на [3] робочі дні або довше: відправляйте те, що є, за свій рахунок.</w:t>
      </w:r>
    </w:p>
    <w:p>
      <w:pPr>
        <w:spacing w:after="40"/>
        <w:ind w:left="283"/>
      </w:pPr>
      <w:r>
        <w:rPr>
          <w:rFonts w:ascii="Calibri" w:hAnsi="Calibri" w:cs="Calibri" w:eastAsia="Calibri"/>
          <w:b w:val="0"/>
          <w:color w:val="15131F"/>
          <w:sz w:val="21"/>
        </w:rPr>
        <w:t>• Спершу запитайте, якщо клієнт платить мито за кожну посилку або якщо товари мають сенс лише разом.</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Частина замовлення [номер замовлення] виїжджає сьогодні; [товар] буде [дата]</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Щоб не затримувати все замовлення через один товар, ми розділили замовлення [номер замовлення] на дві посилки.</w:t>
        <w:br/>
        <w:br/>
        <w:t>Відправлено сьогодні: [товари]. Відстеження: [посилання для відстеження]. Орієнтовна доставка: [дата].</w:t>
        <w:br/>
        <w:t>Ще в дорозі: [товар], який відправимо [дата] з окремим листом для відстеження.</w:t>
        <w:br/>
        <w:br/>
        <w:t>За другу посилку доплачувати за доставку не потрібно. Якщо не хочете чекати на [товар], напишіть у відповідь «скасувати його», і я поверну [сума] за цей товар протягом 7 робочих днів.</w:t>
        <w:br/>
        <w:br/>
        <w:t>[ваше ім’я], [компанія]</w:t>
      </w:r>
    </w:p>
    <w:p>
      <w:pPr>
        <w:spacing w:after="60"/>
      </w:pPr>
      <w:r>
        <w:rPr>
          <w:rFonts w:ascii="Calibri" w:hAnsi="Calibri" w:cs="Calibri" w:eastAsia="Calibri"/>
          <w:b/>
          <w:color w:val="6B3CF0"/>
          <w:sz w:val="21"/>
        </w:rPr>
        <w:t xml:space="preserve">Напишіть в обох листах і на пакувальному листі: </w:t>
      </w:r>
      <w:r>
        <w:rPr>
          <w:rFonts w:ascii="Calibri" w:hAnsi="Calibri" w:cs="Calibri" w:eastAsia="Calibri"/>
          <w:b w:val="0"/>
          <w:color w:val="5D5A70"/>
          <w:sz w:val="21"/>
        </w:rPr>
        <w:t>Посилка 1 з 2, Що в якій посилці, Дата другої посилки</w:t>
      </w:r>
    </w:p>
    <w:p>
      <w:pPr>
        <w:spacing w:after="160"/>
      </w:pPr>
    </w:p>
    <w:p>
      <w:pPr>
        <w:spacing w:after="60"/>
      </w:pPr>
      <w:r>
        <w:rPr>
          <w:rFonts w:ascii="Calibri" w:hAnsi="Calibri" w:cs="Calibri" w:eastAsia="Calibri"/>
          <w:b/>
          <w:color w:val="15131F"/>
          <w:sz w:val="28"/>
        </w:rPr>
        <w:t>6. Загублено в дорозі чи «доставлено»: коли перестати чекати</w:t>
      </w:r>
    </w:p>
    <w:p>
      <w:pPr>
        <w:spacing w:after="80"/>
      </w:pPr>
      <w:r>
        <w:rPr>
          <w:rFonts w:ascii="Calibri" w:hAnsi="Calibri" w:cs="Calibri" w:eastAsia="Calibri"/>
          <w:b w:val="0"/>
          <w:color w:val="5D5A70"/>
          <w:sz w:val="20"/>
        </w:rPr>
        <w:t>Перестати чекати через: 5 робочих днів · Позначено доставленим: 2 робочі дні, потім дія · Хто вибирає: Клієнт: заміна або повернення · Хто несе ризик: У ЄС загублена посилка означає, що продавець надсилає ідентичний товар або повертає кошти. У Великій Британії товар залишається на ризику продавця, доки його не отримає покупець. Повертайте кошти замість заміни, коли товар розпродано, коли друге очікування зірве їхню дату або коли клієнт про це просить.</w:t>
      </w:r>
    </w:p>
    <w:p>
      <w:pPr>
        <w:spacing w:after="40"/>
      </w:pPr>
      <w:r>
        <w:rPr>
          <w:rFonts w:ascii="Calibri" w:hAnsi="Calibri" w:cs="Calibri" w:eastAsia="Calibri"/>
          <w:b/>
          <w:color w:val="6B3CF0"/>
          <w:sz w:val="21"/>
        </w:rPr>
        <w:t>Правило граничної дати очікування</w:t>
      </w:r>
    </w:p>
    <w:p>
      <w:pPr>
        <w:spacing w:after="40"/>
      </w:pPr>
      <w:r>
        <w:rPr>
          <w:rFonts w:ascii="Calibri" w:hAnsi="Calibri" w:cs="Calibri" w:eastAsia="Calibri"/>
          <w:b w:val="0"/>
          <w:color w:val="15131F"/>
          <w:sz w:val="21"/>
        </w:rPr>
        <w:t>1. День 0: Орієнтовна дата перевізника минула, а доставки немає: надішліть попередження або оновлення з граничною датою очікування.</w:t>
      </w:r>
    </w:p>
    <w:p>
      <w:pPr>
        <w:spacing w:after="40"/>
      </w:pPr>
      <w:r>
        <w:rPr>
          <w:rFonts w:ascii="Calibri" w:hAnsi="Calibri" w:cs="Calibri" w:eastAsia="Calibri"/>
          <w:b w:val="0"/>
          <w:color w:val="15131F"/>
          <w:sz w:val="21"/>
        </w:rPr>
        <w:t>2. Розшук: Немає сканувань [5] робочих днів після орієнтовної дати: подайте перевізнику запит на розшук і назвіть дату, коли перестанете чекати.</w:t>
      </w:r>
    </w:p>
    <w:p>
      <w:pPr>
        <w:spacing w:after="40"/>
      </w:pPr>
      <w:r>
        <w:rPr>
          <w:rFonts w:ascii="Calibri" w:hAnsi="Calibri" w:cs="Calibri" w:eastAsia="Calibri"/>
          <w:b w:val="0"/>
          <w:color w:val="15131F"/>
          <w:sz w:val="21"/>
        </w:rPr>
        <w:t>3. Гранична дата очікування: Є результат розшуку чи ні, ви надсилаєте заміну експрес-доставкою або повертаєте кошти, на вибір клієнта. Претензія до перевізника — ваша справа.</w:t>
      </w:r>
    </w:p>
    <w:p>
      <w:pPr>
        <w:spacing w:after="40"/>
      </w:pPr>
      <w:r>
        <w:rPr>
          <w:rFonts w:ascii="Calibri" w:hAnsi="Calibri" w:cs="Calibri" w:eastAsia="Calibri"/>
          <w:b w:val="0"/>
          <w:color w:val="15131F"/>
          <w:sz w:val="21"/>
        </w:rPr>
        <w:t>4. Позначено доставленим, не отримано: Перевірте звичні місця й сусідів, того ж дня подайте запит на розшук. Не знайшли за 2 робочі дні: заміна або повернення.</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Замовлення [номер замовлення]: сьогодні надсилаю заміну</w:t>
      </w:r>
    </w:p>
    <w:p>
      <w:pPr>
        <w:spacing w:after="60"/>
      </w:pPr>
      <w:r>
        <w:rPr>
          <w:rFonts w:ascii="Calibri" w:hAnsi="Calibri" w:cs="Calibri" w:eastAsia="Calibri"/>
          <w:b/>
          <w:color w:val="6B3CF0"/>
          <w:sz w:val="21"/>
        </w:rPr>
        <w:t xml:space="preserve">Лист, загублено в дорозі: </w:t>
      </w:r>
      <w:r>
        <w:rPr>
          <w:rFonts w:ascii="Calibri" w:hAnsi="Calibri" w:cs="Calibri" w:eastAsia="Calibri"/>
          <w:b w:val="0"/>
          <w:color w:val="15131F"/>
          <w:sz w:val="21"/>
        </w:rPr>
        <w:t>Вітаю, [ім’я]!</w:t>
        <w:br/>
        <w:br/>
        <w:t>Замовлення [номер замовлення] не рухається з [дата останнього сканування], і розшук у [перевізник] не знайшов посилку до дати, яку ми вам назвали. Я не змушуватиму вас чекати далі.</w:t>
        <w:br/>
        <w:br/>
        <w:t>Заміна виїжджає сьогодні експрес-доставкою. Відстеження: [посилання для відстеження], очікувана доставка [дата]. Якщо вам зручніше повернення [сума], напишіть у відповідь «повернення» до [час], і я зупиню відправлення заміни.</w:t>
        <w:br/>
        <w:br/>
        <w:t>Якщо перша посилка все ж знайдеться, напишіть мені, і я надішлю оплачену етикетку для повернення.</w:t>
        <w:br/>
        <w:br/>
        <w:t>[ваше ім’я], [компанія]</w:t>
      </w:r>
    </w:p>
    <w:p>
      <w:pPr>
        <w:spacing w:after="60"/>
      </w:pPr>
      <w:r>
        <w:rPr>
          <w:rFonts w:ascii="Calibri" w:hAnsi="Calibri" w:cs="Calibri" w:eastAsia="Calibri"/>
          <w:b/>
          <w:color w:val="6B3CF0"/>
          <w:sz w:val="21"/>
        </w:rPr>
        <w:t xml:space="preserve">Позначено доставленим, не отримано: </w:t>
      </w:r>
      <w:r>
        <w:rPr>
          <w:rFonts w:ascii="Calibri" w:hAnsi="Calibri" w:cs="Calibri" w:eastAsia="Calibri"/>
          <w:b w:val="0"/>
          <w:color w:val="15131F"/>
          <w:sz w:val="21"/>
        </w:rPr>
        <w:t>Вітаю, [ім’я]! [Перевізник] показує, що замовлення [номер замовлення] доставлено [дата] о [час] [до дверей / у поштомат]. Перевірте, будь ласка, [ґанок, поштову скриньку, безпечне місце] і запитайте сусідів. Сьогодні ми подали перевізнику запит на розшук. Якщо до [дата, 2 робочі дні] посилка не знайдеться, я надішлю заміну або поверну кошти, на ваш вибір. [ваше ім’я], [компанія]</w:t>
      </w:r>
    </w:p>
    <w:p>
      <w:pPr>
        <w:spacing w:after="160"/>
      </w:pPr>
    </w:p>
    <w:p>
      <w:pPr>
        <w:spacing w:after="60"/>
      </w:pPr>
      <w:r>
        <w:rPr>
          <w:rFonts w:ascii="Calibri" w:hAnsi="Calibri" w:cs="Calibri" w:eastAsia="Calibri"/>
          <w:b/>
          <w:color w:val="15131F"/>
          <w:sz w:val="28"/>
        </w:rPr>
        <w:t>7. «Де моє замовлення»: відповідь листом і в чаті</w:t>
      </w:r>
    </w:p>
    <w:p>
      <w:pPr>
        <w:spacing w:after="80"/>
      </w:pPr>
      <w:r>
        <w:rPr>
          <w:rFonts w:ascii="Calibri" w:hAnsi="Calibri" w:cs="Calibri" w:eastAsia="Calibri"/>
          <w:b w:val="0"/>
          <w:color w:val="5D5A70"/>
          <w:sz w:val="20"/>
        </w:rPr>
        <w:t>Відповісти протягом: 1 робочої години · Записати як: Запитав першим · Ще не відправлено: Вкладка 4, з вибаченням</w:t>
      </w:r>
    </w:p>
    <w:p>
      <w:pPr>
        <w:spacing w:after="80"/>
      </w:pPr>
      <w:r>
        <w:rPr>
          <w:rFonts w:ascii="Calibri" w:hAnsi="Calibri" w:cs="Calibri" w:eastAsia="Calibri"/>
          <w:b w:val="0"/>
          <w:color w:val="15131F"/>
          <w:sz w:val="21"/>
        </w:rPr>
        <w:t>Клієнт написав перший, тож попередження запізнилося. Відповідайте фактами, які бачите, планом Б з датою і своїм наступним оновленням. Потім запишіть звернення як «запитав першим».</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Re: замовлення [номер замовлення]: де воно і що буде далі</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Дякую, що написали, і вибачте, що довелося. Замовлення [номер замовлення] виїхало від нас [дата відправлення], і [перевізник] показує його в [місце], останнє сканування [дата]. Їхня поточна орієнтовна дата: [нова дата].</w:t>
        <w:br/>
        <w:br/>
        <w:t>Якщо до [гранична дата очікування] посилка не прибуде, я надішлю заміну експрес-доставкою або поверну кошти, як вам зручніше. Наступне оновлення від мене: [день] до [час].</w:t>
        <w:br/>
        <w:br/>
        <w:t>Відстеження: [посилання для відстеження]</w:t>
        <w:br/>
        <w:br/>
        <w:t>[ваше ім’я], [компанія]</w:t>
      </w:r>
    </w:p>
    <w:p>
      <w:pPr>
        <w:spacing w:after="60"/>
      </w:pPr>
      <w:r>
        <w:rPr>
          <w:rFonts w:ascii="Calibri" w:hAnsi="Calibri" w:cs="Calibri" w:eastAsia="Calibri"/>
          <w:b/>
          <w:color w:val="6B3CF0"/>
          <w:sz w:val="21"/>
        </w:rPr>
        <w:t xml:space="preserve">Відповідь у чаті від людини: </w:t>
      </w:r>
      <w:r>
        <w:rPr>
          <w:rFonts w:ascii="Calibri" w:hAnsi="Calibri" w:cs="Calibri" w:eastAsia="Calibri"/>
          <w:b w:val="0"/>
          <w:color w:val="15131F"/>
          <w:sz w:val="21"/>
        </w:rPr>
        <w:t>Перевіряю замовлення [номер замовлення]. Воно виїхало від нас [дата відправлення]; [перевізник] показує його в [місце], орієнтовна дата [нова дата]. Якщо до [гранична дата очікування] посилки у вас не буде, я заміню її або поверну кошти. Оновлення тут до [день].</w:t>
      </w:r>
    </w:p>
    <w:p>
      <w:pPr>
        <w:spacing w:after="60"/>
      </w:pPr>
      <w:r>
        <w:rPr>
          <w:rFonts w:ascii="Calibri" w:hAnsi="Calibri" w:cs="Calibri" w:eastAsia="Calibri"/>
          <w:b/>
          <w:color w:val="6B3CF0"/>
          <w:sz w:val="21"/>
        </w:rPr>
        <w:t xml:space="preserve">Відповідь із бази знань для AI-агента: </w:t>
      </w:r>
      <w:r>
        <w:rPr>
          <w:rFonts w:ascii="Calibri" w:hAnsi="Calibri" w:cs="Calibri" w:eastAsia="Calibri"/>
          <w:b w:val="0"/>
          <w:color w:val="15131F"/>
          <w:sz w:val="21"/>
        </w:rPr>
        <w:t>Де моє замовлення? Цей чат не бачить відстеження перевізника в реальному часі, тому не вгадуватиме дату. Посилання для відстеження є в листі про відправлення. Якщо орієнтовна дата перевізника минула, напишіть на [email підтримки] з номером замовлення: людина перевірить відстеження й відповість протягом [1 робочої години, з понеділка по п’ятницю]. Якщо посилка не прибула через [5] робочих днів після орієнтовної дати перевізника, ми надсилаємо заміну експрес-доставкою або повертаємо кошти, на ваш вибір.</w:t>
      </w:r>
    </w:p>
    <w:p>
      <w:pPr>
        <w:spacing w:after="60"/>
      </w:pPr>
      <w:r>
        <w:rPr>
          <w:rFonts w:ascii="Calibri" w:hAnsi="Calibri" w:cs="Calibri" w:eastAsia="Calibri"/>
          <w:b/>
          <w:color w:val="6B3CF0"/>
          <w:sz w:val="21"/>
        </w:rPr>
        <w:t xml:space="preserve">Ніколи в цій відповіді: </w:t>
      </w:r>
      <w:r>
        <w:rPr>
          <w:rFonts w:ascii="Calibri" w:hAnsi="Calibri" w:cs="Calibri" w:eastAsia="Calibri"/>
          <w:b w:val="0"/>
          <w:color w:val="5D5A70"/>
          <w:sz w:val="21"/>
        </w:rPr>
        <w:t>«Зверніться до перевізника», «Зачекайте ще кілька днів», Вгадана дата</w:t>
      </w:r>
    </w:p>
    <w:p>
      <w:pPr>
        <w:spacing w:after="160"/>
      </w:pPr>
    </w:p>
    <w:p>
      <w:pPr>
        <w:spacing w:after="60"/>
      </w:pPr>
      <w:r>
        <w:rPr>
          <w:rFonts w:ascii="Calibri" w:hAnsi="Calibri" w:cs="Calibri" w:eastAsia="Calibri"/>
          <w:b/>
          <w:color w:val="15131F"/>
          <w:sz w:val="28"/>
        </w:rPr>
        <w:t>8. Жест доброї волі після запізнілої доставки: коли і скільки</w:t>
      </w:r>
    </w:p>
    <w:p>
      <w:pPr>
        <w:spacing w:after="80"/>
      </w:pPr>
      <w:r>
        <w:rPr>
          <w:rFonts w:ascii="Calibri" w:hAnsi="Calibri" w:cs="Calibri" w:eastAsia="Calibri"/>
          <w:b w:val="0"/>
          <w:color w:val="5D5A70"/>
          <w:sz w:val="20"/>
        </w:rPr>
        <w:t>Плата за доставку: Повернути того ж дня · Друга затримка: Фіксована сума, з лімітом · Погода, митниця: Без жесту</w:t>
      </w:r>
    </w:p>
    <w:p>
      <w:pPr>
        <w:spacing w:after="40"/>
      </w:pPr>
      <w:r>
        <w:rPr>
          <w:rFonts w:ascii="Calibri" w:hAnsi="Calibri" w:cs="Calibri" w:eastAsia="Calibri"/>
          <w:b/>
          <w:color w:val="15131F"/>
          <w:sz w:val="22"/>
        </w:rPr>
        <w:t>8.1 Вони заплатили за швидкість, якої ви не забезпечили</w:t>
      </w:r>
    </w:p>
    <w:p>
      <w:pPr>
        <w:spacing w:after="60"/>
      </w:pPr>
      <w:r>
        <w:rPr>
          <w:rFonts w:ascii="Calibri" w:hAnsi="Calibri" w:cs="Calibri" w:eastAsia="Calibri"/>
          <w:b/>
          <w:color w:val="6B3CF0"/>
          <w:sz w:val="21"/>
        </w:rPr>
        <w:t xml:space="preserve">Правило: </w:t>
      </w:r>
      <w:r>
        <w:rPr>
          <w:rFonts w:ascii="Calibri" w:hAnsi="Calibri" w:cs="Calibri" w:eastAsia="Calibri"/>
          <w:b w:val="0"/>
          <w:color w:val="5D5A70"/>
          <w:sz w:val="21"/>
        </w:rPr>
        <w:t>Поверніть плату за доставку в день, коли дізналися, без прохання клієнта. Це ціна послуги, якої він не отримав, а не подарунок.</w:t>
      </w:r>
    </w:p>
    <w:p>
      <w:pPr>
        <w:spacing w:after="60"/>
      </w:pPr>
      <w:r>
        <w:rPr>
          <w:rFonts w:ascii="Calibri" w:hAnsi="Calibri" w:cs="Calibri" w:eastAsia="Calibri"/>
          <w:b/>
          <w:color w:val="6B3CF0"/>
          <w:sz w:val="21"/>
        </w:rPr>
        <w:t xml:space="preserve">Скільки: </w:t>
      </w:r>
      <w:r>
        <w:rPr>
          <w:rFonts w:ascii="Calibri" w:hAnsi="Calibri" w:cs="Calibri" w:eastAsia="Calibri"/>
          <w:b w:val="0"/>
          <w:color w:val="5D5A70"/>
          <w:sz w:val="21"/>
        </w:rPr>
        <w:t>Усю плату, на картку, якою платили.</w:t>
      </w:r>
    </w:p>
    <w:p>
      <w:pPr>
        <w:spacing w:after="60"/>
      </w:pPr>
      <w:r>
        <w:rPr>
          <w:rFonts w:ascii="Calibri" w:hAnsi="Calibri" w:cs="Calibri" w:eastAsia="Calibri"/>
          <w:b/>
          <w:color w:val="6B3CF0"/>
          <w:sz w:val="21"/>
        </w:rPr>
        <w:t xml:space="preserve">Фраза: </w:t>
      </w:r>
      <w:r>
        <w:rPr>
          <w:rFonts w:ascii="Calibri" w:hAnsi="Calibri" w:cs="Calibri" w:eastAsia="Calibri"/>
          <w:b w:val="0"/>
          <w:color w:val="15131F"/>
          <w:sz w:val="21"/>
        </w:rPr>
        <w:t>Ми повернули [18 $], які ви заплатили за доставку за 2 дні, бо не доставили вчасно. Кошти з’являться на вашій картці протягом [5–10] робочих днів.</w:t>
      </w:r>
    </w:p>
    <w:p>
      <w:pPr>
        <w:spacing w:after="40"/>
      </w:pPr>
    </w:p>
    <w:p>
      <w:pPr>
        <w:spacing w:after="40"/>
      </w:pPr>
      <w:r>
        <w:rPr>
          <w:rFonts w:ascii="Calibri" w:hAnsi="Calibri" w:cs="Calibri" w:eastAsia="Calibri"/>
          <w:b/>
          <w:color w:val="15131F"/>
          <w:sz w:val="22"/>
        </w:rPr>
        <w:t>8.2 Друга затримка або зірвана дата, яка мала значення</w:t>
      </w:r>
    </w:p>
    <w:p>
      <w:pPr>
        <w:spacing w:after="60"/>
      </w:pPr>
      <w:r>
        <w:rPr>
          <w:rFonts w:ascii="Calibri" w:hAnsi="Calibri" w:cs="Calibri" w:eastAsia="Calibri"/>
          <w:b/>
          <w:color w:val="6B3CF0"/>
          <w:sz w:val="21"/>
        </w:rPr>
        <w:t xml:space="preserve">Правило: </w:t>
      </w:r>
      <w:r>
        <w:rPr>
          <w:rFonts w:ascii="Calibri" w:hAnsi="Calibri" w:cs="Calibri" w:eastAsia="Calibri"/>
          <w:b w:val="0"/>
          <w:color w:val="5D5A70"/>
          <w:sz w:val="21"/>
        </w:rPr>
        <w:t>Зірвалася ваша власна нова дата, або затримка коштувала клієнту чогось конкретного (поїздка, подія, подарунок). Фіксована сума, ніколи не відсоток знижки на наступне замовлення.</w:t>
      </w:r>
    </w:p>
    <w:p>
      <w:pPr>
        <w:spacing w:after="60"/>
      </w:pPr>
      <w:r>
        <w:rPr>
          <w:rFonts w:ascii="Calibri" w:hAnsi="Calibri" w:cs="Calibri" w:eastAsia="Calibri"/>
          <w:b/>
          <w:color w:val="6B3CF0"/>
          <w:sz w:val="21"/>
        </w:rPr>
        <w:t xml:space="preserve">Скільки: </w:t>
      </w:r>
      <w:r>
        <w:rPr>
          <w:rFonts w:ascii="Calibri" w:hAnsi="Calibri" w:cs="Calibri" w:eastAsia="Calibri"/>
          <w:b w:val="0"/>
          <w:color w:val="5D5A70"/>
          <w:sz w:val="21"/>
        </w:rPr>
        <w:t>До [10]% від замовлення, не більше [25 $]. Більше погоджує власник.</w:t>
      </w:r>
    </w:p>
    <w:p>
      <w:pPr>
        <w:spacing w:after="60"/>
      </w:pPr>
      <w:r>
        <w:rPr>
          <w:rFonts w:ascii="Calibri" w:hAnsi="Calibri" w:cs="Calibri" w:eastAsia="Calibri"/>
          <w:b/>
          <w:color w:val="6B3CF0"/>
          <w:sz w:val="21"/>
        </w:rPr>
        <w:t xml:space="preserve">Фраза: </w:t>
      </w:r>
      <w:r>
        <w:rPr>
          <w:rFonts w:ascii="Calibri" w:hAnsi="Calibri" w:cs="Calibri" w:eastAsia="Calibri"/>
          <w:b w:val="0"/>
          <w:color w:val="15131F"/>
          <w:sz w:val="21"/>
        </w:rPr>
        <w:t>Я знаю, що це було до [їхня дата]. Ми нарахували [15 $] бонусів на ваш рахунок: без промокоду, і вони не згорають. Мені шкода, що ми не встигли до цієї дати.</w:t>
      </w:r>
    </w:p>
    <w:p>
      <w:pPr>
        <w:spacing w:after="40"/>
      </w:pPr>
    </w:p>
    <w:p>
      <w:pPr>
        <w:spacing w:after="40"/>
      </w:pPr>
      <w:r>
        <w:rPr>
          <w:rFonts w:ascii="Calibri" w:hAnsi="Calibri" w:cs="Calibri" w:eastAsia="Calibri"/>
          <w:b/>
          <w:color w:val="15131F"/>
          <w:sz w:val="22"/>
        </w:rPr>
        <w:t>8.3 Погода, митниця або посилка, що прибула в межах вашого плану</w:t>
      </w:r>
    </w:p>
    <w:p>
      <w:pPr>
        <w:spacing w:after="60"/>
      </w:pPr>
      <w:r>
        <w:rPr>
          <w:rFonts w:ascii="Calibri" w:hAnsi="Calibri" w:cs="Calibri" w:eastAsia="Calibri"/>
          <w:b/>
          <w:color w:val="6B3CF0"/>
          <w:sz w:val="21"/>
        </w:rPr>
        <w:t xml:space="preserve">Правило: </w:t>
      </w:r>
      <w:r>
        <w:rPr>
          <w:rFonts w:ascii="Calibri" w:hAnsi="Calibri" w:cs="Calibri" w:eastAsia="Calibri"/>
          <w:b w:val="0"/>
          <w:color w:val="5D5A70"/>
          <w:sz w:val="21"/>
        </w:rPr>
        <w:t>Без жесту. Чесне попередження, дотримане оновлення й доставлена посилка — це і є рішення. Знижка тут привчає клієнтів чекати грошей за кожен повільний тиждень.</w:t>
      </w:r>
    </w:p>
    <w:p>
      <w:pPr>
        <w:spacing w:after="60"/>
      </w:pPr>
      <w:r>
        <w:rPr>
          <w:rFonts w:ascii="Calibri" w:hAnsi="Calibri" w:cs="Calibri" w:eastAsia="Calibri"/>
          <w:b/>
          <w:color w:val="6B3CF0"/>
          <w:sz w:val="21"/>
        </w:rPr>
        <w:t xml:space="preserve">Натомість: </w:t>
      </w:r>
      <w:r>
        <w:rPr>
          <w:rFonts w:ascii="Calibri" w:hAnsi="Calibri" w:cs="Calibri" w:eastAsia="Calibri"/>
          <w:b w:val="0"/>
          <w:color w:val="5D5A70"/>
          <w:sz w:val="21"/>
        </w:rPr>
        <w:t>Коротка подяка після доставки: шаблони «Листи подяки».</w:t>
      </w:r>
    </w:p>
    <w:p>
      <w:pPr>
        <w:spacing w:after="60"/>
      </w:pPr>
      <w:r>
        <w:rPr>
          <w:rFonts w:ascii="Calibri" w:hAnsi="Calibri" w:cs="Calibri" w:eastAsia="Calibri"/>
          <w:b/>
          <w:color w:val="6B3CF0"/>
          <w:sz w:val="21"/>
        </w:rPr>
        <w:t xml:space="preserve">Фраза: </w:t>
      </w:r>
      <w:r>
        <w:rPr>
          <w:rFonts w:ascii="Calibri" w:hAnsi="Calibri" w:cs="Calibri" w:eastAsia="Calibri"/>
          <w:b w:val="0"/>
          <w:color w:val="15131F"/>
          <w:sz w:val="21"/>
        </w:rPr>
        <w:t>Дякуємо за терпіння, поки перевізник надолужував. Якщо із замовленням щось не так, напишіть у відповідь, і я особисто все владнаю.</w:t>
      </w:r>
    </w:p>
    <w:p>
      <w:pPr>
        <w:spacing w:after="40"/>
      </w:pPr>
    </w:p>
    <w:p>
      <w:pPr>
        <w:spacing w:after="60"/>
      </w:pPr>
      <w:r>
        <w:rPr>
          <w:rFonts w:ascii="Calibri" w:hAnsi="Calibri" w:cs="Calibri" w:eastAsia="Calibri"/>
          <w:b/>
          <w:color w:val="6B3CF0"/>
          <w:sz w:val="21"/>
        </w:rPr>
        <w:t xml:space="preserve">Записуйте кожен жест: </w:t>
      </w:r>
      <w:r>
        <w:rPr>
          <w:rFonts w:ascii="Calibri" w:hAnsi="Calibri" w:cs="Calibri" w:eastAsia="Calibri"/>
          <w:b w:val="0"/>
          <w:color w:val="5D5A70"/>
          <w:sz w:val="21"/>
        </w:rPr>
        <w:t>Запишіть суму й причину в журнал затриманих замовлень. Якщо одна причина з’їдає більшість грошей на жести, виправте цю причину замість того, щоб платити за неї щомісяця.</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Відсоток знижки на наступне замовлення, Жест замість повернення, про яке просили, Жест, якого ніхто не записав</w:t>
      </w:r>
    </w:p>
    <w:p>
      <w:pPr>
        <w:spacing w:after="160"/>
      </w:pPr>
    </w:p>
    <w:p>
      <w:pPr>
        <w:spacing w:after="80"/>
      </w:pPr>
      <w:r>
        <w:rPr>
          <w:rFonts w:ascii="Calibri" w:hAnsi="Calibri" w:cs="Calibri" w:eastAsia="Calibri"/>
          <w:b/>
          <w:color w:val="15131F"/>
          <w:sz w:val="28"/>
        </w:rPr>
        <w:t>Приклад: Посилка «за 2 дні» йшла тиждень: усе вирішили до того, як клієнт запитав</w:t>
      </w:r>
    </w:p>
    <w:p>
      <w:pPr>
        <w:spacing w:after="120"/>
      </w:pPr>
      <w:r>
        <w:rPr>
          <w:rFonts w:ascii="Calibri" w:hAnsi="Calibri" w:cs="Calibri" w:eastAsia="Calibri"/>
          <w:b w:val="0"/>
          <w:color w:val="5D5A70"/>
          <w:sz w:val="21"/>
        </w:rPr>
        <w:t>Sablewood Outdoor Gear, вигаданий інтернет-магазин спорядження для кемпінгу й походів, користується цими шаблонами листів про затримку доставки. Керівниця підтримки Хана Соренсен веде замовлення SW-31877 Джерома Паттерсона: намет і туристичний килимок, 418 $ плюс 18 $ за доставку за 2 дні, відправлено в понеділок, 5 жовтня 2026, з обіцяною доставкою в середу, 7 жовтня.</w:t>
      </w:r>
    </w:p>
    <w:p>
      <w:pPr>
        <w:spacing w:after="60"/>
      </w:pPr>
      <w:r>
        <w:rPr>
          <w:rFonts w:ascii="Calibri" w:hAnsi="Calibri" w:cs="Calibri" w:eastAsia="Calibri"/>
          <w:b/>
          <w:color w:val="6B3CF0"/>
          <w:sz w:val="21"/>
        </w:rPr>
        <w:t xml:space="preserve">Хана (підтримка): </w:t>
      </w:r>
      <w:r>
        <w:rPr>
          <w:rFonts w:ascii="Calibri" w:hAnsi="Calibri" w:cs="Calibri" w:eastAsia="Calibri"/>
          <w:b w:val="0"/>
          <w:color w:val="15131F"/>
          <w:sz w:val="21"/>
        </w:rPr>
        <w:t>Ср, 7 жовт., 09:20, лист: Вітаю, Джероме! Ваше замовлення SW-31877 не прибуде сьогодні, як ми обіцяли. Мені шкода. Посилка виїхала від нас у понеділок, і перевізник показує її в регіональному сортувальному центрі з вівторка, 03:40. Нова орієнтовна дата від перевізника — п’ятниця, 9 жовтня. Якщо до понеділка, 12 жовтня, посилка не прибуде, я надішлю заміну експрес-доставкою або поверну повну суму, як вам зручніше. Наступне оновлення від мене: у п’ятницю до 17:00, або раніше, якщо статус відстеження зміниться. Хана Соренсен, Sablewood Outdoor Gear</w:t>
      </w:r>
    </w:p>
    <w:p>
      <w:pPr>
        <w:spacing w:after="60"/>
      </w:pPr>
      <w:r>
        <w:rPr>
          <w:rFonts w:ascii="Calibri" w:hAnsi="Calibri" w:cs="Calibri" w:eastAsia="Calibri"/>
          <w:b/>
          <w:color w:val="6B3CF0"/>
          <w:sz w:val="21"/>
        </w:rPr>
        <w:t xml:space="preserve">Джером (клієнт): </w:t>
      </w:r>
      <w:r>
        <w:rPr>
          <w:rFonts w:ascii="Calibri" w:hAnsi="Calibri" w:cs="Calibri" w:eastAsia="Calibri"/>
          <w:b w:val="0"/>
          <w:color w:val="15131F"/>
          <w:sz w:val="21"/>
        </w:rPr>
        <w:t>Ср, 7 жовт., 10:05, лист: Дякую, що повідомили, перш ніж я запитав. Намет потрібен мені до п’ятниці, 16 жовтня: 17-го я їду в похід.</w:t>
      </w:r>
    </w:p>
    <w:p>
      <w:pPr>
        <w:spacing w:after="60"/>
      </w:pPr>
      <w:r>
        <w:rPr>
          <w:rFonts w:ascii="Calibri" w:hAnsi="Calibri" w:cs="Calibri" w:eastAsia="Calibri"/>
          <w:b/>
          <w:color w:val="6B3CF0"/>
          <w:sz w:val="21"/>
        </w:rPr>
        <w:t xml:space="preserve">Хана (підтримка): </w:t>
      </w:r>
      <w:r>
        <w:rPr>
          <w:rFonts w:ascii="Calibri" w:hAnsi="Calibri" w:cs="Calibri" w:eastAsia="Calibri"/>
          <w:b w:val="0"/>
          <w:color w:val="15131F"/>
          <w:sz w:val="21"/>
        </w:rPr>
        <w:t>Ср, 7 жовт., 10:30, лист: Зрозуміло, п’ятниця, 16 жовтня — головна дата. Гранична дата очікування лишається понеділок, 12 жовтня: якщо до того часу посилки у вас не буде, заміна виїде у вівторок експрес-доставкою й прибуде до четверга, 15 жовтня. Я також повернула 18 $, які ви заплатили за доставку за 2 дні, бо ми не доставили вчасно.</w:t>
      </w:r>
    </w:p>
    <w:p>
      <w:pPr>
        <w:spacing w:after="60"/>
      </w:pPr>
      <w:r>
        <w:rPr>
          <w:rFonts w:ascii="Calibri" w:hAnsi="Calibri" w:cs="Calibri" w:eastAsia="Calibri"/>
          <w:b/>
          <w:color w:val="6B3CF0"/>
          <w:sz w:val="21"/>
        </w:rPr>
        <w:t xml:space="preserve">Хана (підтримка): </w:t>
      </w:r>
      <w:r>
        <w:rPr>
          <w:rFonts w:ascii="Calibri" w:hAnsi="Calibri" w:cs="Calibri" w:eastAsia="Calibri"/>
          <w:b w:val="0"/>
          <w:color w:val="15131F"/>
          <w:sz w:val="21"/>
        </w:rPr>
        <w:t>Пт, 9 жовт., 16:40, лист: Новини щодо SW-31877: сьогодні вранці посилка виїхала із сортувального центру, і перевізник тепер називає понеділок, 12 жовтня. План не змінюється. Наступне оновлення в понеділок до 10:00.</w:t>
      </w:r>
    </w:p>
    <w:p>
      <w:pPr>
        <w:spacing w:after="60"/>
      </w:pPr>
      <w:r>
        <w:rPr>
          <w:rFonts w:ascii="Calibri" w:hAnsi="Calibri" w:cs="Calibri" w:eastAsia="Calibri"/>
          <w:b/>
          <w:color w:val="6B3CF0"/>
          <w:sz w:val="21"/>
        </w:rPr>
        <w:t xml:space="preserve">Джером (клієнт): </w:t>
      </w:r>
      <w:r>
        <w:rPr>
          <w:rFonts w:ascii="Calibri" w:hAnsi="Calibri" w:cs="Calibri" w:eastAsia="Calibri"/>
          <w:b w:val="0"/>
          <w:color w:val="15131F"/>
          <w:sz w:val="21"/>
        </w:rPr>
        <w:t>Сб, 10 жовт., 11:30, чат на сайті: Добрий день, є новини щодо замовлення SW-31877? У відстеженні досі понеділок.</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Цей чат не бачить відстеження перевізника в реальному часі, тому я не вгадуватиму дату. Наше правило: якщо посилка не прибула до граничної дати очікування, зазначеної в листі від Хани, ми надсилаємо заміну експрес-доставкою або повертаємо кошти, на ваш вибір. Хана перевірить відстеження в понеділок уранці й напише вам до 10:00. Передати їй ваше повідомлення?</w:t>
      </w:r>
    </w:p>
    <w:p>
      <w:pPr>
        <w:spacing w:after="60"/>
      </w:pPr>
      <w:r>
        <w:rPr>
          <w:rFonts w:ascii="Calibri" w:hAnsi="Calibri" w:cs="Calibri" w:eastAsia="Calibri"/>
          <w:b/>
          <w:color w:val="6B3CF0"/>
          <w:sz w:val="21"/>
        </w:rPr>
        <w:t xml:space="preserve">Джером (клієнт): </w:t>
      </w:r>
      <w:r>
        <w:rPr>
          <w:rFonts w:ascii="Calibri" w:hAnsi="Calibri" w:cs="Calibri" w:eastAsia="Calibri"/>
          <w:b w:val="0"/>
          <w:color w:val="15131F"/>
          <w:sz w:val="21"/>
        </w:rPr>
        <w:t>Так, будь ласка.</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Готово. Ваше повідомлення й номер замовлення SW-31877 уже в Хани.</w:t>
      </w:r>
    </w:p>
    <w:p>
      <w:pPr>
        <w:spacing w:after="60"/>
      </w:pPr>
      <w:r>
        <w:rPr>
          <w:rFonts w:ascii="Calibri" w:hAnsi="Calibri" w:cs="Calibri" w:eastAsia="Calibri"/>
          <w:b/>
          <w:color w:val="6B3CF0"/>
          <w:sz w:val="21"/>
        </w:rPr>
        <w:t xml:space="preserve">Хана (підтримка): </w:t>
      </w:r>
      <w:r>
        <w:rPr>
          <w:rFonts w:ascii="Calibri" w:hAnsi="Calibri" w:cs="Calibri" w:eastAsia="Calibri"/>
          <w:b w:val="0"/>
          <w:color w:val="15131F"/>
          <w:sz w:val="21"/>
        </w:rPr>
        <w:t>Пн, 12 жовт., 09:10, лист: Добра новина: SW-31877 о 07:52 відсканували на доставку. Якщо до кінця дня посилки у вас не буде, заміна виїде завтра експрес-доставкою, як домовлялися.</w:t>
      </w:r>
    </w:p>
    <w:p>
      <w:pPr>
        <w:spacing w:after="60"/>
      </w:pPr>
      <w:r>
        <w:rPr>
          <w:rFonts w:ascii="Calibri" w:hAnsi="Calibri" w:cs="Calibri" w:eastAsia="Calibri"/>
          <w:b/>
          <w:color w:val="6B3CF0"/>
          <w:sz w:val="21"/>
        </w:rPr>
        <w:t xml:space="preserve">Хана (підтримка): </w:t>
      </w:r>
      <w:r>
        <w:rPr>
          <w:rFonts w:ascii="Calibri" w:hAnsi="Calibri" w:cs="Calibri" w:eastAsia="Calibri"/>
          <w:b w:val="0"/>
          <w:color w:val="15131F"/>
          <w:sz w:val="21"/>
        </w:rPr>
        <w:t>Пн, 12 жовт., 17:30, лист: Відстеження показує, що SW-31877 доставлено о 14:10 до ваших дверей. Підтвердіть, будь ласка, що все прибуло в порядку. Дякую за терпіння і гарного вам походу.</w:t>
      </w:r>
    </w:p>
    <w:p>
      <w:pPr>
        <w:spacing w:after="60"/>
      </w:pPr>
      <w:r>
        <w:rPr>
          <w:rFonts w:ascii="Calibri" w:hAnsi="Calibri" w:cs="Calibri" w:eastAsia="Calibri"/>
          <w:b/>
          <w:color w:val="6B3CF0"/>
          <w:sz w:val="21"/>
        </w:rPr>
        <w:t xml:space="preserve">Джером (клієнт): </w:t>
      </w:r>
      <w:r>
        <w:rPr>
          <w:rFonts w:ascii="Calibri" w:hAnsi="Calibri" w:cs="Calibri" w:eastAsia="Calibri"/>
          <w:b w:val="0"/>
          <w:color w:val="15131F"/>
          <w:sz w:val="21"/>
        </w:rPr>
        <w:t>Пн, 12 жовт., 18:05, лист: Отримав, усе гаразд. Дякую, що тримали в курсі.</w:t>
      </w:r>
    </w:p>
    <w:p>
      <w:pPr>
        <w:spacing w:after="80"/>
      </w:pPr>
    </w:p>
    <w:p>
      <w:pPr>
        <w:spacing w:after="80"/>
      </w:pPr>
      <w:r>
        <w:rPr>
          <w:rFonts w:ascii="Calibri" w:hAnsi="Calibri" w:cs="Calibri" w:eastAsia="Calibri"/>
          <w:b/>
          <w:color w:val="15131F"/>
          <w:sz w:val="24"/>
        </w:rPr>
        <w:t>Журнал затриманих замовлень: SW-31877</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Замовлення</w:t>
            </w:r>
          </w:p>
        </w:tc>
        <w:tc>
          <w:tcPr>
            <w:tcW w:type="dxa" w:w="4986"/>
          </w:tcPr>
          <w:p>
            <w:r/>
            <w:r>
              <w:rPr>
                <w:rFonts w:ascii="Calibri" w:hAnsi="Calibri" w:cs="Calibri" w:eastAsia="Calibri"/>
                <w:b w:val="0"/>
                <w:color w:val="15131F"/>
                <w:sz w:val="19"/>
              </w:rPr>
              <w:t>SW-31877, намет і килимок, 418 $</w:t>
            </w:r>
          </w:p>
        </w:tc>
      </w:tr>
      <w:tr>
        <w:tc>
          <w:tcPr>
            <w:tcW w:type="dxa" w:w="4986"/>
          </w:tcPr>
          <w:p>
            <w:r/>
            <w:r>
              <w:rPr>
                <w:rFonts w:ascii="Calibri" w:hAnsi="Calibri" w:cs="Calibri" w:eastAsia="Calibri"/>
                <w:b/>
                <w:color w:val="15131F"/>
                <w:sz w:val="19"/>
              </w:rPr>
              <w:t>Перевізник, послуга</w:t>
            </w:r>
          </w:p>
        </w:tc>
        <w:tc>
          <w:tcPr>
            <w:tcW w:type="dxa" w:w="4986"/>
          </w:tcPr>
          <w:p>
            <w:r/>
            <w:r>
              <w:rPr>
                <w:rFonts w:ascii="Calibri" w:hAnsi="Calibri" w:cs="Calibri" w:eastAsia="Calibri"/>
                <w:b w:val="0"/>
                <w:color w:val="15131F"/>
                <w:sz w:val="19"/>
              </w:rPr>
              <w:t>Перевізник, доставка за 2 дні, 18 $</w:t>
            </w:r>
          </w:p>
        </w:tc>
      </w:tr>
      <w:tr>
        <w:tc>
          <w:tcPr>
            <w:tcW w:type="dxa" w:w="4986"/>
          </w:tcPr>
          <w:p>
            <w:r/>
            <w:r>
              <w:rPr>
                <w:rFonts w:ascii="Calibri" w:hAnsi="Calibri" w:cs="Calibri" w:eastAsia="Calibri"/>
                <w:b/>
                <w:color w:val="15131F"/>
                <w:sz w:val="19"/>
              </w:rPr>
              <w:t>Обіцяно</w:t>
            </w:r>
          </w:p>
        </w:tc>
        <w:tc>
          <w:tcPr>
            <w:tcW w:type="dxa" w:w="4986"/>
          </w:tcPr>
          <w:p>
            <w:r/>
            <w:r>
              <w:rPr>
                <w:rFonts w:ascii="Calibri" w:hAnsi="Calibri" w:cs="Calibri" w:eastAsia="Calibri"/>
                <w:b w:val="0"/>
                <w:color w:val="15131F"/>
                <w:sz w:val="19"/>
              </w:rPr>
              <w:t>Ср, 7 жовт.</w:t>
            </w:r>
          </w:p>
        </w:tc>
      </w:tr>
      <w:tr>
        <w:tc>
          <w:tcPr>
            <w:tcW w:type="dxa" w:w="4986"/>
          </w:tcPr>
          <w:p>
            <w:r/>
            <w:r>
              <w:rPr>
                <w:rFonts w:ascii="Calibri" w:hAnsi="Calibri" w:cs="Calibri" w:eastAsia="Calibri"/>
                <w:b/>
                <w:color w:val="15131F"/>
                <w:sz w:val="19"/>
              </w:rPr>
              <w:t>Причина</w:t>
            </w:r>
          </w:p>
        </w:tc>
        <w:tc>
          <w:tcPr>
            <w:tcW w:type="dxa" w:w="4986"/>
          </w:tcPr>
          <w:p>
            <w:r/>
            <w:r>
              <w:rPr>
                <w:rFonts w:ascii="Calibri" w:hAnsi="Calibri" w:cs="Calibri" w:eastAsia="Calibri"/>
                <w:b w:val="0"/>
                <w:color w:val="15131F"/>
                <w:sz w:val="19"/>
              </w:rPr>
              <w:t>Затримка в перевізника, у сортувальному центрі</w:t>
            </w:r>
          </w:p>
        </w:tc>
      </w:tr>
      <w:tr>
        <w:tc>
          <w:tcPr>
            <w:tcW w:type="dxa" w:w="4986"/>
          </w:tcPr>
          <w:p>
            <w:r/>
            <w:r>
              <w:rPr>
                <w:rFonts w:ascii="Calibri" w:hAnsi="Calibri" w:cs="Calibri" w:eastAsia="Calibri"/>
                <w:b/>
                <w:color w:val="15131F"/>
                <w:sz w:val="19"/>
              </w:rPr>
              <w:t>Попередження надіслано</w:t>
            </w:r>
          </w:p>
        </w:tc>
        <w:tc>
          <w:tcPr>
            <w:tcW w:type="dxa" w:w="4986"/>
          </w:tcPr>
          <w:p>
            <w:r/>
            <w:r>
              <w:rPr>
                <w:rFonts w:ascii="Calibri" w:hAnsi="Calibri" w:cs="Calibri" w:eastAsia="Calibri"/>
                <w:b w:val="0"/>
                <w:color w:val="15131F"/>
                <w:sz w:val="19"/>
              </w:rPr>
              <w:t>Ср, 7 жовт., 09:20, до того, як він запитав</w:t>
            </w:r>
          </w:p>
        </w:tc>
      </w:tr>
      <w:tr>
        <w:tc>
          <w:tcPr>
            <w:tcW w:type="dxa" w:w="4986"/>
          </w:tcPr>
          <w:p>
            <w:r/>
            <w:r>
              <w:rPr>
                <w:rFonts w:ascii="Calibri" w:hAnsi="Calibri" w:cs="Calibri" w:eastAsia="Calibri"/>
                <w:b/>
                <w:color w:val="15131F"/>
                <w:sz w:val="19"/>
              </w:rPr>
              <w:t>Нова дата</w:t>
            </w:r>
          </w:p>
        </w:tc>
        <w:tc>
          <w:tcPr>
            <w:tcW w:type="dxa" w:w="4986"/>
          </w:tcPr>
          <w:p>
            <w:r/>
            <w:r>
              <w:rPr>
                <w:rFonts w:ascii="Calibri" w:hAnsi="Calibri" w:cs="Calibri" w:eastAsia="Calibri"/>
                <w:b w:val="0"/>
                <w:color w:val="15131F"/>
                <w:sz w:val="19"/>
              </w:rPr>
              <w:t>Пт, 9 жовт., потім пн, 12 жовт.</w:t>
            </w:r>
          </w:p>
        </w:tc>
      </w:tr>
      <w:tr>
        <w:tc>
          <w:tcPr>
            <w:tcW w:type="dxa" w:w="4986"/>
          </w:tcPr>
          <w:p>
            <w:r/>
            <w:r>
              <w:rPr>
                <w:rFonts w:ascii="Calibri" w:hAnsi="Calibri" w:cs="Calibri" w:eastAsia="Calibri"/>
                <w:b/>
                <w:color w:val="15131F"/>
                <w:sz w:val="19"/>
              </w:rPr>
              <w:t>Гранична дата очікування</w:t>
            </w:r>
          </w:p>
        </w:tc>
        <w:tc>
          <w:tcPr>
            <w:tcW w:type="dxa" w:w="4986"/>
          </w:tcPr>
          <w:p>
            <w:r/>
            <w:r>
              <w:rPr>
                <w:rFonts w:ascii="Calibri" w:hAnsi="Calibri" w:cs="Calibri" w:eastAsia="Calibri"/>
                <w:b w:val="0"/>
                <w:color w:val="15131F"/>
                <w:sz w:val="19"/>
              </w:rPr>
              <w:t>Пн, 12 жовт.</w:t>
            </w:r>
          </w:p>
        </w:tc>
      </w:tr>
      <w:tr>
        <w:tc>
          <w:tcPr>
            <w:tcW w:type="dxa" w:w="4986"/>
          </w:tcPr>
          <w:p>
            <w:r/>
            <w:r>
              <w:rPr>
                <w:rFonts w:ascii="Calibri" w:hAnsi="Calibri" w:cs="Calibri" w:eastAsia="Calibri"/>
                <w:b/>
                <w:color w:val="15131F"/>
                <w:sz w:val="19"/>
              </w:rPr>
              <w:t>Жест</w:t>
            </w:r>
          </w:p>
        </w:tc>
        <w:tc>
          <w:tcPr>
            <w:tcW w:type="dxa" w:w="4986"/>
          </w:tcPr>
          <w:p>
            <w:r/>
            <w:r>
              <w:rPr>
                <w:rFonts w:ascii="Calibri" w:hAnsi="Calibri" w:cs="Calibri" w:eastAsia="Calibri"/>
                <w:b w:val="0"/>
                <w:color w:val="15131F"/>
                <w:sz w:val="19"/>
              </w:rPr>
              <w:t>Повернено плату за доставку 18 $</w:t>
            </w:r>
          </w:p>
        </w:tc>
      </w:tr>
      <w:tr>
        <w:tc>
          <w:tcPr>
            <w:tcW w:type="dxa" w:w="4986"/>
          </w:tcPr>
          <w:p>
            <w:r/>
            <w:r>
              <w:rPr>
                <w:rFonts w:ascii="Calibri" w:hAnsi="Calibri" w:cs="Calibri" w:eastAsia="Calibri"/>
                <w:b/>
                <w:color w:val="15131F"/>
                <w:sz w:val="19"/>
              </w:rPr>
              <w:t>Результат</w:t>
            </w:r>
          </w:p>
        </w:tc>
        <w:tc>
          <w:tcPr>
            <w:tcW w:type="dxa" w:w="4986"/>
          </w:tcPr>
          <w:p>
            <w:r/>
            <w:r>
              <w:rPr>
                <w:rFonts w:ascii="Calibri" w:hAnsi="Calibri" w:cs="Calibri" w:eastAsia="Calibri"/>
                <w:b w:val="0"/>
                <w:color w:val="15131F"/>
                <w:sz w:val="19"/>
              </w:rPr>
              <w:t>Доставлено пн, 12 жовт., на 5 днів пізніше</w:t>
            </w:r>
          </w:p>
        </w:tc>
      </w:tr>
    </w:tbl>
    <w:p/>
    <w:p>
      <w:pPr>
        <w:spacing w:after="80"/>
      </w:pPr>
      <w:r>
        <w:rPr>
          <w:rFonts w:ascii="Calibri" w:hAnsi="Calibri" w:cs="Calibri" w:eastAsia="Calibri"/>
          <w:b/>
          <w:color w:val="15131F"/>
          <w:sz w:val="24"/>
        </w:rPr>
        <w:t>Кожне повідомлення, 7–12 жовтня</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Коли</w:t>
            </w:r>
          </w:p>
        </w:tc>
        <w:tc>
          <w:tcPr>
            <w:tcW w:type="dxa" w:w="3324"/>
            <w:shd w:val="clear" w:color="auto" w:fill="EFE9FF"/>
          </w:tcPr>
          <w:p>
            <w:r/>
            <w:r>
              <w:rPr>
                <w:rFonts w:ascii="Calibri" w:hAnsi="Calibri" w:cs="Calibri" w:eastAsia="Calibri"/>
                <w:b/>
                <w:color w:val="15131F"/>
                <w:sz w:val="19"/>
              </w:rPr>
              <w:t>Повідомлення</w:t>
            </w:r>
          </w:p>
        </w:tc>
        <w:tc>
          <w:tcPr>
            <w:tcW w:type="dxa" w:w="3324"/>
            <w:shd w:val="clear" w:color="auto" w:fill="EFE9FF"/>
          </w:tcPr>
          <w:p>
            <w:r/>
            <w:r>
              <w:rPr>
                <w:rFonts w:ascii="Calibri" w:hAnsi="Calibri" w:cs="Calibri" w:eastAsia="Calibri"/>
                <w:b/>
                <w:color w:val="15131F"/>
                <w:sz w:val="19"/>
              </w:rPr>
              <w:t>Канал</w:t>
            </w:r>
          </w:p>
        </w:tc>
      </w:tr>
      <w:tr>
        <w:tc>
          <w:tcPr>
            <w:tcW w:type="dxa" w:w="3324"/>
          </w:tcPr>
          <w:p>
            <w:r/>
            <w:r>
              <w:rPr>
                <w:rFonts w:ascii="Calibri" w:hAnsi="Calibri" w:cs="Calibri" w:eastAsia="Calibri"/>
                <w:b w:val="0"/>
                <w:color w:val="15131F"/>
                <w:sz w:val="19"/>
              </w:rPr>
              <w:t>Ср, 7 жовт., 09:20</w:t>
            </w:r>
          </w:p>
        </w:tc>
        <w:tc>
          <w:tcPr>
            <w:tcW w:type="dxa" w:w="3324"/>
          </w:tcPr>
          <w:p>
            <w:r/>
            <w:r>
              <w:rPr>
                <w:rFonts w:ascii="Calibri" w:hAnsi="Calibri" w:cs="Calibri" w:eastAsia="Calibri"/>
                <w:b w:val="0"/>
                <w:color w:val="15131F"/>
                <w:sz w:val="19"/>
              </w:rPr>
              <w:t>Попередження, до того, як він запитав</w:t>
            </w:r>
          </w:p>
        </w:tc>
        <w:tc>
          <w:tcPr>
            <w:tcW w:type="dxa" w:w="3324"/>
          </w:tcPr>
          <w:p>
            <w:r/>
            <w:r>
              <w:rPr>
                <w:rFonts w:ascii="Calibri" w:hAnsi="Calibri" w:cs="Calibri" w:eastAsia="Calibri"/>
                <w:b w:val="0"/>
                <w:color w:val="15131F"/>
                <w:sz w:val="19"/>
              </w:rPr>
              <w:t>Лист</w:t>
            </w:r>
          </w:p>
        </w:tc>
      </w:tr>
      <w:tr>
        <w:tc>
          <w:tcPr>
            <w:tcW w:type="dxa" w:w="3324"/>
          </w:tcPr>
          <w:p>
            <w:r/>
            <w:r>
              <w:rPr>
                <w:rFonts w:ascii="Calibri" w:hAnsi="Calibri" w:cs="Calibri" w:eastAsia="Calibri"/>
                <w:b w:val="0"/>
                <w:color w:val="15131F"/>
                <w:sz w:val="19"/>
              </w:rPr>
              <w:t>Ср, 7 жовт., 10:30</w:t>
            </w:r>
          </w:p>
        </w:tc>
        <w:tc>
          <w:tcPr>
            <w:tcW w:type="dxa" w:w="3324"/>
          </w:tcPr>
          <w:p>
            <w:r/>
            <w:r>
              <w:rPr>
                <w:rFonts w:ascii="Calibri" w:hAnsi="Calibri" w:cs="Calibri" w:eastAsia="Calibri"/>
                <w:b w:val="0"/>
                <w:color w:val="15131F"/>
                <w:sz w:val="19"/>
              </w:rPr>
              <w:t>Його дату записано, 18 $ повернено</w:t>
            </w:r>
          </w:p>
        </w:tc>
        <w:tc>
          <w:tcPr>
            <w:tcW w:type="dxa" w:w="3324"/>
          </w:tcPr>
          <w:p>
            <w:r/>
            <w:r>
              <w:rPr>
                <w:rFonts w:ascii="Calibri" w:hAnsi="Calibri" w:cs="Calibri" w:eastAsia="Calibri"/>
                <w:b w:val="0"/>
                <w:color w:val="15131F"/>
                <w:sz w:val="19"/>
              </w:rPr>
              <w:t>Лист</w:t>
            </w:r>
          </w:p>
        </w:tc>
      </w:tr>
      <w:tr>
        <w:tc>
          <w:tcPr>
            <w:tcW w:type="dxa" w:w="3324"/>
          </w:tcPr>
          <w:p>
            <w:r/>
            <w:r>
              <w:rPr>
                <w:rFonts w:ascii="Calibri" w:hAnsi="Calibri" w:cs="Calibri" w:eastAsia="Calibri"/>
                <w:b w:val="0"/>
                <w:color w:val="15131F"/>
                <w:sz w:val="19"/>
              </w:rPr>
              <w:t>Пт, 9 жовт., 16:40</w:t>
            </w:r>
          </w:p>
        </w:tc>
        <w:tc>
          <w:tcPr>
            <w:tcW w:type="dxa" w:w="3324"/>
          </w:tcPr>
          <w:p>
            <w:r/>
            <w:r>
              <w:rPr>
                <w:rFonts w:ascii="Calibri" w:hAnsi="Calibri" w:cs="Calibri" w:eastAsia="Calibri"/>
                <w:b w:val="0"/>
                <w:color w:val="15131F"/>
                <w:sz w:val="19"/>
              </w:rPr>
              <w:t>Знову в дорозі, пн, 12 жовт.</w:t>
            </w:r>
          </w:p>
        </w:tc>
        <w:tc>
          <w:tcPr>
            <w:tcW w:type="dxa" w:w="3324"/>
          </w:tcPr>
          <w:p>
            <w:r/>
            <w:r>
              <w:rPr>
                <w:rFonts w:ascii="Calibri" w:hAnsi="Calibri" w:cs="Calibri" w:eastAsia="Calibri"/>
                <w:b w:val="0"/>
                <w:color w:val="15131F"/>
                <w:sz w:val="19"/>
              </w:rPr>
              <w:t>Лист</w:t>
            </w:r>
          </w:p>
        </w:tc>
      </w:tr>
      <w:tr>
        <w:tc>
          <w:tcPr>
            <w:tcW w:type="dxa" w:w="3324"/>
          </w:tcPr>
          <w:p>
            <w:r/>
            <w:r>
              <w:rPr>
                <w:rFonts w:ascii="Calibri" w:hAnsi="Calibri" w:cs="Calibri" w:eastAsia="Calibri"/>
                <w:b w:val="0"/>
                <w:color w:val="15131F"/>
                <w:sz w:val="19"/>
              </w:rPr>
              <w:t>Сб, 10 жовт., 11:30</w:t>
            </w:r>
          </w:p>
        </w:tc>
        <w:tc>
          <w:tcPr>
            <w:tcW w:type="dxa" w:w="3324"/>
          </w:tcPr>
          <w:p>
            <w:r/>
            <w:r>
              <w:rPr>
                <w:rFonts w:ascii="Calibri" w:hAnsi="Calibri" w:cs="Calibri" w:eastAsia="Calibri"/>
                <w:b w:val="0"/>
                <w:color w:val="15131F"/>
                <w:sz w:val="19"/>
              </w:rPr>
              <w:t>AI-агент, передано Хані</w:t>
            </w:r>
          </w:p>
        </w:tc>
        <w:tc>
          <w:tcPr>
            <w:tcW w:type="dxa" w:w="3324"/>
          </w:tcPr>
          <w:p>
            <w:r/>
            <w:r>
              <w:rPr>
                <w:rFonts w:ascii="Calibri" w:hAnsi="Calibri" w:cs="Calibri" w:eastAsia="Calibri"/>
                <w:b w:val="0"/>
                <w:color w:val="15131F"/>
                <w:sz w:val="19"/>
              </w:rPr>
              <w:t>Чат</w:t>
            </w:r>
          </w:p>
        </w:tc>
      </w:tr>
      <w:tr>
        <w:tc>
          <w:tcPr>
            <w:tcW w:type="dxa" w:w="3324"/>
          </w:tcPr>
          <w:p>
            <w:r/>
            <w:r>
              <w:rPr>
                <w:rFonts w:ascii="Calibri" w:hAnsi="Calibri" w:cs="Calibri" w:eastAsia="Calibri"/>
                <w:b w:val="0"/>
                <w:color w:val="15131F"/>
                <w:sz w:val="19"/>
              </w:rPr>
              <w:t>Пн, 12 жовт., 17:30</w:t>
            </w:r>
          </w:p>
        </w:tc>
        <w:tc>
          <w:tcPr>
            <w:tcW w:type="dxa" w:w="3324"/>
          </w:tcPr>
          <w:p>
            <w:r/>
            <w:r>
              <w:rPr>
                <w:rFonts w:ascii="Calibri" w:hAnsi="Calibri" w:cs="Calibri" w:eastAsia="Calibri"/>
                <w:b w:val="0"/>
                <w:color w:val="15131F"/>
                <w:sz w:val="19"/>
              </w:rPr>
              <w:t>Доставлено, закрито</w:t>
            </w:r>
          </w:p>
        </w:tc>
        <w:tc>
          <w:tcPr>
            <w:tcW w:type="dxa" w:w="3324"/>
          </w:tcPr>
          <w:p>
            <w:r/>
            <w:r>
              <w:rPr>
                <w:rFonts w:ascii="Calibri" w:hAnsi="Calibri" w:cs="Calibri" w:eastAsia="Calibri"/>
                <w:b w:val="0"/>
                <w:color w:val="15131F"/>
                <w:sz w:val="19"/>
              </w:rPr>
              <w:t>Лист</w:t>
            </w:r>
          </w:p>
        </w:tc>
      </w:tr>
    </w:tbl>
    <w:p/>
    <w:p>
      <w:pPr>
        <w:spacing w:after="80"/>
      </w:pPr>
      <w:r>
        <w:rPr>
          <w:rFonts w:ascii="Calibri" w:hAnsi="Calibri" w:cs="Calibri" w:eastAsia="Calibri"/>
          <w:b/>
          <w:color w:val="15131F"/>
          <w:sz w:val="24"/>
        </w:rPr>
        <w:t>У CRMsoftware.pro 12 жовтня</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Онлайн-підтримка</w:t>
            </w:r>
          </w:p>
        </w:tc>
        <w:tc>
          <w:tcPr>
            <w:tcW w:type="dxa" w:w="4986"/>
          </w:tcPr>
          <w:p>
            <w:r/>
            <w:r>
              <w:rPr>
                <w:rFonts w:ascii="Calibri" w:hAnsi="Calibri" w:cs="Calibri" w:eastAsia="Calibri"/>
                <w:b w:val="0"/>
                <w:color w:val="15131F"/>
                <w:sz w:val="19"/>
              </w:rPr>
              <w:t>Чат від сб, 10 жовт.: «Очікує агента», прийнято пн, 09:05, вирішено пн, 18:10</w:t>
            </w:r>
          </w:p>
        </w:tc>
      </w:tr>
      <w:tr>
        <w:tc>
          <w:tcPr>
            <w:tcW w:type="dxa" w:w="4986"/>
          </w:tcPr>
          <w:p>
            <w:r/>
            <w:r>
              <w:rPr>
                <w:rFonts w:ascii="Calibri" w:hAnsi="Calibri" w:cs="Calibri" w:eastAsia="Calibri"/>
                <w:b/>
                <w:color w:val="15131F"/>
                <w:sz w:val="19"/>
              </w:rPr>
              <w:t>Тег розмови</w:t>
            </w:r>
          </w:p>
        </w:tc>
        <w:tc>
          <w:tcPr>
            <w:tcW w:type="dxa" w:w="4986"/>
          </w:tcPr>
          <w:p>
            <w:r/>
            <w:r>
              <w:rPr>
                <w:rFonts w:ascii="Calibri" w:hAnsi="Calibri" w:cs="Calibri" w:eastAsia="Calibri"/>
                <w:b w:val="0"/>
                <w:color w:val="15131F"/>
                <w:sz w:val="19"/>
              </w:rPr>
              <w:t>shipping-delay</w:t>
            </w:r>
          </w:p>
        </w:tc>
      </w:tr>
      <w:tr>
        <w:tc>
          <w:tcPr>
            <w:tcW w:type="dxa" w:w="4986"/>
          </w:tcPr>
          <w:p>
            <w:r/>
            <w:r>
              <w:rPr>
                <w:rFonts w:ascii="Calibri" w:hAnsi="Calibri" w:cs="Calibri" w:eastAsia="Calibri"/>
                <w:b/>
                <w:color w:val="15131F"/>
                <w:sz w:val="19"/>
              </w:rPr>
              <w:t>Нотатки в контакті</w:t>
            </w:r>
          </w:p>
        </w:tc>
        <w:tc>
          <w:tcPr>
            <w:tcW w:type="dxa" w:w="4986"/>
          </w:tcPr>
          <w:p>
            <w:r/>
            <w:r>
              <w:rPr>
                <w:rFonts w:ascii="Calibri" w:hAnsi="Calibri" w:cs="Calibri" w:eastAsia="Calibri"/>
                <w:b w:val="0"/>
                <w:color w:val="15131F"/>
                <w:sz w:val="19"/>
              </w:rPr>
              <w:t>SW-31877: у сортувальному центрі 6–9 жовт.; повернено 18 $ за доставку; доставлено 12 жовт.</w:t>
            </w:r>
          </w:p>
        </w:tc>
      </w:tr>
      <w:tr>
        <w:tc>
          <w:tcPr>
            <w:tcW w:type="dxa" w:w="4986"/>
          </w:tcPr>
          <w:p>
            <w:r/>
            <w:r>
              <w:rPr>
                <w:rFonts w:ascii="Calibri" w:hAnsi="Calibri" w:cs="Calibri" w:eastAsia="Calibri"/>
                <w:b/>
                <w:color w:val="15131F"/>
                <w:sz w:val="19"/>
              </w:rPr>
              <w:t>Завдання</w:t>
            </w:r>
          </w:p>
        </w:tc>
        <w:tc>
          <w:tcPr>
            <w:tcW w:type="dxa" w:w="4986"/>
          </w:tcPr>
          <w:p>
            <w:r/>
            <w:r>
              <w:rPr>
                <w:rFonts w:ascii="Calibri" w:hAnsi="Calibri" w:cs="Calibri" w:eastAsia="Calibri"/>
                <w:b w:val="0"/>
                <w:color w:val="15131F"/>
                <w:sz w:val="19"/>
              </w:rPr>
              <w:t>Перевірка відстеження SW-31877, дедлайн пн, 12 жовт., 09:00, виконано</w:t>
            </w:r>
          </w:p>
        </w:tc>
      </w:tr>
      <w:tr>
        <w:tc>
          <w:tcPr>
            <w:tcW w:type="dxa" w:w="4986"/>
          </w:tcPr>
          <w:p>
            <w:r/>
            <w:r>
              <w:rPr>
                <w:rFonts w:ascii="Calibri" w:hAnsi="Calibri" w:cs="Calibri" w:eastAsia="Calibri"/>
                <w:b/>
                <w:color w:val="15131F"/>
                <w:sz w:val="19"/>
              </w:rPr>
              <w:t>Використана збережена відповідь</w:t>
            </w:r>
          </w:p>
        </w:tc>
        <w:tc>
          <w:tcPr>
            <w:tcW w:type="dxa" w:w="4986"/>
          </w:tcPr>
          <w:p>
            <w:r/>
            <w:r>
              <w:rPr>
                <w:rFonts w:ascii="Calibri" w:hAnsi="Calibri" w:cs="Calibri" w:eastAsia="Calibri"/>
                <w:b w:val="0"/>
                <w:color w:val="15131F"/>
                <w:sz w:val="19"/>
              </w:rPr>
              <w:t>/delay (тариф Growth)</w:t>
            </w:r>
          </w:p>
        </w:tc>
      </w:tr>
    </w:tbl>
    <w:p/>
    <w:p>
      <w:pPr>
        <w:spacing w:after="240"/>
      </w:pPr>
      <w:r>
        <w:rPr>
          <w:rFonts w:ascii="Calibri" w:hAnsi="Calibri" w:cs="Calibri" w:eastAsia="Calibri"/>
          <w:b w:val="0"/>
          <w:color w:val="5D5A70"/>
          <w:sz w:val="18"/>
        </w:rPr>
        <w:t>Вигаданий магазин і клієнт</w:t>
      </w:r>
    </w:p>
    <w:p>
      <w:pPr>
        <w:spacing w:after="80"/>
      </w:pPr>
      <w:r>
        <w:rPr>
          <w:rFonts w:ascii="Calibri" w:hAnsi="Calibri" w:cs="Calibri" w:eastAsia="Calibri"/>
          <w:b/>
          <w:color w:val="15131F"/>
          <w:sz w:val="28"/>
        </w:rPr>
        <w:t>Який лист про затримку доставки для якої причини й коли його надсилати</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Ситуація</w:t>
            </w:r>
          </w:p>
        </w:tc>
        <w:tc>
          <w:tcPr>
            <w:tcW w:type="dxa" w:w="2493"/>
            <w:shd w:val="clear" w:color="auto" w:fill="EFE9FF"/>
          </w:tcPr>
          <w:p>
            <w:r/>
            <w:r>
              <w:rPr>
                <w:rFonts w:ascii="Calibri" w:hAnsi="Calibri" w:cs="Calibri" w:eastAsia="Calibri"/>
                <w:b/>
                <w:color w:val="15131F"/>
                <w:sz w:val="19"/>
              </w:rPr>
              <w:t>Надіслати</w:t>
            </w:r>
          </w:p>
        </w:tc>
        <w:tc>
          <w:tcPr>
            <w:tcW w:type="dxa" w:w="2493"/>
            <w:shd w:val="clear" w:color="auto" w:fill="EFE9FF"/>
          </w:tcPr>
          <w:p>
            <w:r/>
            <w:r>
              <w:rPr>
                <w:rFonts w:ascii="Calibri" w:hAnsi="Calibri" w:cs="Calibri" w:eastAsia="Calibri"/>
                <w:b/>
                <w:color w:val="15131F"/>
                <w:sz w:val="19"/>
              </w:rPr>
              <w:t>Коли</w:t>
            </w:r>
          </w:p>
        </w:tc>
        <w:tc>
          <w:tcPr>
            <w:tcW w:type="dxa" w:w="2493"/>
            <w:shd w:val="clear" w:color="auto" w:fill="EFE9FF"/>
          </w:tcPr>
          <w:p>
            <w:r/>
            <w:r>
              <w:rPr>
                <w:rFonts w:ascii="Calibri" w:hAnsi="Calibri" w:cs="Calibri" w:eastAsia="Calibri"/>
                <w:b/>
                <w:color w:val="15131F"/>
                <w:sz w:val="19"/>
              </w:rPr>
              <w:t>План Б</w:t>
            </w:r>
          </w:p>
        </w:tc>
      </w:tr>
      <w:tr>
        <w:tc>
          <w:tcPr>
            <w:tcW w:type="dxa" w:w="2493"/>
          </w:tcPr>
          <w:p>
            <w:r/>
            <w:r>
              <w:rPr>
                <w:rFonts w:ascii="Calibri" w:hAnsi="Calibri" w:cs="Calibri" w:eastAsia="Calibri"/>
                <w:b w:val="0"/>
                <w:color w:val="15131F"/>
                <w:sz w:val="19"/>
              </w:rPr>
              <w:t>Не встигне до обіцяної дати, відправлено чи ні</w:t>
            </w:r>
          </w:p>
        </w:tc>
        <w:tc>
          <w:tcPr>
            <w:tcW w:type="dxa" w:w="2493"/>
          </w:tcPr>
          <w:p>
            <w:r/>
            <w:r>
              <w:rPr>
                <w:rFonts w:ascii="Calibri" w:hAnsi="Calibri" w:cs="Calibri" w:eastAsia="Calibri"/>
                <w:b w:val="0"/>
                <w:color w:val="15131F"/>
                <w:sz w:val="19"/>
              </w:rPr>
              <w:t>Завчасне попередження (вкладка 1)</w:t>
            </w:r>
          </w:p>
        </w:tc>
        <w:tc>
          <w:tcPr>
            <w:tcW w:type="dxa" w:w="2493"/>
          </w:tcPr>
          <w:p>
            <w:r/>
            <w:r>
              <w:rPr>
                <w:rFonts w:ascii="Calibri" w:hAnsi="Calibri" w:cs="Calibri" w:eastAsia="Calibri"/>
                <w:b w:val="0"/>
                <w:color w:val="15131F"/>
                <w:sz w:val="19"/>
              </w:rPr>
              <w:t>У день, коли дізналися, до обіцяної дати</w:t>
            </w:r>
          </w:p>
        </w:tc>
        <w:tc>
          <w:tcPr>
            <w:tcW w:type="dxa" w:w="2493"/>
          </w:tcPr>
          <w:p>
            <w:r/>
            <w:r>
              <w:rPr>
                <w:rFonts w:ascii="Calibri" w:hAnsi="Calibri" w:cs="Calibri" w:eastAsia="Calibri"/>
                <w:b w:val="0"/>
                <w:color w:val="15131F"/>
                <w:sz w:val="19"/>
              </w:rPr>
              <w:t>Гранична дата очікування: заміна або повернення</w:t>
            </w:r>
          </w:p>
        </w:tc>
      </w:tr>
      <w:tr>
        <w:tc>
          <w:tcPr>
            <w:tcW w:type="dxa" w:w="2493"/>
          </w:tcPr>
          <w:p>
            <w:r/>
            <w:r>
              <w:rPr>
                <w:rFonts w:ascii="Calibri" w:hAnsi="Calibri" w:cs="Calibri" w:eastAsia="Calibri"/>
                <w:b w:val="0"/>
                <w:color w:val="15131F"/>
                <w:sz w:val="19"/>
              </w:rPr>
              <w:t>Не можете відправити до обіцяної дати відправлення</w:t>
            </w:r>
          </w:p>
        </w:tc>
        <w:tc>
          <w:tcPr>
            <w:tcW w:type="dxa" w:w="2493"/>
          </w:tcPr>
          <w:p>
            <w:r/>
            <w:r>
              <w:rPr>
                <w:rFonts w:ascii="Calibri" w:hAnsi="Calibri" w:cs="Calibri" w:eastAsia="Calibri"/>
                <w:b w:val="0"/>
                <w:color w:val="15131F"/>
                <w:sz w:val="19"/>
              </w:rPr>
              <w:t>Повідомлення про затримку постачання (вкладка 4)</w:t>
            </w:r>
          </w:p>
        </w:tc>
        <w:tc>
          <w:tcPr>
            <w:tcW w:type="dxa" w:w="2493"/>
          </w:tcPr>
          <w:p>
            <w:r/>
            <w:r>
              <w:rPr>
                <w:rFonts w:ascii="Calibri" w:hAnsi="Calibri" w:cs="Calibri" w:eastAsia="Calibri"/>
                <w:b w:val="0"/>
                <w:color w:val="15131F"/>
                <w:sz w:val="19"/>
              </w:rPr>
              <w:t>Одразу, не пізніше дати відправлення або 30-го дня</w:t>
            </w:r>
          </w:p>
        </w:tc>
        <w:tc>
          <w:tcPr>
            <w:tcW w:type="dxa" w:w="2493"/>
          </w:tcPr>
          <w:p>
            <w:r/>
            <w:r>
              <w:rPr>
                <w:rFonts w:ascii="Calibri" w:hAnsi="Calibri" w:cs="Calibri" w:eastAsia="Calibri"/>
                <w:b w:val="0"/>
                <w:color w:val="15131F"/>
                <w:sz w:val="19"/>
              </w:rPr>
              <w:t>Скасування з повним поверненням протягом 7 робочих днів</w:t>
            </w:r>
          </w:p>
        </w:tc>
      </w:tr>
      <w:tr>
        <w:tc>
          <w:tcPr>
            <w:tcW w:type="dxa" w:w="2493"/>
          </w:tcPr>
          <w:p>
            <w:r/>
            <w:r>
              <w:rPr>
                <w:rFonts w:ascii="Calibri" w:hAnsi="Calibri" w:cs="Calibri" w:eastAsia="Calibri"/>
                <w:b w:val="0"/>
                <w:color w:val="15131F"/>
                <w:sz w:val="19"/>
              </w:rPr>
              <w:t>Застрягла в сортувальному центрі, нова дата перевізника минула</w:t>
            </w:r>
          </w:p>
        </w:tc>
        <w:tc>
          <w:tcPr>
            <w:tcW w:type="dxa" w:w="2493"/>
          </w:tcPr>
          <w:p>
            <w:r/>
            <w:r>
              <w:rPr>
                <w:rFonts w:ascii="Calibri" w:hAnsi="Calibri" w:cs="Calibri" w:eastAsia="Calibri"/>
                <w:b w:val="0"/>
                <w:color w:val="15131F"/>
                <w:sz w:val="19"/>
              </w:rPr>
              <w:t>Оновлення про затримку в перевізника (вкладка 2)</w:t>
            </w:r>
          </w:p>
        </w:tc>
        <w:tc>
          <w:tcPr>
            <w:tcW w:type="dxa" w:w="2493"/>
          </w:tcPr>
          <w:p>
            <w:r/>
            <w:r>
              <w:rPr>
                <w:rFonts w:ascii="Calibri" w:hAnsi="Calibri" w:cs="Calibri" w:eastAsia="Calibri"/>
                <w:b w:val="0"/>
                <w:color w:val="15131F"/>
                <w:sz w:val="19"/>
              </w:rPr>
              <w:t>Коли мине нова дата, потім кожні 2 робочі дні</w:t>
            </w:r>
          </w:p>
        </w:tc>
        <w:tc>
          <w:tcPr>
            <w:tcW w:type="dxa" w:w="2493"/>
          </w:tcPr>
          <w:p>
            <w:r/>
            <w:r>
              <w:rPr>
                <w:rFonts w:ascii="Calibri" w:hAnsi="Calibri" w:cs="Calibri" w:eastAsia="Calibri"/>
                <w:b w:val="0"/>
                <w:color w:val="15131F"/>
                <w:sz w:val="19"/>
              </w:rPr>
              <w:t>Розшук, потім заміна або повернення</w:t>
            </w:r>
          </w:p>
        </w:tc>
      </w:tr>
      <w:tr>
        <w:tc>
          <w:tcPr>
            <w:tcW w:type="dxa" w:w="2493"/>
          </w:tcPr>
          <w:p>
            <w:r/>
            <w:r>
              <w:rPr>
                <w:rFonts w:ascii="Calibri" w:hAnsi="Calibri" w:cs="Calibri" w:eastAsia="Calibri"/>
                <w:b w:val="0"/>
                <w:color w:val="15131F"/>
                <w:sz w:val="19"/>
              </w:rPr>
              <w:t>Шторм, страйк або затримка на митниці</w:t>
            </w:r>
          </w:p>
        </w:tc>
        <w:tc>
          <w:tcPr>
            <w:tcW w:type="dxa" w:w="2493"/>
          </w:tcPr>
          <w:p>
            <w:r/>
            <w:r>
              <w:rPr>
                <w:rFonts w:ascii="Calibri" w:hAnsi="Calibri" w:cs="Calibri" w:eastAsia="Calibri"/>
                <w:b w:val="0"/>
                <w:color w:val="15131F"/>
                <w:sz w:val="19"/>
              </w:rPr>
              <w:t>Лист про погоду або митницю (вкладка 3)</w:t>
            </w:r>
          </w:p>
        </w:tc>
        <w:tc>
          <w:tcPr>
            <w:tcW w:type="dxa" w:w="2493"/>
          </w:tcPr>
          <w:p>
            <w:r/>
            <w:r>
              <w:rPr>
                <w:rFonts w:ascii="Calibri" w:hAnsi="Calibri" w:cs="Calibri" w:eastAsia="Calibri"/>
                <w:b w:val="0"/>
                <w:color w:val="15131F"/>
                <w:sz w:val="19"/>
              </w:rPr>
              <w:t>У день, коли перевізник про це повідомив</w:t>
            </w:r>
          </w:p>
        </w:tc>
        <w:tc>
          <w:tcPr>
            <w:tcW w:type="dxa" w:w="2493"/>
          </w:tcPr>
          <w:p>
            <w:r/>
            <w:r>
              <w:rPr>
                <w:rFonts w:ascii="Calibri" w:hAnsi="Calibri" w:cs="Calibri" w:eastAsia="Calibri"/>
                <w:b w:val="0"/>
                <w:color w:val="15131F"/>
                <w:sz w:val="19"/>
              </w:rPr>
              <w:t>Друга посилка іншим маршрутом або повернення</w:t>
            </w:r>
          </w:p>
        </w:tc>
      </w:tr>
      <w:tr>
        <w:tc>
          <w:tcPr>
            <w:tcW w:type="dxa" w:w="2493"/>
          </w:tcPr>
          <w:p>
            <w:r/>
            <w:r>
              <w:rPr>
                <w:rFonts w:ascii="Calibri" w:hAnsi="Calibri" w:cs="Calibri" w:eastAsia="Calibri"/>
                <w:b w:val="0"/>
                <w:color w:val="15131F"/>
                <w:sz w:val="19"/>
              </w:rPr>
              <w:t>Один товар запізнюється, решта готова</w:t>
            </w:r>
          </w:p>
        </w:tc>
        <w:tc>
          <w:tcPr>
            <w:tcW w:type="dxa" w:w="2493"/>
          </w:tcPr>
          <w:p>
            <w:r/>
            <w:r>
              <w:rPr>
                <w:rFonts w:ascii="Calibri" w:hAnsi="Calibri" w:cs="Calibri" w:eastAsia="Calibri"/>
                <w:b w:val="0"/>
                <w:color w:val="15131F"/>
                <w:sz w:val="19"/>
              </w:rPr>
              <w:t>Лист про часткову відправку (вкладка 5)</w:t>
            </w:r>
          </w:p>
        </w:tc>
        <w:tc>
          <w:tcPr>
            <w:tcW w:type="dxa" w:w="2493"/>
          </w:tcPr>
          <w:p>
            <w:r/>
            <w:r>
              <w:rPr>
                <w:rFonts w:ascii="Calibri" w:hAnsi="Calibri" w:cs="Calibri" w:eastAsia="Calibri"/>
                <w:b w:val="0"/>
                <w:color w:val="15131F"/>
                <w:sz w:val="19"/>
              </w:rPr>
              <w:t>Коли один товар запізнюється на 3 робочі дні чи більше</w:t>
            </w:r>
          </w:p>
        </w:tc>
        <w:tc>
          <w:tcPr>
            <w:tcW w:type="dxa" w:w="2493"/>
          </w:tcPr>
          <w:p>
            <w:r/>
            <w:r>
              <w:rPr>
                <w:rFonts w:ascii="Calibri" w:hAnsi="Calibri" w:cs="Calibri" w:eastAsia="Calibri"/>
                <w:b w:val="0"/>
                <w:color w:val="15131F"/>
                <w:sz w:val="19"/>
              </w:rPr>
              <w:t>Скасування запізнілого товару з поверненням</w:t>
            </w:r>
          </w:p>
        </w:tc>
      </w:tr>
      <w:tr>
        <w:tc>
          <w:tcPr>
            <w:tcW w:type="dxa" w:w="2493"/>
          </w:tcPr>
          <w:p>
            <w:r/>
            <w:r>
              <w:rPr>
                <w:rFonts w:ascii="Calibri" w:hAnsi="Calibri" w:cs="Calibri" w:eastAsia="Calibri"/>
                <w:b w:val="0"/>
                <w:color w:val="15131F"/>
                <w:sz w:val="19"/>
              </w:rPr>
              <w:t>Немає сканувань 5 робочих днів або позначено доставленим, але не отримано</w:t>
            </w:r>
          </w:p>
        </w:tc>
        <w:tc>
          <w:tcPr>
            <w:tcW w:type="dxa" w:w="2493"/>
          </w:tcPr>
          <w:p>
            <w:r/>
            <w:r>
              <w:rPr>
                <w:rFonts w:ascii="Calibri" w:hAnsi="Calibri" w:cs="Calibri" w:eastAsia="Calibri"/>
                <w:b w:val="0"/>
                <w:color w:val="15131F"/>
                <w:sz w:val="19"/>
              </w:rPr>
              <w:t>Загублено чи не отримано (вкладка 6)</w:t>
            </w:r>
          </w:p>
        </w:tc>
        <w:tc>
          <w:tcPr>
            <w:tcW w:type="dxa" w:w="2493"/>
          </w:tcPr>
          <w:p>
            <w:r/>
            <w:r>
              <w:rPr>
                <w:rFonts w:ascii="Calibri" w:hAnsi="Calibri" w:cs="Calibri" w:eastAsia="Calibri"/>
                <w:b w:val="0"/>
                <w:color w:val="15131F"/>
                <w:sz w:val="19"/>
              </w:rPr>
              <w:t>У граничну дату очікування; того ж дня, якщо позначено доставленим</w:t>
            </w:r>
          </w:p>
        </w:tc>
        <w:tc>
          <w:tcPr>
            <w:tcW w:type="dxa" w:w="2493"/>
          </w:tcPr>
          <w:p>
            <w:r/>
            <w:r>
              <w:rPr>
                <w:rFonts w:ascii="Calibri" w:hAnsi="Calibri" w:cs="Calibri" w:eastAsia="Calibri"/>
                <w:b w:val="0"/>
                <w:color w:val="15131F"/>
                <w:sz w:val="19"/>
              </w:rPr>
              <w:t>Заміна експрес-доставкою або повернення, на їхній вибір</w:t>
            </w:r>
          </w:p>
        </w:tc>
      </w:tr>
      <w:tr>
        <w:tc>
          <w:tcPr>
            <w:tcW w:type="dxa" w:w="2493"/>
          </w:tcPr>
          <w:p>
            <w:r/>
            <w:r>
              <w:rPr>
                <w:rFonts w:ascii="Calibri" w:hAnsi="Calibri" w:cs="Calibri" w:eastAsia="Calibri"/>
                <w:b w:val="0"/>
                <w:color w:val="15131F"/>
                <w:sz w:val="19"/>
              </w:rPr>
              <w:t>Клієнт написав перший</w:t>
            </w:r>
          </w:p>
        </w:tc>
        <w:tc>
          <w:tcPr>
            <w:tcW w:type="dxa" w:w="2493"/>
          </w:tcPr>
          <w:p>
            <w:r/>
            <w:r>
              <w:rPr>
                <w:rFonts w:ascii="Calibri" w:hAnsi="Calibri" w:cs="Calibri" w:eastAsia="Calibri"/>
                <w:b w:val="0"/>
                <w:color w:val="15131F"/>
                <w:sz w:val="19"/>
              </w:rPr>
              <w:t>Відповідь на «де моє замовлення» (вкладка 7)</w:t>
            </w:r>
          </w:p>
        </w:tc>
        <w:tc>
          <w:tcPr>
            <w:tcW w:type="dxa" w:w="2493"/>
          </w:tcPr>
          <w:p>
            <w:r/>
            <w:r>
              <w:rPr>
                <w:rFonts w:ascii="Calibri" w:hAnsi="Calibri" w:cs="Calibri" w:eastAsia="Calibri"/>
                <w:b w:val="0"/>
                <w:color w:val="15131F"/>
                <w:sz w:val="19"/>
              </w:rPr>
              <w:t>Протягом 1 робочої години</w:t>
            </w:r>
          </w:p>
        </w:tc>
        <w:tc>
          <w:tcPr>
            <w:tcW w:type="dxa" w:w="2493"/>
          </w:tcPr>
          <w:p>
            <w:r/>
            <w:r>
              <w:rPr>
                <w:rFonts w:ascii="Calibri" w:hAnsi="Calibri" w:cs="Calibri" w:eastAsia="Calibri"/>
                <w:b w:val="0"/>
                <w:color w:val="15131F"/>
                <w:sz w:val="19"/>
              </w:rPr>
              <w:t>Те саме, що вище, записано як «запитав першим»</w:t>
            </w:r>
          </w:p>
        </w:tc>
      </w:tr>
    </w:tbl>
    <w:p/>
    <w:p>
      <w:pPr>
        <w:spacing w:after="80"/>
      </w:pPr>
      <w:r>
        <w:rPr>
          <w:rFonts w:ascii="Calibri" w:hAnsi="Calibri" w:cs="Calibri" w:eastAsia="Calibri"/>
          <w:b/>
          <w:color w:val="15131F"/>
          <w:sz w:val="28"/>
        </w:rPr>
        <w:t>Правила щодо затримки доставки в США, ЄС і Великій Британії</w:t>
      </w:r>
    </w:p>
    <w:p>
      <w:pPr>
        <w:spacing w:after="120"/>
      </w:pPr>
      <w:r>
        <w:rPr>
          <w:rFonts w:ascii="Calibri" w:hAnsi="Calibri" w:cs="Calibri" w:eastAsia="Calibri"/>
          <w:b w:val="0"/>
          <w:color w:val="5D5A70"/>
          <w:sz w:val="21"/>
        </w:rPr>
        <w:t>Три офіційні джерела, одне спільне правило: 30 днів — строк за замовчуванням, коли дату не погоджували, а клієнт, який скасовує замовлення, швидко отримує гроші назад.</w:t>
      </w:r>
    </w:p>
    <w:p>
      <w:pPr>
        <w:spacing w:after="40"/>
      </w:pPr>
      <w:r>
        <w:rPr>
          <w:rFonts w:ascii="Calibri" w:hAnsi="Calibri" w:cs="Calibri" w:eastAsia="Calibri"/>
          <w:b/>
          <w:color w:val="15131F"/>
          <w:sz w:val="22"/>
        </w:rPr>
        <w:t>США: правило FTC для замовлень поштою, через інтернет і телефоном</w:t>
      </w:r>
    </w:p>
    <w:p>
      <w:pPr>
        <w:spacing w:after="40"/>
      </w:pPr>
      <w:r>
        <w:rPr>
          <w:rFonts w:ascii="Calibri" w:hAnsi="Calibri" w:cs="Calibri" w:eastAsia="Calibri"/>
          <w:b w:val="0"/>
          <w:color w:val="15131F"/>
          <w:sz w:val="21"/>
        </w:rPr>
        <w:t>Для будь-якої названої дати відправлення у вас має бути обґрунтована підстава; без дати ви маєте відправити протягом 30 днів (50, якщо клієнт подав заявку на ваш власний кредит). Якщо не можете, самі, без запиту клієнта й не пізніше обіцяної дати, запропонуйте конкретну нову дату відправлення або повідомте, що не можете її назвати, а також дайте можливість скасувати замовлення з повним поверненням коштів. Мовчання вважається згодою лише для нової дати не пізніше ніж через 30 днів і ніколи після другого повідомлення. Кошти повертають протягом 7 робочих днів. Лист електронною поштою вважається повідомленням.</w:t>
      </w:r>
    </w:p>
    <w:p>
      <w:pPr>
        <w:spacing w:after="80"/>
      </w:pPr>
    </w:p>
    <w:p>
      <w:pPr>
        <w:spacing w:after="40"/>
      </w:pPr>
      <w:r>
        <w:rPr>
          <w:rFonts w:ascii="Calibri" w:hAnsi="Calibri" w:cs="Calibri" w:eastAsia="Calibri"/>
          <w:b/>
          <w:color w:val="15131F"/>
          <w:sz w:val="22"/>
        </w:rPr>
        <w:t>Європейський Союз: Директива 2011/83/EU (про права споживачів)</w:t>
      </w:r>
    </w:p>
    <w:p>
      <w:pPr>
        <w:spacing w:after="40"/>
      </w:pPr>
      <w:r>
        <w:rPr>
          <w:rFonts w:ascii="Calibri" w:hAnsi="Calibri" w:cs="Calibri" w:eastAsia="Calibri"/>
          <w:b w:val="0"/>
          <w:color w:val="15131F"/>
          <w:sz w:val="21"/>
        </w:rPr>
        <w:t>Якщо ви не погодили строк доставки, ви маєте доставити протягом 30 днів. Якщо ні, клієнт встановлює додатковий розумний строк; якщо минув і він, клієнт може розірвати договір, а ви повертаєте все, що він заплатив, якнайшвидше. Додатковий строк не потрібен, якщо ви відмовляєтеся доставляти або якщо клієнт до покупки сказав, що дата має істотне значення; загублена посилка означає ідентичний товар або повернення коштів.</w:t>
      </w:r>
    </w:p>
    <w:p>
      <w:pPr>
        <w:spacing w:after="80"/>
      </w:pPr>
    </w:p>
    <w:p>
      <w:pPr>
        <w:spacing w:after="40"/>
      </w:pPr>
      <w:r>
        <w:rPr>
          <w:rFonts w:ascii="Calibri" w:hAnsi="Calibri" w:cs="Calibri" w:eastAsia="Calibri"/>
          <w:b/>
          <w:color w:val="15131F"/>
          <w:sz w:val="22"/>
        </w:rPr>
        <w:t>Велика Британія: Consumer Rights Act 2015 (Закон про права споживачів), статті 28 і 29</w:t>
      </w:r>
    </w:p>
    <w:p>
      <w:pPr>
        <w:spacing w:after="40"/>
      </w:pPr>
      <w:r>
        <w:rPr>
          <w:rFonts w:ascii="Calibri" w:hAnsi="Calibri" w:cs="Calibri" w:eastAsia="Calibri"/>
          <w:b w:val="0"/>
          <w:color w:val="15131F"/>
          <w:sz w:val="21"/>
        </w:rPr>
        <w:t>Без погодженого строку ви маєте доставити без зайвої затримки й протягом 30 днів. Якщо не встигли, клієнт може встановити відповідний строк або одразу розірвати договір, якщо ви відмовилися доставляти чи погоджений строк мав істотне значення. Усі платежі повертаються без зайвої затримки. Товар залишається на вашому ризику, доки його фізично не отримає клієнт або названа ним особа.</w:t>
      </w:r>
    </w:p>
    <w:p>
      <w:pPr>
        <w:spacing w:after="80"/>
      </w:pPr>
    </w:p>
    <w:p>
      <w:pPr>
        <w:spacing w:after="200"/>
      </w:pPr>
      <w:r>
        <w:rPr>
          <w:rFonts w:ascii="Calibri" w:hAnsi="Calibri" w:cs="Calibri" w:eastAsia="Calibri"/>
          <w:b w:val="0"/>
          <w:color w:val="15131F"/>
          <w:sz w:val="21"/>
        </w:rPr>
        <w:t>Ця сторінка не є юридичною консультацією. Ці правила стосуються споживачів; для бізнес-клієнтів, цифрових товарів і деяких галузей діють інші правила, і застосовується правило країни, де живе ваш клієнт. Читайте офіційні сторінки в розділі «Джерела».</w:t>
      </w:r>
    </w:p>
    <w:p>
      <w:pPr>
        <w:spacing w:after="120"/>
      </w:pPr>
      <w:r>
        <w:rPr>
          <w:rFonts w:ascii="Calibri" w:hAnsi="Calibri" w:cs="Calibri" w:eastAsia="Calibri"/>
          <w:b/>
          <w:color w:val="15131F"/>
          <w:sz w:val="28"/>
        </w:rPr>
        <w:t>Як користуватися цими шаблонами листів про затримку доставки</w:t>
      </w:r>
    </w:p>
    <w:p>
      <w:pPr>
        <w:spacing w:after="40"/>
      </w:pPr>
      <w:r>
        <w:rPr>
          <w:rFonts w:ascii="Calibri" w:hAnsi="Calibri" w:cs="Calibri" w:eastAsia="Calibri"/>
          <w:b/>
          <w:color w:val="15131F"/>
          <w:sz w:val="22"/>
        </w:rPr>
        <w:t>1. Запишіть своє правило граничної дати очікування</w:t>
      </w:r>
    </w:p>
    <w:p>
      <w:pPr>
        <w:spacing w:after="120"/>
      </w:pPr>
      <w:r>
        <w:rPr>
          <w:rFonts w:ascii="Calibri" w:hAnsi="Calibri" w:cs="Calibri" w:eastAsia="Calibri"/>
          <w:b w:val="0"/>
          <w:color w:val="15131F"/>
          <w:sz w:val="21"/>
        </w:rPr>
        <w:t>Через скільки робочих днів після орієнтовної дати перевізника ви надсилаєте заміну чи повертаєте кошти і хто погоджує жест.</w:t>
      </w:r>
    </w:p>
    <w:p>
      <w:pPr>
        <w:spacing w:after="40"/>
      </w:pPr>
      <w:r>
        <w:rPr>
          <w:rFonts w:ascii="Calibri" w:hAnsi="Calibri" w:cs="Calibri" w:eastAsia="Calibri"/>
          <w:b/>
          <w:color w:val="15131F"/>
          <w:sz w:val="22"/>
        </w:rPr>
        <w:t>2. Перевіряйте відстеження щоранку</w:t>
      </w:r>
    </w:p>
    <w:p>
      <w:pPr>
        <w:spacing w:after="120"/>
      </w:pPr>
      <w:r>
        <w:rPr>
          <w:rFonts w:ascii="Calibri" w:hAnsi="Calibri" w:cs="Calibri" w:eastAsia="Calibri"/>
          <w:b w:val="0"/>
          <w:color w:val="15131F"/>
          <w:sz w:val="21"/>
        </w:rPr>
        <w:t>Кожне відкрите замовлення після дати відправлення, до того, як напишуть клієнти. Усе, що запізнюється чи застрягло, того ж ранку отримує попередження.</w:t>
      </w:r>
    </w:p>
    <w:p>
      <w:pPr>
        <w:spacing w:after="40"/>
      </w:pPr>
      <w:r>
        <w:rPr>
          <w:rFonts w:ascii="Calibri" w:hAnsi="Calibri" w:cs="Calibri" w:eastAsia="Calibri"/>
          <w:b/>
          <w:color w:val="15131F"/>
          <w:sz w:val="22"/>
        </w:rPr>
        <w:t>3. Надішліть лист, який відповідає причині</w:t>
      </w:r>
    </w:p>
    <w:p>
      <w:pPr>
        <w:spacing w:after="120"/>
      </w:pPr>
      <w:r>
        <w:rPr>
          <w:rFonts w:ascii="Calibri" w:hAnsi="Calibri" w:cs="Calibri" w:eastAsia="Calibri"/>
          <w:b w:val="0"/>
          <w:color w:val="15131F"/>
          <w:sz w:val="21"/>
        </w:rPr>
        <w:t>Вкладки 1–7. Дата перевізника як їхня, ваше наступне оновлення з днем і часом, план Б з датою.</w:t>
      </w:r>
    </w:p>
    <w:p>
      <w:pPr>
        <w:spacing w:after="40"/>
      </w:pPr>
      <w:r>
        <w:rPr>
          <w:rFonts w:ascii="Calibri" w:hAnsi="Calibri" w:cs="Calibri" w:eastAsia="Calibri"/>
          <w:b/>
          <w:color w:val="15131F"/>
          <w:sz w:val="22"/>
        </w:rPr>
        <w:t>4. Дотримайте дату оновлення</w:t>
      </w:r>
    </w:p>
    <w:p>
      <w:pPr>
        <w:spacing w:after="120"/>
      </w:pPr>
      <w:r>
        <w:rPr>
          <w:rFonts w:ascii="Calibri" w:hAnsi="Calibri" w:cs="Calibri" w:eastAsia="Calibri"/>
          <w:b w:val="0"/>
          <w:color w:val="15131F"/>
          <w:sz w:val="21"/>
        </w:rPr>
        <w:t>Навіть без новин. Потім замініть, поверніть кошти або скасуйте в граничну дату очікування.</w:t>
      </w:r>
    </w:p>
    <w:p>
      <w:pPr>
        <w:spacing w:after="40"/>
      </w:pPr>
      <w:r>
        <w:rPr>
          <w:rFonts w:ascii="Calibri" w:hAnsi="Calibri" w:cs="Calibri" w:eastAsia="Calibri"/>
          <w:b/>
          <w:color w:val="15131F"/>
          <w:sz w:val="22"/>
        </w:rPr>
        <w:t>5. Записуйте й переглядайте</w:t>
      </w:r>
    </w:p>
    <w:p>
      <w:pPr>
        <w:spacing w:after="120"/>
      </w:pPr>
      <w:r>
        <w:rPr>
          <w:rFonts w:ascii="Calibri" w:hAnsi="Calibri" w:cs="Calibri" w:eastAsia="Calibri"/>
          <w:b w:val="0"/>
          <w:color w:val="15131F"/>
          <w:sz w:val="21"/>
        </w:rPr>
        <w:t>Один рядок на затримане замовлення. Щотижня: частка повідомлених першими, дні запізнення й гроші на жести за причинами.</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Напишіть статтю «Де моє замовлення» в «Мої боти» &gt; ваш бот &gt; вкладка «Основи» &gt; «База знань»: посилання для відстеження, що чат не бачить відстеження перевізника, ваше правило граничної дати очікування і хто відповідає й до коли. Натисніть «Зберегти зміни» й протестуйте в «Спробуйте Bot» (тестовий чат із ботом).</w:t>
      </w:r>
    </w:p>
    <w:p>
      <w:pPr>
        <w:spacing w:after="60"/>
      </w:pPr>
      <w:r>
        <w:rPr>
          <w:rFonts w:ascii="Calibri" w:hAnsi="Calibri" w:cs="Calibri" w:eastAsia="Calibri"/>
          <w:b w:val="0"/>
          <w:color w:val="15131F"/>
          <w:sz w:val="21"/>
        </w:rPr>
        <w:t>2. Чати, які AI-агент передає людині, з’являються в «Онлайн-підтримці» зі статусом «Очікує агента»: натисніть «Прийняти», відповідайте й натисніть «Вирішити», коли посилку підтверджено.</w:t>
      </w:r>
    </w:p>
    <w:p>
      <w:pPr>
        <w:spacing w:after="60"/>
      </w:pPr>
      <w:r>
        <w:rPr>
          <w:rFonts w:ascii="Calibri" w:hAnsi="Calibri" w:cs="Calibri" w:eastAsia="Calibri"/>
          <w:b w:val="0"/>
          <w:color w:val="15131F"/>
          <w:sz w:val="21"/>
        </w:rPr>
        <w:t>3. На Growth збережіть листи й фрази для чату: «Налаштування» &gt; «Збережені відповіді» &gt; «Нова відповідь», «Шорткат» (наприклад /delay або /lost), «Заголовок», «Текст відповіді», «Поділитися з командою». Введіть шорткат у полі відповіді в чаті.</w:t>
      </w:r>
    </w:p>
    <w:p>
      <w:pPr>
        <w:spacing w:after="60"/>
      </w:pPr>
      <w:r>
        <w:rPr>
          <w:rFonts w:ascii="Calibri" w:hAnsi="Calibri" w:cs="Calibri" w:eastAsia="Calibri"/>
          <w:b w:val="0"/>
          <w:color w:val="15131F"/>
          <w:sz w:val="21"/>
        </w:rPr>
        <w:t>4. Позначайте кожен чат про затримку тегом: «Налаштування» &gt; «Теги розмов» &gt; «Новий тег», наприклад shipping-delay. Запишіть номер замовлення, причину, дати й жест у «Нотатки» контакту.</w:t>
      </w:r>
    </w:p>
    <w:p>
      <w:pPr>
        <w:spacing w:after="60"/>
      </w:pPr>
      <w:r>
        <w:rPr>
          <w:rFonts w:ascii="Calibri" w:hAnsi="Calibri" w:cs="Calibri" w:eastAsia="Calibri"/>
          <w:b w:val="0"/>
          <w:color w:val="15131F"/>
          <w:sz w:val="21"/>
        </w:rPr>
        <w:t>5. Зробіть кожне обіцяне оновлення завданням: «Завдання» &gt; «Нове завдання», «Назва завдання» — «Перевірка відстеження SW-31877», «Виконавець», обіцяний час як «Дедлайн». Щоранку перевіряйте «На сьогодні» й «Прострочені» в «Мої задачі».</w:t>
      </w:r>
    </w:p>
    <w:p>
      <w:pPr>
        <w:spacing w:after="200"/>
      </w:pPr>
      <w:r>
        <w:rPr>
          <w:rFonts w:ascii="Calibri" w:hAnsi="Calibri" w:cs="Calibri" w:eastAsia="Calibri"/>
          <w:b w:val="0"/>
          <w:color w:val="5D5A70"/>
          <w:sz w:val="21"/>
        </w:rPr>
        <w:t>У CRMsoftware.pro немає відстеження замовлень, інтеграції з перевізниками й автоматичних листів про затримку: ви перевіряєте відстеження в кабінеті магазину чи перевізника й надсилаєте листи зі своєї пошти. AI-чат із вашої бази знань безкоштовний для 3 користувачів. Передача людині та єдині вхідні: Launch, 19 $ на місяць при оплаті за рік для 8 користувачів. Збережені відповіді: Growth, 49 $.</w:t>
      </w:r>
    </w:p>
    <w:p>
      <w:pPr>
        <w:spacing w:after="160"/>
      </w:pPr>
    </w:p>
    <w:p>
      <w:pPr>
        <w:spacing w:before="240" w:after="60"/>
      </w:pPr>
      <w:r>
        <w:rPr>
          <w:rFonts w:ascii="Calibri" w:hAnsi="Calibri" w:cs="Calibri" w:eastAsia="Calibri"/>
          <w:b/>
          <w:color w:val="15131F"/>
          <w:sz w:val="28"/>
        </w:rPr>
        <w:t xml:space="preserve">Затримка доставки: що каже закон України і як писати клієнтам</w:t>
      </w:r>
    </w:p>
    <w:p>
      <w:pPr>
        <w:spacing w:after="120"/>
      </w:pPr>
      <w:r>
        <w:rPr>
          <w:rFonts w:ascii="Calibri" w:hAnsi="Calibri" w:cs="Calibri" w:eastAsia="Calibri"/>
          <w:b w:val="0"/>
          <w:color w:val="5D5A70"/>
          <w:sz w:val="21"/>
        </w:rPr>
        <w:t xml:space="preserve">Коротко й простою мовою, перевірено 27 жовтня 2026 року. Це не юридична консультація: умови вашого договору та чинна редакція закону важливіші.</w:t>
      </w:r>
    </w:p>
    <w:p>
      <w:pPr>
        <w:spacing w:before="120" w:after="80"/>
      </w:pPr>
      <w:r>
        <w:rPr>
          <w:rFonts w:ascii="Calibri" w:hAnsi="Calibri" w:cs="Calibri" w:eastAsia="Calibri"/>
          <w:b/>
          <w:color w:val="15131F"/>
          <w:sz w:val="24"/>
        </w:rPr>
        <w:t xml:space="preserve">Закон «Про захист прав споживачів», ст. 13</w:t>
      </w:r>
    </w:p>
    <w:p>
      <w:pPr>
        <w:spacing w:after="60"/>
        <w:ind w:left="283"/>
      </w:pPr>
      <w:r>
        <w:rPr>
          <w:rFonts w:ascii="Calibri" w:hAnsi="Calibri" w:cs="Calibri" w:eastAsia="Calibri"/>
          <w:b w:val="0"/>
          <w:color w:val="15131F"/>
          <w:sz w:val="21"/>
        </w:rPr>
        <w:t xml:space="preserve">• Якщо договором не встановлено інше, товар треба поставити в прийнятний строк, але не пізніше 30 днів від дня згоди покупця на договір.</w:t>
      </w:r>
    </w:p>
    <w:p>
      <w:pPr>
        <w:spacing w:after="60"/>
        <w:ind w:left="283"/>
      </w:pPr>
      <w:r>
        <w:rPr>
          <w:rFonts w:ascii="Calibri" w:hAnsi="Calibri" w:cs="Calibri" w:eastAsia="Calibri"/>
          <w:b w:val="0"/>
          <w:color w:val="15131F"/>
          <w:sz w:val="21"/>
        </w:rPr>
        <w:t xml:space="preserve">• Якщо товару немає в наявності, продавець має негайно повідомити покупця, не пізніше тих самих 30 днів. Шаблон 4 саме для цього.</w:t>
      </w:r>
    </w:p>
    <w:p>
      <w:pPr>
        <w:spacing w:after="60"/>
        <w:ind w:left="283"/>
      </w:pPr>
      <w:r>
        <w:rPr>
          <w:rFonts w:ascii="Calibri" w:hAnsi="Calibri" w:cs="Calibri" w:eastAsia="Calibri"/>
          <w:b w:val="0"/>
          <w:color w:val="15131F"/>
          <w:sz w:val="21"/>
        </w:rPr>
        <w:t xml:space="preserve">• Покупець може розірвати договір, укладений на відстані, протягом 14 днів з моменту підтвердження інформації або отримання товару.</w:t>
      </w:r>
    </w:p>
    <w:p>
      <w:pPr>
        <w:spacing w:after="60"/>
        <w:ind w:left="283"/>
      </w:pPr>
      <w:r>
        <w:rPr>
          <w:rFonts w:ascii="Calibri" w:hAnsi="Calibri" w:cs="Calibri" w:eastAsia="Calibri"/>
          <w:b w:val="0"/>
          <w:color w:val="15131F"/>
          <w:sz w:val="21"/>
        </w:rPr>
        <w:t xml:space="preserve">• Новий Закон «Про захист прав споживачів» № 3153-IX ще не діє: він набере чинності не раніше дня припинення або скасування воєнного стану, і тоді перевірте строки ще раз.</w:t>
      </w:r>
    </w:p>
    <w:p>
      <w:pPr>
        <w:spacing w:before="120" w:after="80"/>
      </w:pPr>
      <w:r>
        <w:rPr>
          <w:rFonts w:ascii="Calibri" w:hAnsi="Calibri" w:cs="Calibri" w:eastAsia="Calibri"/>
          <w:b/>
          <w:color w:val="15131F"/>
          <w:sz w:val="24"/>
        </w:rPr>
        <w:t xml:space="preserve">Як писати про затримки в Україні</w:t>
      </w:r>
    </w:p>
    <w:p>
      <w:pPr>
        <w:spacing w:after="60"/>
        <w:ind w:left="283"/>
      </w:pPr>
      <w:r>
        <w:rPr>
          <w:rFonts w:ascii="Calibri" w:hAnsi="Calibri" w:cs="Calibri" w:eastAsia="Calibri"/>
          <w:b w:val="0"/>
          <w:color w:val="15131F"/>
          <w:sz w:val="21"/>
        </w:rPr>
        <w:t xml:space="preserve">• Пишіть конкретну причину: перевізник, відключення світла на складі чи тривога в день відправки, а не «форс-мажор».</w:t>
      </w:r>
    </w:p>
    <w:p>
      <w:pPr>
        <w:spacing w:after="60"/>
        <w:ind w:left="283"/>
      </w:pPr>
      <w:r>
        <w:rPr>
          <w:rFonts w:ascii="Calibri" w:hAnsi="Calibri" w:cs="Calibri" w:eastAsia="Calibri"/>
          <w:b w:val="0"/>
          <w:color w:val="15131F"/>
          <w:sz w:val="21"/>
        </w:rPr>
        <w:t xml:space="preserve">• Давайте номер ТТН і пояснюйте, де посилка: на сортуванні, у дорозі чи вже у відділенні або поштоматі.</w:t>
      </w:r>
    </w:p>
    <w:p>
      <w:pPr>
        <w:spacing w:after="60"/>
        <w:ind w:left="283"/>
      </w:pPr>
      <w:r>
        <w:rPr>
          <w:rFonts w:ascii="Calibri" w:hAnsi="Calibri" w:cs="Calibri" w:eastAsia="Calibri"/>
          <w:b w:val="0"/>
          <w:color w:val="15131F"/>
          <w:sz w:val="21"/>
        </w:rPr>
        <w:t xml:space="preserve">• Нагадайте про строк зберігання у відділенні, щоб посилка не повернулася до вас.</w:t>
      </w:r>
    </w:p>
    <w:p>
      <w:pPr>
        <w:spacing w:after="60"/>
        <w:ind w:left="283"/>
      </w:pPr>
      <w:r>
        <w:rPr>
          <w:rFonts w:ascii="Calibri" w:hAnsi="Calibri" w:cs="Calibri" w:eastAsia="Calibri"/>
          <w:b w:val="0"/>
          <w:color w:val="15131F"/>
          <w:sz w:val="21"/>
        </w:rPr>
        <w:t xml:space="preserve">• Для накладеного платежу напишіть, що змінювати нічого не треба: оплата як і раніше при отриманні.</w:t>
      </w:r>
    </w:p>
    <w:p>
      <w:pPr>
        <w:spacing w:before="80" w:after="160"/>
      </w:pPr>
      <w:r>
        <w:rPr>
          <w:rFonts w:ascii="Calibri" w:hAnsi="Calibri" w:cs="Calibri" w:eastAsia="Calibri"/>
          <w:b w:val="0"/>
          <w:color w:val="5D5A70"/>
          <w:sz w:val="18"/>
        </w:rPr>
        <w:t xml:space="preserve">Джерело: Закон України «Про захист прав споживачів», ст. 13 (чинна редакція), перевірено 27 жовтня 2026 року.</w:t>
      </w:r>
    </w:p>
    <w:p>
      <w:pPr>
        <w:spacing w:before="240" w:after="60"/>
      </w:pPr>
      <w:r>
        <w:rPr>
          <w:rFonts w:ascii="Calibri" w:hAnsi="Calibri" w:cs="Calibri" w:eastAsia="Calibri"/>
          <w:b/>
          <w:color w:val="15131F"/>
          <w:sz w:val="28"/>
        </w:rPr>
        <w:t xml:space="preserve">Лист про затримку доставки: що робити і чого уникати</w:t>
      </w:r>
    </w:p>
    <w:p>
      <w:pPr>
        <w:spacing w:before="120" w:after="80"/>
      </w:pPr>
      <w:r>
        <w:rPr>
          <w:rFonts w:ascii="Calibri" w:hAnsi="Calibri" w:cs="Calibri" w:eastAsia="Calibri"/>
          <w:b/>
          <w:color w:val="15131F"/>
          <w:sz w:val="24"/>
        </w:rPr>
        <w:t xml:space="preserve">Робіть</w:t>
      </w:r>
    </w:p>
    <w:p>
      <w:pPr>
        <w:spacing w:after="60"/>
        <w:ind w:left="283"/>
      </w:pPr>
      <w:r>
        <w:rPr>
          <w:rFonts w:ascii="Calibri" w:hAnsi="Calibri" w:cs="Calibri" w:eastAsia="Calibri"/>
          <w:b w:val="0"/>
          <w:color w:val="15131F"/>
          <w:sz w:val="21"/>
        </w:rPr>
        <w:t xml:space="preserve">• Пишіть до обіцяної дати, а не після дзвінка клієнта.</w:t>
      </w:r>
    </w:p>
    <w:p>
      <w:pPr>
        <w:spacing w:after="60"/>
        <w:ind w:left="283"/>
      </w:pPr>
      <w:r>
        <w:rPr>
          <w:rFonts w:ascii="Calibri" w:hAnsi="Calibri" w:cs="Calibri" w:eastAsia="Calibri"/>
          <w:b w:val="0"/>
          <w:color w:val="15131F"/>
          <w:sz w:val="21"/>
        </w:rPr>
        <w:t xml:space="preserve">• Називайте нову дату або дату наступного оновлення.</w:t>
      </w:r>
    </w:p>
    <w:p>
      <w:pPr>
        <w:spacing w:after="60"/>
        <w:ind w:left="283"/>
      </w:pPr>
      <w:r>
        <w:rPr>
          <w:rFonts w:ascii="Calibri" w:hAnsi="Calibri" w:cs="Calibri" w:eastAsia="Calibri"/>
          <w:b w:val="0"/>
          <w:color w:val="15131F"/>
          <w:sz w:val="21"/>
        </w:rPr>
        <w:t xml:space="preserve">• Пропонуйте вибір: чекати, замінити товар чи скасувати з поверненням коштів.</w:t>
      </w:r>
    </w:p>
    <w:p>
      <w:pPr>
        <w:spacing w:after="60"/>
        <w:ind w:left="283"/>
      </w:pPr>
      <w:r>
        <w:rPr>
          <w:rFonts w:ascii="Calibri" w:hAnsi="Calibri" w:cs="Calibri" w:eastAsia="Calibri"/>
          <w:b w:val="0"/>
          <w:color w:val="15131F"/>
          <w:sz w:val="21"/>
        </w:rPr>
        <w:t xml:space="preserve">• Записуйте причину затримки в журнал, щоб бачити повторювані проблеми.</w:t>
      </w:r>
    </w:p>
    <w:p>
      <w:pPr>
        <w:spacing w:before="120" w:after="80"/>
      </w:pPr>
      <w:r>
        <w:rPr>
          <w:rFonts w:ascii="Calibri" w:hAnsi="Calibri" w:cs="Calibri" w:eastAsia="Calibri"/>
          <w:b/>
          <w:color w:val="15131F"/>
          <w:sz w:val="24"/>
        </w:rPr>
        <w:t xml:space="preserve">Не робіть</w:t>
      </w:r>
    </w:p>
    <w:p>
      <w:pPr>
        <w:spacing w:after="60"/>
        <w:ind w:left="283"/>
      </w:pPr>
      <w:r>
        <w:rPr>
          <w:rFonts w:ascii="Calibri" w:hAnsi="Calibri" w:cs="Calibri" w:eastAsia="Calibri"/>
          <w:b w:val="0"/>
          <w:color w:val="15131F"/>
          <w:sz w:val="21"/>
        </w:rPr>
        <w:t xml:space="preserve">• «Через непередбачувані обставини»</w:t>
      </w:r>
    </w:p>
    <w:p>
      <w:pPr>
        <w:spacing w:after="60"/>
        <w:ind w:left="283"/>
      </w:pPr>
      <w:r>
        <w:rPr>
          <w:rFonts w:ascii="Calibri" w:hAnsi="Calibri" w:cs="Calibri" w:eastAsia="Calibri"/>
          <w:b w:val="0"/>
          <w:color w:val="15131F"/>
          <w:sz w:val="21"/>
        </w:rPr>
        <w:t xml:space="preserve">• Перекладати все на перевізника</w:t>
      </w:r>
    </w:p>
    <w:p>
      <w:pPr>
        <w:spacing w:after="60"/>
        <w:ind w:left="283"/>
      </w:pPr>
      <w:r>
        <w:rPr>
          <w:rFonts w:ascii="Calibri" w:hAnsi="Calibri" w:cs="Calibri" w:eastAsia="Calibri"/>
          <w:b w:val="0"/>
          <w:color w:val="15131F"/>
          <w:sz w:val="21"/>
        </w:rPr>
        <w:t xml:space="preserve">• Знижка замість дати</w:t>
      </w:r>
    </w:p>
    <w:p>
      <w:pPr>
        <w:spacing w:after="60"/>
        <w:ind w:left="283"/>
      </w:pPr>
      <w:r>
        <w:rPr>
          <w:rFonts w:ascii="Calibri" w:hAnsi="Calibri" w:cs="Calibri" w:eastAsia="Calibri"/>
          <w:b w:val="0"/>
          <w:color w:val="15131F"/>
          <w:sz w:val="21"/>
        </w:rPr>
        <w:t xml:space="preserve">• Мовчати, доки клієнт не напише сам</w:t>
      </w:r>
    </w:p>
    <w:p>
      <w:pPr>
        <w:spacing w:before="240" w:after="60"/>
      </w:pPr>
      <w:r>
        <w:rPr>
          <w:rFonts w:ascii="Calibri" w:hAnsi="Calibri" w:cs="Calibri" w:eastAsia="Calibri"/>
          <w:b/>
          <w:color w:val="15131F"/>
          <w:sz w:val="28"/>
        </w:rPr>
        <w:t xml:space="preserve">Додаткові повідомлення про затримку доставки</w:t>
      </w:r>
    </w:p>
    <w:p>
      <w:pPr>
        <w:spacing w:before="120" w:after="80"/>
      </w:pPr>
      <w:r>
        <w:rPr>
          <w:rFonts w:ascii="Calibri" w:hAnsi="Calibri" w:cs="Calibri" w:eastAsia="Calibri"/>
          <w:b/>
          <w:color w:val="15131F"/>
          <w:sz w:val="24"/>
        </w:rPr>
        <w:t xml:space="preserve">Затримка через відключення світла на складі</w:t>
      </w:r>
    </w:p>
    <w:p>
      <w:pPr>
        <w:spacing w:after="80"/>
      </w:pPr>
      <w:r>
        <w:rPr>
          <w:rFonts w:ascii="Calibri" w:hAnsi="Calibri" w:cs="Calibri" w:eastAsia="Calibri"/>
          <w:b w:val="0"/>
          <w:color w:val="15131F"/>
          <w:sz w:val="21"/>
        </w:rPr>
        <w:t xml:space="preserve">Вітаємо, [ім’я]! Через відключення електроенергії на нашому складі [дата] ми не встигли передати замовлення [номер замовлення] перевізнику. Відправимо його [нова дата відправлення], номер ТТН надішлемо того ж дня. Якщо чекати незручно, дайте відповідь на цей лист, і ми скасуємо замовлення та повернемо кошти.</w:t>
      </w:r>
    </w:p>
    <w:p>
      <w:pPr>
        <w:spacing w:before="120" w:after="80"/>
      </w:pPr>
      <w:r>
        <w:rPr>
          <w:rFonts w:ascii="Calibri" w:hAnsi="Calibri" w:cs="Calibri" w:eastAsia="Calibri"/>
          <w:b/>
          <w:color w:val="15131F"/>
          <w:sz w:val="24"/>
        </w:rPr>
        <w:t xml:space="preserve">SMS: посилка чекає у відділенні (до 70 символів)</w:t>
      </w:r>
    </w:p>
    <w:p>
      <w:pPr>
        <w:spacing w:after="80"/>
      </w:pPr>
      <w:r>
        <w:rPr>
          <w:rFonts w:ascii="Calibri" w:hAnsi="Calibri" w:cs="Calibri" w:eastAsia="Calibri"/>
          <w:b w:val="0"/>
          <w:color w:val="15131F"/>
          <w:sz w:val="21"/>
        </w:rPr>
        <w:t xml:space="preserve">Посилка [ТТН] у відділенні до [дата]. Заберіть, будь ласка.</w:t>
      </w:r>
    </w:p>
    <w:p>
      <w:pPr>
        <w:spacing w:after="80"/>
      </w:pPr>
      <w:r>
        <w:rPr>
          <w:rFonts w:ascii="Calibri" w:hAnsi="Calibri" w:cs="Calibri" w:eastAsia="Calibri"/>
          <w:b w:val="0"/>
          <w:color w:val="15131F"/>
          <w:sz w:val="21"/>
        </w:rPr>
        <w:t xml:space="preserve">Одне SMS кирилицею — до 70 символів; довший текст ділиться на частини по 67 символів.</w:t>
      </w:r>
    </w:p>
    <w:p>
      <w:pPr>
        <w:spacing w:before="240" w:after="60"/>
      </w:pPr>
      <w:r>
        <w:rPr>
          <w:rFonts w:ascii="Calibri" w:hAnsi="Calibri" w:cs="Calibri" w:eastAsia="Calibri"/>
          <w:b/>
          <w:color w:val="15131F"/>
          <w:sz w:val="28"/>
        </w:rPr>
        <w:t xml:space="preserve">Ще запитання</w:t>
      </w:r>
    </w:p>
    <w:p>
      <w:pPr>
        <w:spacing w:before="120" w:after="60"/>
      </w:pPr>
      <w:r>
        <w:rPr>
          <w:rFonts w:ascii="Calibri" w:hAnsi="Calibri" w:cs="Calibri" w:eastAsia="Calibri"/>
          <w:b/>
          <w:color w:val="15131F"/>
          <w:sz w:val="24"/>
        </w:rPr>
        <w:t xml:space="preserve">Скільки днів інтернет-магазин має на доставку за законом України?</w:t>
      </w:r>
    </w:p>
    <w:p>
      <w:pPr>
        <w:spacing w:after="120"/>
      </w:pPr>
      <w:r>
        <w:rPr>
          <w:rFonts w:ascii="Calibri" w:hAnsi="Calibri" w:cs="Calibri" w:eastAsia="Calibri"/>
          <w:b w:val="0"/>
          <w:color w:val="15131F"/>
          <w:sz w:val="21"/>
        </w:rPr>
        <w:t xml:space="preserve">Якщо договором не встановлено інше, — прийнятний строк, але не пізніше 30 днів від дня згоди покупця на договір (ч. 6 ст. 13 Закону «Про захист прав споживачів»). Якщо ви вказали строк на сайті чи в підтвердженні, орієнтуйтеся на нього.</w:t>
      </w:r>
    </w:p>
    <w:p>
      <w:pPr>
        <w:spacing w:before="120" w:after="60"/>
      </w:pPr>
      <w:r>
        <w:rPr>
          <w:rFonts w:ascii="Calibri" w:hAnsi="Calibri" w:cs="Calibri" w:eastAsia="Calibri"/>
          <w:b/>
          <w:color w:val="15131F"/>
          <w:sz w:val="24"/>
        </w:rPr>
        <w:t xml:space="preserve">Що написати, якщо затримка через відключення світла чи тривогу?</w:t>
      </w:r>
    </w:p>
    <w:p>
      <w:pPr>
        <w:spacing w:after="120"/>
      </w:pPr>
      <w:r>
        <w:rPr>
          <w:rFonts w:ascii="Calibri" w:hAnsi="Calibri" w:cs="Calibri" w:eastAsia="Calibri"/>
          <w:b w:val="0"/>
          <w:color w:val="15131F"/>
          <w:sz w:val="21"/>
        </w:rPr>
        <w:t xml:space="preserve">Чесно назвіть причину, нову дату відправлення й коли надійде номер ТТН. Запропонуйте вибір: чекати або скасувати з поверненням коштів. Не пишіть «форс-мажор» без пояснень.</w:t>
      </w:r>
    </w:p>
    <w:p>
      <w:pPr>
        <w:spacing w:after="120"/>
      </w:pPr>
      <w:r>
        <w:rPr>
          <w:rFonts w:ascii="Calibri" w:hAnsi="Calibri" w:cs="Calibri" w:eastAsia="Calibri"/>
          <w:b w:val="0"/>
          <w:color w:val="5D5A70"/>
          <w:sz w:val="18"/>
        </w:rPr>
        <w:t>Безкоштовний шаблон від CRMsoftware.pro. Вигадані дані для прикладу.</w:t>
      </w:r>
    </w:p>
    <w:p>
      <w:pPr>
        <w:spacing w:after="120"/>
      </w:pPr>
      <w:r>
        <w:rPr>
          <w:rFonts w:ascii="Calibri" w:hAnsi="Calibri" w:cs="Calibri" w:eastAsia="Calibri"/>
          <w:b w:val="0"/>
          <w:color w:val="6B3CF0"/>
          <w:sz w:val="18"/>
        </w:rPr>
        <w:t>https://crmsoftware.pro/ua/templates/shipping-delay-email-templates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Шаблони листів про затримку доставки</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