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Шаблони відповідей клієнтам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25 відповідей для пошти й чату після покупки: проміжна відповідь, запит однієї деталі, повернення коштів чи товару, затримка доставки, немає в наявності, технічна інструкція, питання про оплату, вирішено й повторний лист.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Виберіть вкладку, що відповідає ситуації, і замініть кожне слово в [дужках] фактами справи. Перед надсиланням перевірте п’ять полів: спершу відповідь, крок клієнта, наступне оновлення, ваше ім’я та номер звернення. Записуйте кожну відповідь у журнал використання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Проміжна відповідь клієнту: запит отримано, наступне оновлення до певного часу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Надіслати протягом: 1 робочої години · Наступне оновлення: Того ж або наступного робочого дня · Не надсилайте: Якщо можете відповісти одразу · Більшість компаній цього не роблять: У тесті SuperOffice серед 1000 компаній 90% не підтвердили, що лист у підтримку надійшов.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Надсилайте її, коли не можете повністю відповісти протягом години, наприклад поки уточнюєте інформацію в перевізника. Якщо можете відповісти одразу, пропустіть цей крок.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Ми отримали ваш запит щодо [теми в 3–5 словах],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Дякую, що написали. Ваш запит щодо [теми] в мене, і я вже ним займаюся: перевіряю [що саме, наприклад відстеження посилки в перевізника].</w:t>
        <w:br/>
        <w:br/>
        <w:t>Що потрібно від вас: поки нічого.</w:t>
        <w:br/>
        <w:t>Наступне оновлення: до [часу й дня], навіть якщо я ще чекатиму на відповідь.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Ваше питання щодо [теми] в мене, зараз перевіряю [що саме]. Відповім тут до [часу]. Номер вашого звернення: [номер звернення].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 встигаєте до обіцяного часу: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Як і домовлялися, ось новини щодо [теми]: відповіді поки немає, бо [причина одним рядком]. Від вас нічого не потрібно. Наступне оновлення: до [нового часу й дня]. [Ваше ім’я], № [номер звернення].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Заповніть перед надсиланням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Тему словами самого клієнта.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Конкретний час і день, а не «незабаром».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Ваше ім’я та номер звернення.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Результат. Проміжна відповідь обіцяє наступне оновлення, а не рішення.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Потрібна одна деталь: запитайте один раз і скажіть, що буде далі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Попросіть: 1 річ · Спершу перевірте самі: Замовлення, акаунт, історію · Після відповіді клієнта: Протягом 2 робочих годин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Надсилайте, коли відповісти заважає один відсутній факт. Спершу самі знайдіть усе, що можете, а потім попросіть усе, чого ще бракує, одним повідомленням.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Потрібна одна деталь, щоб [завершити ваш запит],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Я зможу [вирішити це / надіслати вам заміну], щойно матиму одну деталь: [деталь, наприклад фото етикетки на дні коробки].</w:t>
        <w:br/>
        <w:br/>
        <w:t>Навіщо це потрібно: [один рядок, наприклад на етикетці видно, з якої партії ваші капсули з насінням].</w:t>
        <w:br/>
        <w:t>Що потрібно від вас: дайте відповідь на цей лист і додайте [деталь]. Знайти її можна [де].</w:t>
        <w:br/>
        <w:t>Наступне оновлення: протягом [2 робочих годин] після вашої відповіді.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Щоб [вирішити це], мені потрібна одна річ: [деталь]. Її можна знайти [де]. Щойно отримаю, я [наступний крок].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клієнт не може її знайти: </w:t>
      </w:r>
      <w:r>
        <w:rPr>
          <w:rFonts w:ascii="Calibri" w:hAnsi="Calibri" w:cs="Calibri" w:eastAsia="Calibri"/>
          <w:b w:val="0"/>
          <w:color w:val="15131F"/>
          <w:sz w:val="21"/>
        </w:rPr>
        <w:t>Нічого страшного, [ім’я]. Підійде й [інша деталь, наприклад лист із підтвердженням замовлення]. Якщо немає ні того, ні іншого, я [що зробите натомість] до [дня].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просіть повний номер картки, пароль чи код безпеки.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Немає відповіді 2 робочі дні: надішліть повторний лист із вкладки 8.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Результат, поки не отримали деталь.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варто попросити: </w:t>
      </w:r>
      <w:r>
        <w:rPr>
          <w:rFonts w:ascii="Calibri" w:hAnsi="Calibri" w:cs="Calibri" w:eastAsia="Calibri"/>
          <w:b w:val="0"/>
          <w:color w:val="5D5A70"/>
          <w:sz w:val="21"/>
        </w:rPr>
        <w:t>Номер замовлення, Фото товару, Фото етикетки, Один знімок екрана, Адреса доставки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Повернення коштів чи товару погоджено: сума, спосіб і строки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Повернення видно за: 5–10 днів · Погоджує: Відповідальний за повернення · Статус: Вирішено · Звідки ці строки: Stripe пише, що клієнти бачать повернення на картку приблизно через 5–10 робочих днів після оформлення, залежно від банку. Перевірте умови свого провайдера.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Надсилайте, коли людина, яка має право погоджувати, вже оформила повернення коштів або погодила повернення товару. Рішення й сума йдуть у перший рядок.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Повернення коштів погоджено: [сума] за замовлення [номер замовлення],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Повернення коштів погоджено: сьогодні ми повернули [суму] за [товар] із замовлення [номер замовлення] на вашу картку, що закінчується на [останні 4 цифри].</w:t>
        <w:br/>
        <w:br/>
        <w:t>Коли ви побачите кошти: зазвичай банки показують повернення на картку протягом [5–10] робочих днів. Якщо банк запитає, номер повернення: [номер повернення].</w:t>
        <w:br/>
        <w:t>Що потрібно від вас: нічого. [Залиште товар собі або що з ним зробити].</w:t>
        <w:br/>
        <w:t>Статус: вирішено. Якщо до [дати] повернення не з’явиться у виписці, дайте відповідь на цей лист, і я з’ясую, де кошти.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Повернення товару погоджено (спершу товар має повернутися):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Повернення [товару] із замовлення [номер замовлення] погоджено. Що потрібно від вас: роздрукуйте етикетку з вкладення й здайте посилку у відділення [перевізника] до [дати]. Щойно її відсканують, я поверну [суму] на [ваш спосіб оплати] і одразу напишу вам. Контактна особа: [ваше ім’я]. Номер звернення: [номер звернення].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Готово, [ім’я]: сьогодні ми повернули [суму] на вашу картку, що закінчується на [останні 4 цифри]. Зазвичай банки показують повернення протягом [5–10] робочих днів. Номер звернення: [номер звернення].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Заповніть перед надсиланням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Суму й номер замовлення точно як у вашій платіжній системі.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Останні 4 цифри картки, ніколи не повний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День, коли надійдуть гроші, або повернення, яке ще не погоджено.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Затримка відправлення чи доставки: факти, нова дата, план Б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Називайте: Дату від перевізника · План Б: Заміна або повернення коштів · Оновлення до доставки: Кожні 2 робочі дні · Ще не відправлено: Не встигаєте відправити до обіцяної дати? Це випадок «немає в наявності»: дивіться вкладку 5.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Використовуйте, коли замовлення вже відправлено, але воно запізнюється, або відстеження показує «доставлено», а клієнт нічого не отримав. Ще не відправлено? Дивіться вкладку 5.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Замовлення [номер замовлення] затримується: нова орієнтовна дата [дата],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Ваше замовлення [номер замовлення] затримується. За даними відстеження, посилка зараз [де саме, наприклад на складі перевізника в Ріно], а нова орієнтовна дата доставки від [перевізника] — [дата].</w:t>
        <w:br/>
        <w:br/>
        <w:t>Якщо до [дати] вона не надійде, я [надішлю заміну / поверну повну суму], як вам зручніше.</w:t>
        <w:br/>
        <w:t>Що потрібно від вас: поки нічого. Відстеження: [посилання для відстеження]</w:t>
        <w:br/>
        <w:t>Наступне оновлення: до [дня] або раніше, якщо статус відстеження зміниться.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Позначено як доставлене, але не отримано: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За даними відстеження, замовлення [номер замовлення] доставлено [дата] о [час], [де]. Сьогодні ми подали запит на розшук посилки до [перевізника]. Що потрібно від вас: запитайте, будь ласка, у сусідів і дайте відповідь, якщо посилка не знайдеться до [дати]. Якщо її не знайдуть, я [надішлю заміну / поверну кошти]. Наступне оновлення: до [дня]. [Ваше ім’я], № [номер звернення].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Замовлення [номер замовлення] зараз [де], а [перевізник] тепер називає дату [дата]. Якщо до [дати] його у вас не буде, я [заміню його чи поверну кошти]. Наступне оновлення тут до [дня].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Перевірте, перш ніж писати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Останню подію у відстеженні й нову орієнтовну дату від перевізника.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План Б і його дату, погоджені з [відповідальним].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Дату доставки, якої не назвав перевізник. Обіцяйте те, що контролюєте: оновлення й план Б.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Товару немає в наявності: повідомлення про затримку й варіант скасування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Повернення при скасуванні: 7 робочих днів · Затримка до 30 днів: Мовчання означає згоду · Пізніше або невідомо: Назвіть дату скасування · Поза США: Це формулювання відповідає правилу FTC у США. Перевірте правила своєї країни.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Надсилайте, щойно зрозуміли, що не встигаєте відправити вчасно. У США правило FTC для замовлень поштою, через інтернет і телефоном у такому разі вимагає згоди клієнта на затримку, повного й швидкого повернення коштів, якщо він скасовує замовлення, і способу скасувати його за ваш рахунок.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[Товар] затримується: нова дата відправлення [дата] або скасування з повним поверненням коштів,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Лист, нова дата відправлення відома: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На жаль, [товару] із замовлення [номер замовлення] немає в наявності, і ми не встигаємо відправити його до [початкової дати]. Очікуємо відправити його [нова дата відправлення].</w:t>
        <w:br/>
        <w:br/>
        <w:t>Ви можете вибрати:</w:t>
        <w:br/>
        <w:t>- Зачекати: нічого робити не потрібно. Якщо до відправлення ми не отримаємо від вас відповіді, вважатимемо, що ви погоджуєтеся з новою датою.</w:t>
        <w:br/>
        <w:t>- Скасувати: відповідайте «скасувати» або скористайтеся [посиланням для скасування], і ми повністю повернемо [суму] протягом [7] робочих днів.</w:t>
        <w:br/>
        <w:br/>
        <w:t>Наступне оновлення: [дата] або щойно товар буде відправлено.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Лист, дата відправлення невідома: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[Товару] із замовлення [номер замовлення] немає в наявності, бо [причина], і поки що я не можу назвати нову дату відправлення. Ви можете зачекати й скасувати замовлення будь-коли до відправлення або скасувати його зараз: відповідайте «скасувати» або скористайтеся [посиланням для скасування], і ми повністю повернемо [суму] протягом [7] робочих днів. Якщо ви не відповісте, а ми не відправимо товар до [початкової дати плюс 30 днів], ми скасуємо замовлення й повернемо вам повну суму. Наступне оновлення: [дата]. Контактна особа: [ваше ім’я]. Номер звернення: [номер звернення].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Пропозиція схожого товару (лише якщо клієнт сам його вибере): </w:t>
      </w:r>
      <w:r>
        <w:rPr>
          <w:rFonts w:ascii="Calibri" w:hAnsi="Calibri" w:cs="Calibri" w:eastAsia="Calibri"/>
          <w:b w:val="0"/>
          <w:color w:val="15131F"/>
          <w:sz w:val="21"/>
        </w:rPr>
        <w:t>[Схожий товар] є в наявності, і ми можемо відправити його [дата] за тією самою ціною. Якщо хочете отримати його натомість, відповідайте «замінити». Якщо ні, нічого не змінюється: ви й далі можете зачекати або скасувати замовлення.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[Товару] немає в наявності, тому ми не відправимо його до [дати]. Очікуємо [нову дату]. Ви можете зачекати або скасувати зараз із повним поверненням коштів: просто напишіть мені тут. Номер звернення: [номер звернення].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повідомлення про затримку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Нова дата не пізніше ніж через 30 днів: напишіть, що відсутність відповіді означає згоду.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Пізніше або невідомо: напишіть, що скасуєте замовлення й повернете кошти, якщо клієнт не відповість до початкової дати плюс 30 днів.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Повернення коштів протягом 7 робочих днів. Залік на майбутні покупки не рахується.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відправляйте інший товар без попередньої згоди клієнта.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Дату надходження товару, яку постачальник не підтвердив письмово.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Технічна інструкція: пронумеровані кроки, тест і один знімок екрана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Кроків: До 5 · Наприкінці: Тест · Якщо не пройдено: 1 знімок екрана · Коли відповідь відкривають повторно: Зазвичай у ній пропущено крок або неправильно названо кнопку. Виправте рядок у бібліотеці й оновіть «Остання перевірка».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Використовуйте, коли клієнт може все виправити сам: до 5 кроків із точними назвами кнопок, тест і один знімок екрана, лише якщо тест не пройдено.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Як виправити [проблему в 3–5 словах], приблизно [2] хвилини,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Причина — [причина одним рядком, наприклад налаштування в застосунку], і виправити це можна приблизно за [2] хвилини.</w:t>
        <w:br/>
        <w:br/>
        <w:t>1. [Відкрийте екран або меню].</w:t>
        <w:br/>
        <w:t>2. [Дія з точною назвою кнопки].</w:t>
        <w:br/>
        <w:t>3. [Дія].</w:t>
        <w:br/>
        <w:t>4. [Збережіть або перезапустіть].</w:t>
        <w:br/>
        <w:br/>
        <w:t>Тест: [що має побачити клієнт, наприклад лампа вмикається протягом 1 хвилини].</w:t>
        <w:br/>
        <w:t>Якщо тест не пройдено: дайте відповідь з одним знімком екрана [якого саме екрана], і далі я все візьму на себе.</w:t>
        <w:br/>
        <w:t>Наступне оновлення: якщо до [дня й часу] від вас не буде новин, я напишу вам ще раз.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Давайте виправимо це тут: 1. [крок]. 2. [крок]. 3. [крок]. Що ви бачите зараз? Якщо не [очікуваний результат], надішліть мені знімок екрана [якого екрана].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на знімку екрана видно несправність: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На знімку екрана видно [що саме], тож [компонент] має несправність. Сьогодні я безкоштовно надішлю вам заміну. Від вас нічого не потрібно; номер для відстеження прийде листом. [Ваше ім’я], № [номер звернення].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Як писати кроки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Перевірте їх самі на тій версії, що в клієнта.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Точні назви: «Графік освітлення», а не «налаштування».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Що все запрацює. Обіцяйте тест і наступний крок, якщо тест не пройде.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Питання про оплату: за що списання, з посиланням на рахунок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У відповіді: Що, коли, скільки · Додайте: Посилання на рахунок · Якщо спір: Листи про спірні платежі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Використовуйте, коли клієнт питає, за що списання, чому змінилася сума або де рахунок. Клієнт оскаржує платіж чи згадує свій банк? Скористайтеся шаблонами листів про спірні платежі.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Ваше списання [сума] від [дата]: [що це],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Списання [сума] від [дата] — це [що це, наприклад ваш набір для поповнення, який ми надсилаємо кожні 2 місяці]. Кошти списано з картки, що закінчується на [останні 4 цифри]. Рахунок: [посилання на рахунок]</w:t>
        <w:br/>
        <w:br/>
        <w:t>Чому воно з’явилося: [один рядок, наприклад під час оформлення замовлення ви вибрали підписку на поповнення].</w:t>
        <w:br/>
        <w:t>Що потрібно від вас: нічого, якщо ви цього очікували. Щоб [змінити чи скасувати підписку], [як саме, одним рядком], або дайте відповідь, і я зроблю це за вас.</w:t>
        <w:br/>
        <w:t>Статус: відповідь надано. Якщо щось досі виглядає неправильно, дайте відповідь на цей лист.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 рахунку чи квитанції: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Ось рахунок за [замовлення або період]: [посилання на рахунок]. Якщо треба змінити ім’я чи адресу, надішліть у відповідь точне формулювання, і я сьогодні ж надішлю новий. [Ваше ім’я], № [номер звернення].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Списання [сума] від [дата] — це [що це]. Ось рахунок: [посилання]. Якщо хочете щось змінити чи скасувати, я можу зробити це тут і зараз.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надсиланням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Звірте списання з платіжною системою: дата, сума, останні 4 цифри.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Цитуйте умови зі сторінки цін або з підтвердження замовлення.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Повернення коштів чи залік, які ви, можливо, не маєте права погодити. Скажіть, хто ухвалює рішення й до коли.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«Вирішено, підтвердьте», повторний лист і ввічливе «ні»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Повторний лист: 2-й робочий день · Закриття: 5-й робочий день · Журнал: Кожна надіслана відповідь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Відповідь «вирішено» не закриває звернення. Його закривають, коли клієнт підтвердив або строк після повторного листа минув без відповіді, а використані відповіді записано в журнал.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Вирішено: [проблема в 3–5 словах], підтвердьте, будь ласка,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[Проблему] виправлено: [що ви зробили або що змінилося, одним рядком].</w:t>
        <w:br/>
        <w:br/>
        <w:t>Як перевірити: [що клієнт має побачити зараз].</w:t>
        <w:br/>
        <w:t>Що потрібно від вас: відповідайте «виправлено», якщо все працює, або напишіть, що бачите, якщо ні.</w:t>
        <w:br/>
        <w:t>Статус: вирішено. Якщо до [дати, через 5 робочих днів від сьогодні] я не отримаю від вас відповіді, то закрию цей запит. Ваша відповідь будь-коли відкриє його знову.</w:t>
        <w:br/>
        <w:t>Одне питання, якщо маєте хвилинку: як би ви оцінили цю допомогу за шкалою від 1 до 5?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Повторний лист клієнту, що мовчить, тема: </w:t>
      </w:r>
      <w:r>
        <w:rPr>
          <w:rFonts w:ascii="Calibri" w:hAnsi="Calibri" w:cs="Calibri" w:eastAsia="Calibri"/>
          <w:b w:val="0"/>
          <w:color w:val="15131F"/>
          <w:sz w:val="21"/>
        </w:rPr>
        <w:t>[Проблема]: чи все досі працює?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Повторний лист клієнту, що мовчить, один раз, на 2-й робочий день: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Хочу уточнити щодо [проблеми]: чи все працює зараз?</w:t>
        <w:br/>
        <w:br/>
        <w:t>Що потрібно від вас: нічого, якщо працює. Якщо ні, напишіть у відповідь, що бачите, і я займуся цим того ж дня.</w:t>
        <w:br/>
        <w:t>Статус: вирішено. Якщо не отримаю відповіді, закрию цей запит [дата]. Ваша відповідь будь-коли відкриє його знову.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Ми цього не робимо, тема: </w:t>
      </w:r>
      <w:r>
        <w:rPr>
          <w:rFonts w:ascii="Calibri" w:hAnsi="Calibri" w:cs="Calibri" w:eastAsia="Calibri"/>
          <w:b w:val="0"/>
          <w:color w:val="15131F"/>
          <w:sz w:val="21"/>
        </w:rPr>
        <w:t>Щодо вашого запиту: [запит],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Ми цього не робимо, 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Дякую за запитання. Ми не [що ви не робите, наприклад відправляємо за межі США], бо [одна чесна причина].</w:t>
        <w:br/>
        <w:br/>
        <w:t>Що я можу запропонувати: [найближче з того, що ви робите, або того, хто це робить].</w:t>
        <w:br/>
        <w:t>Що потрібно від вас: [нічого / один крок для альтернативи].</w:t>
        <w:br/>
        <w:t>Статус: відповідь надано. Якщо ми неправильно зрозуміли ваш запит, дайте відповідь, і я перегляну його ще раз.</w:t>
        <w:br/>
        <w:br/>
        <w:t>Контактна особа: [ваше ім’я], [посада]</w:t>
        <w:br/>
        <w:t>Номер звернення: [номер звернення]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Перевірка завершення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Перевірка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Виконано, коли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Заповнений приклад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Підтверджено або строк минув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Відповідь «виправлено» або 5-й робочий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«Виправлено», вт, 6 жовтня, 12:14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Повторний лист, якщо клієнт мовчить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раз, на 2-й робочий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6 жовтня, 09:10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Кожну відповідь записано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рядок журналу на відповідь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рядки, оцінка 5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Відкрито повторно: </w:t>
      </w:r>
      <w:r>
        <w:rPr>
          <w:rFonts w:ascii="Calibri" w:hAnsi="Calibri" w:cs="Calibri" w:eastAsia="Calibri"/>
          <w:b w:val="0"/>
          <w:color w:val="5D5A70"/>
          <w:sz w:val="21"/>
        </w:rPr>
        <w:t>Та сама проблема після відповіді «вирішено»: відкрийте звернення знову й запишіть «Відкрито повторно» = «Так» у рядку відповіді, яка не спрацювала.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Причини закриття: </w:t>
      </w:r>
      <w:r>
        <w:rPr>
          <w:rFonts w:ascii="Calibri" w:hAnsi="Calibri" w:cs="Calibri" w:eastAsia="Calibri"/>
          <w:b w:val="0"/>
          <w:color w:val="5D5A70"/>
          <w:sz w:val="21"/>
        </w:rPr>
        <w:t>Підтверджено, Мовчання після повторного листа, Ми цього не робимо, Передано як спірний платіж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Одне звернення: від проміжної відповіді до підтвердженого закриття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Sproutwell Home Gardens, вигаданий інтернет-магазин настільних мінісадів для зелені, отримує лист у неробочий час: фітолампа не вмикається. Лія відповідає за допомогою чотирьох шаблонів відповідей клієнтам, і звернення закривається, коли клієнтка підтверджує.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Ср, 30 вересня, 21:47. Замовлення SW-30418. Відколи я налаштувала графік освітлення в застосунку, лампа взагалі не вмикається, а мій базилік уже хилиться. Якщо це не можна виправити, хочу повернути товар.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Лія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Чт, 1 жовтня, 08:41, проміжна відповідь: ваш лист отримано, номер звернення T-2131. Перевіряю налаштування вашого мінісаду й надішлю рішення сьогодні до 12:00. Від вас поки нічого не потрібно.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Лія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Чт, 1 жовтня, 11:20, технічна інструкція: це налаштування графіка, яке можна виправити приблизно за 2 хвилини: 3 кроки в застосунку, потім перезапуск. Тест: лампа вмикається протягом 1 хвилини. Якщо ні, надішліть один знімок екрана «Графік освітлення».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Чт, 1 жовтня, 19:06. Зробила всі 3 кроки. Досі темно. Знімок екрана додаю.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Лія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Пт, 2 жовтня, 08:35, вирішено, підтвердьте: причину знайдено. На вашому знімку екрана видно, що увімкнено «Режим відпустки», який призупиняє освітлення. Вимкніть його вгорі екрана. Якщо все працює, відповідайте «виправлено»; якщо відповіді не буде, я закрию звернення в п’ятницю, 9 жовтня.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Лія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Вт, 6 жовтня, 09:10, повторний лист: лампа вже працює? Якщо так, нічого робити не потрібно. Якщо не отримаю відповіді, закрию звернення в п’ятницю, 9 жовтня.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Вт, 6 жовтня, 12:14. Вибачте, що мовчала! Виправлено, і базилік знову випростався. 5 з 5.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Технічна інструкція, заповнена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Спершу відповідь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Налаштування графіка, виправлення приблизно за 2 хвилини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Крок клієнта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кроки в застосунку, потім перезапуск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Тест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Лампа вмикається протягом 1 хвилини після перезапуску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Якщо тест не пройдено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знімок екрана «Графік освітлення»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Наступне оновлення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Контрольний лист до пт, 2 жовтня, 12:00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Лія Морено, підтримка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Номер звернення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T-2131, замовлення SW-30418, Софія Беннетт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Перевірка завершення й запис у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Клієнтка підтвердила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«Виправлено», вт, 6 жовтня, 12:14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Відповіді записано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рядки в журналі використання, оцінка 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Перша відповідь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41 хвилину від початку робочого дня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Завдання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Контрольний лист T-2131, Лія, дедлайн вт, 6 жовтня, 09:00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Нотатки в контакті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Був увімкнений «Режим відпустки»; повернення не потрібне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Зміна в бібліотеці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Перевірку «Режим відпустки» додано як крок 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Одна структура для кожного листа-відповіді служби підтримки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У кожному шаблоні ті самі п’ять полів у тому самому порядку: перший рядок і останні чотири показують клієнту, на якому етапі справа.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Спершу відповідь або рішення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Перше речення відповідає або повідомляє рішення: кошти повернено, затримка, виправлено. Контекст — потім.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Один крок клієнта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Одна дія й де її зробити або «поки нічого», щоб клієнту не доводилося гадати.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Наступне оновлення або «вирішено»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День і час, яких ви дотримаєтеся, навіть якщо новин немає. Або «вирішено» з датою закриття.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Відповідальний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Конкретна людина й посада, а не «команда». Якщо відповідальний змінився, скажіть, хто веде справу тепер.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Номер звернення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У темі й наприкінці, щоб кожна відповідь потрапляла в ту саму справу.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Тема листа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Відповідь і номер звернення видно вже в списку вхідних.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Приклад: </w:t>
      </w:r>
      <w:r>
        <w:rPr>
          <w:rFonts w:ascii="Calibri" w:hAnsi="Calibri" w:cs="Calibri" w:eastAsia="Calibri"/>
          <w:b w:val="0"/>
          <w:color w:val="15131F"/>
          <w:sz w:val="21"/>
        </w:rPr>
        <w:t>Повернення коштів погоджено: 89,00 $ за замовлення SW-30212, № T-2101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Цільовий час для кожної відповіді підтримки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Надіслати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Якщо нічого не відбувається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Проміжна відповідь (вкладка 1)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1 робочої години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Відповісти до часу оновлення або перенести його, поки він не минув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Потрібна одна деталь (вкладка 2)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першій відповіді, один раз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 відповіді 2 робочі дні: повторний лист (вкладка 8)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Відповіді по суті (вкладки 3, 4, 6, 7)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Того ж робочого дня, не пізніше обіцяного часу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Наступне оновлення в названий день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Повідомлення про відсутність товару (вкладка 5)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Щойно ви про це дізналися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Відправити в нову дату або повернути кошти протягом 7 робочих днів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Вирішено, підтвердьте (вкладка 8)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Коли ви вважаєте, що проблему виправлено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2-й робочий день: повторний лист клієнту, що мовчить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Закриття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підтвердження або на 5-й робочий день без відповіді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Відкрити те саме звернення знову, якщо клієнт напише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користуватися шаблонами відповідей клієнтам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Скопіюйте потрібні відповіді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 файлу Word або бібліотеки Excel. Замініть імена, години роботи й правила на свої.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Задайте цілі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Ваші години роботи, час оновлень і хто може погоджувати повернення коштів. Почніть із таблиці вище.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Заповніть п’ять полів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Відповідь, крок, наступне оновлення, ім’я, номер звернення. У надісланій відповіді не має лишитися жодних дужок.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Записуйте й закривайте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Записуйте кожну відповідь у журнал. Закривайте після підтвердження або коли мине строк після повторного листа.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Перевіряйте щотижня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Виправляйте відповіді з позначкою «Переписати» й перевіряйте ті, у яких минула дата перевірки.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Чати, які передає AI-агент, з’являються в «Онлайн-підтримці» зі статусом «Очікує агента»: натисніть «Прийняти» й відповідайте.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тарифі Growth збережіть версії для чату: «Налаштування» &gt; «Збережені відповіді» &gt; «Нова відповідь», «Шорткат» (наприклад /holding), «Заголовок», «Текст відповіді», «Поділитися з командою». Введіть шорткат у полі відповіді в чаті.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Для кожного обіцяного оновлення: «Задачі» &gt; «Нове завдання», «Назва завдання» — «T-2131 контрольний лист», «Виконавець» і обіцяний час у полі «Дедлайн». Щоранку перевіряйте «На сьогодні» і «Прострочені» в «Мої задачі».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Додавайте теги до чатів у «Налаштування» &gt; «Теги розмов» &gt; «Новий тег» (наприклад «Повернення коштів») і записуйте результат у «Нотатки» в картці контакту.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Увімкніть «Оцінки задоволеності» (вкладка бота «Поведінка»), щоб отримувати оцінку в зірках після завершення чату.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Коли клієнт підтвердить, натисніть «Вирішити» й «Позначити виконаним» у завданні. Листи надсилаються з вашої власної поштової скриньки.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У CRMsoftware.pro немає SLA-таймерів для звернень, автоматичних повторних листів і макросів, які самі виконують дії зі зверненням: ваш таймер — це дедлайн завдання. Передача людині та єдині вхідні: Launch, 19 $ на місяць при оплаті за рік, 8 користувачів. Збережені відповіді: Growth, 49 $. Free: AI-чат і базові завдання для 3 користувачів.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Щотижневий перегляд відповідей, 15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Відповіді з позначкою «Переписати»: прочитайте повторно відкриті звернення, виправте крок, що не спрацював.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Відповіді, у яких минула «Наступна перевірка»: перевірте ціни, правила й назви кнопок.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Відповідь, яку тричі набирали вручну, стає новим рядком у бібліотеці.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Вигадані дані для прикладу.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https://crmsoftware.pro/ua/templates/support-reply-templates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Шаблони відповідей клієнтам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