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Шаблони вітального листа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Вітальний лист із п’яти частин, версії для покупки, підписаного договору, реєстрації, учня чи учасника, прийому пацієнта чи клієнта й підписника, рядки для 9 галузей і серія з 4 листів. Від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Виберіть вкладку для свого моменту й замініть кожне слово в [дужках]. Збережіть п’ять частин і один наступний крок; видаліть усе, що продає. Надішліть з адреси конкретної людини в межах строку надсилання, а потім запишіть лист у планер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Шаблони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Шаблон вітального листа: п’ять частин і один наступний крок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Надіслати: 1 робочий день · Наступних кроків: 1 · Посилань: Не більше 3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Виберіть момент у вкладках 2–7 або скористайтеся цією загальною версією. Квитанція й підтвердження запису — окремі автоматичні листи; вітальний лист надсилає конкретна людина від свого імені.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П’ять частин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Тема з ім’ям і першою датою: «Ласкаво просимо до [компанія], [ім’я]: [перша подія] [день]».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Подяка і хто ви: Один рядок подяки, ваше ім’я й посада, і що ви — їхня контактна особа.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Що далі, з датами: Два-три пронумеровані рядки: що, коли, з ким.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Один наступний крок: Одна дія для клієнта: що зробити, до коли і як.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До кого звертатися і як: Відповідь на цей лист, номер телефону, години роботи. Ніколи не з адреси no-reply.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Загальний вітальний лист: </w:t>
      </w:r>
      <w:r>
        <w:rPr>
          <w:rFonts w:ascii="Calibri" w:hAnsi="Calibri" w:cs="Calibri" w:eastAsia="Calibri"/>
          <w:b w:val="0"/>
          <w:color w:val="15131F"/>
          <w:sz w:val="21"/>
        </w:rPr>
        <w:t>Тема: Ласкаво просимо до [компанія], [ім’я]: [перша подія] [день]</w:t>
        <w:br/>
        <w:br/>
        <w:t>Вітаю, [ім’я]!</w:t>
        <w:br/>
        <w:br/>
        <w:t>Дякую, що обрали [компанія] для [послуга чи товар]. Я [ваше ім’я], [ваша посада], і я ваша контактна особа з усіх питань.</w:t>
        <w:br/>
        <w:br/>
        <w:t>Що далі:</w:t>
        <w:br/>
        <w:t>1. [День, дата, час]: [перше заняття, доставка чи стартова зустріч], з [хто].</w:t>
        <w:br/>
        <w:t>2. [Дата]: [друга подія].</w:t>
        <w:br/>
        <w:t>3. Раз на [тиждень чи місяць]: [що клієнт отримує, одним рядком].</w:t>
        <w:br/>
        <w:br/>
        <w:t>Що потрібно від вас до [день]: [один крок]. Відповідайте на цей лист або скористайтеся посиланням: [посилання].</w:t>
        <w:br/>
        <w:br/>
        <w:t>Є питання? Відповідайте на цей лист або телефонуйте мені: [телефон], [години роботи].</w:t>
        <w:br/>
        <w:br/>
        <w:t>[ваше ім’я]</w:t>
        <w:br/>
        <w:t>[компанія]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Коротка версія, чат або повідомлення: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[ім’я], це [ваше ім’я] з [компанія]. Ласкаво просимо! [Перша подія] — [день] о [час]. Одне прохання до того часу: [один крок]. Питання: пишіть сюди або телефонуйте [телефон].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Чого не писати в першому листі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Друге прохання, опитування чи запит на відгук.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Допродаж, код знижки чи «вам також може сподобатися».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Вашу історію, перелік функцій, більше трьох посилань і все, що вже є у квитанції.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Транзакційний чи комерційний?: </w:t>
      </w:r>
      <w:r>
        <w:rPr>
          <w:rFonts w:ascii="Calibri" w:hAnsi="Calibri" w:cs="Calibri" w:eastAsia="Calibri"/>
          <w:b w:val="0"/>
          <w:color w:val="5D5A70"/>
          <w:sz w:val="21"/>
        </w:rPr>
        <w:t>За законом США CAN-SPAM лист, увесь зміст якого лише підтверджує, завершує чи виконує угоду, на яку людина погодилася, є транзакційним: посилання для відписки й поштова адреса не обов’язкові, але заголовки й відправник мають бути справжніми. Додайте пропозицію — і все повідомлення може вважатися комерційним. Google каже прямо: жодних акцій у квитанціях. Докладніше в розділі «Правила».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Відправник no-reply, Знижка в першому листі, П’ять закликів до дії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Вітальний лист після першої покупки (магазин чи товар)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Надіслати: Наступний робочий день · Дати: Відправка й вікно доставки · Контакт: Конкретна людина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Магазин одразу надсилає підтвердження замовлення. Цей вітальний лист іде слідом протягом 1 робочого дня, від конкретної людини.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Якщо ви вже надсилаєте подяку за перше замовлення, не пишіть два листи: додайте в неї рядки «що далі». Той лист є в шаблонах листів подяки.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Ласкаво просимо до [магазин], [ім’я]: що буде з вашим замовленням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[ім’я]!</w:t>
        <w:br/>
        <w:br/>
        <w:t>Дякую за ваше перше замовлення в [магазин]. Я [ваше ім’я], [ваша посада], і саме мені варто писати, якщо з ним щось не так.</w:t>
        <w:br/>
        <w:br/>
        <w:t>Що далі:</w:t>
        <w:br/>
        <w:t>1. До [дата]: ваше замовлення вирушає від нас. Посилання для відстеження прийде на пошту того ж дня.</w:t>
        <w:br/>
        <w:t>2. [Дата] – [дата]: доставка, [перевізник].</w:t>
        <w:br/>
        <w:t>3. [Чого чекати після доставки, наприклад інструкція з догляду в коробці].</w:t>
        <w:br/>
        <w:br/>
        <w:t>Одне прохання: напишіть у відповідь [інструкції для кур’єра, наприклад код домофона].</w:t>
        <w:br/>
        <w:br/>
        <w:t>Є питання? Відповідайте на цей лист або телефонуйте: [телефон], [години роботи].</w:t>
        <w:br/>
        <w:br/>
        <w:t>[ваше ім’я]</w:t>
        <w:br/>
        <w:t>[магазин]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Якщо товар потребує налаштування: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[ім’я], ваш [товар] приїде [дата]. Налаштування займає близько [кількість] хвилин: [посилання на інструкцію]. Якщо щось не виходить, надішліть у відповідь фото, і я допоможу крок за кроком.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Не змішуйте квитанцію з рекламою: </w:t>
      </w:r>
      <w:r>
        <w:rPr>
          <w:rFonts w:ascii="Calibri" w:hAnsi="Calibri" w:cs="Calibri" w:eastAsia="Calibri"/>
          <w:b w:val="0"/>
          <w:color w:val="5D5A70"/>
          <w:sz w:val="21"/>
        </w:rPr>
        <w:t>Рекомендації Google для відправників просять не змішувати різні типи контенту в одному повідомленні, наприклад акції у квитанції про покупку. Залиште знижку для пізнішого, відверто комерційного листа з посиланням для відписки.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Код знижки, «Вам також може сподобатися», Розсилка, якої не просили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Вітальний лист новому клієнту після підписання договору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Надіслати: Того ж дня · Щонайпізніше: 1 робочий день · Від кого: Той, хто веде роботу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Того ж дня, коли підписано договір або надійшла перша оплата, щонайпізніше за 1 робочий день, від людини, яка вестиме роботу.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Для проєкту зі стартовим дзвінком і планом на 30 днів скористайтеся вітальним повідомленням із чекліста онбордингу клієнтів; для листа того ж дня після «так» із датами з обох сторін — шаблонами листів для продажів. Цей шаблон для невеликого сервісного бізнесу, де одна людина лишається контактною особою.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Ласкаво просимо до [компанія], [ім’я]: [перший крок] [день]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[ім’я]!</w:t>
        <w:br/>
        <w:br/>
        <w:t>Дякую, що обрали [компанія] для [послуга]. Я [ваше ім’я], [ваша посада], і ваша контактна особа з усіх питань. [Колега] буде [проводити ваші заняття чи вести облік], а я лишаюся в курсі.</w:t>
        <w:br/>
        <w:br/>
        <w:t>Що далі:</w:t>
        <w:br/>
        <w:t>1. [День, дата, час]: [перше заняття, візит чи дзвінок], [де чи як].</w:t>
        <w:br/>
        <w:t>2. [Дата]: [перший результат, наприклад перший звіт].</w:t>
        <w:br/>
        <w:t>3. Раз на [тиждень чи місяць]: [що клієнт отримує, наприклад короткий звіт поштою щоп’ятниці].</w:t>
        <w:br/>
        <w:br/>
        <w:t>Що нам потрібно від вас до [день]: [один документ чи дані], через [захищене посилання]. Або просто відповідайте на цей лист.</w:t>
        <w:br/>
        <w:br/>
        <w:t>Є питання? Відповідайте на цей лист або телефонуйте мені: [телефон], [години роботи].</w:t>
        <w:br/>
        <w:br/>
        <w:t>[ваше ім’я]</w:t>
        <w:br/>
        <w:t>[компанія]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Відповідь, якщо новий клієнт — ви: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[ім’я]!</w:t>
        <w:br/>
        <w:br/>
        <w:t>Дякую за вітальний лист. Підтверджую: [перший крок] [день] о [час]. [Те, що ви просили] надішлю до [дата].</w:t>
        <w:br/>
        <w:br/>
        <w:t>Одне питання: [питання]. В іншому все зрозуміло.</w:t>
        <w:br/>
        <w:br/>
        <w:t>[ваше ім’я]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B2B не виняток: </w:t>
      </w:r>
      <w:r>
        <w:rPr>
          <w:rFonts w:ascii="Calibri" w:hAnsi="Calibri" w:cs="Calibri" w:eastAsia="Calibri"/>
          <w:b w:val="0"/>
          <w:color w:val="5D5A70"/>
          <w:sz w:val="21"/>
        </w:rPr>
        <w:t>CAN-SPAM не робить винятку для листів між компаніями. Вітальний лист, який лише підтверджує те, на що клієнт погодився, є транзакційним; щойно він продає щось інше, потрібні можливість відписатися і ваша поштова адреса.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Обсяг робіт не як у договорі, Рахунок у вітальному листі, Допродаж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Вітальний лист після реєстрації чи пробного періоду (SaaS)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Надіслати: Протягом години · Перша дія: Одна, до 10 хвилин · Інших листів цього тижня: 1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Протягом години після реєстрації, поки вкладка ще відкрита. Лист для входу чи підтвердження пошти — окремий автоматичний лист: ніколи не ховайте його у вітальному.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Одна дія, яка показує цінність продукту. Не перелік функцій і не п’ять посилань.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Ласкаво просимо до [продукт], [ім’я]: ваш перший [результат] за [кількість] хвилин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[ім’я]!</w:t>
        <w:br/>
        <w:br/>
        <w:t>Дякую за реєстрацію в [продукт]. Я [ваше ім’я], [ваша посада], і я читаю кожну відповідь на цей лист.</w:t>
        <w:br/>
        <w:br/>
        <w:t>Що зробити насамперед: [перша дія, наприклад підключити календар]. Це займає близько [кількість] хвилин: [посилання].</w:t>
        <w:br/>
        <w:br/>
        <w:t>Що далі:</w:t>
        <w:br/>
        <w:t>1. Пробний період триває до [дата]. Усе увімкнено, нічого не списується.</w:t>
        <w:br/>
        <w:t>2. [День] я надішлю один лист про [другий крок]. Це єдиний інший лист цього тижня.</w:t>
        <w:br/>
        <w:t>3. Хочете 15-хвилинний огляд? Виберіть час: [посилання на запис].</w:t>
        <w:br/>
        <w:br/>
        <w:t>Щось не виходить? Напишіть у відповідь один рядок, і я допоможу.</w:t>
        <w:br/>
        <w:br/>
        <w:t>[ваше ім’я]</w:t>
        <w:br/>
        <w:t>[продукт]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Якщо за 3 дні так і не почали: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[ім’я], ви зареєструвалися в [продукт] [день], але ще не [перша дія]. Щось заважає? Напишіть у відповідь один рядок або зробіть це тут за [кількість] хвилин: [посилання]. Пробний період триває до [дата].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Людина, а не система: </w:t>
      </w:r>
      <w:r>
        <w:rPr>
          <w:rFonts w:ascii="Calibri" w:hAnsi="Calibri" w:cs="Calibri" w:eastAsia="Calibri"/>
          <w:b w:val="0"/>
          <w:color w:val="5D5A70"/>
          <w:sz w:val="21"/>
        </w:rPr>
        <w:t>Надсилайте з адреси конкретної людини, яка читає пошту, а не з no-reply. Google зазначає, що повідомлення з адреси, яка є в контактах отримувача, рідше потрапляють у спам.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Перелік функцій, Схований лист для входу, Вищий тариф у день 0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Вітальний лист новому учню, учаснику чи донору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Надіслати: Того ж дня · Напередодні: Одне нагадування · До 18 років: Пишіть батькам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У день, коли підтверджено запис на курс, членство чи перший внесок. Якщо до першого заняття більше тижня, напередодні надішліть короткий другий лист.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Учням до 18 років: пишіть батькам, називайте учня, логін учня тримайте окремо.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Ласкаво просимо до [програма], [ім’я]: починаємо [день]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[ім’я]!</w:t>
        <w:br/>
        <w:br/>
        <w:t>Дякую, що приєдналися до [програма] в [компанія]. Я [ваше ім’я], [ваша посада], і ваша контактна особа з усіх питань. Заняття проводитиме [викладач чи тренер].</w:t>
        <w:br/>
        <w:br/>
        <w:t>Що далі:</w:t>
        <w:br/>
        <w:t>1. [День, дата, час]: ваше перше заняття, [де або посилання на онлайн]. Приходьте за [10] хвилин до початку.</w:t>
        <w:br/>
        <w:t>2. Візьміть із собою або підготуйте: [одна-дві речі].</w:t>
        <w:br/>
        <w:t>3. Заняття проходять [дні й час] до [дата завершення], усього [кількість].</w:t>
        <w:br/>
        <w:br/>
        <w:t>Що потрібно від вас до [день]: коротка анкета [рівня чи вступна], 3 хвилини: [посилання].</w:t>
        <w:br/>
        <w:br/>
        <w:t>Є питання? Відповідайте на цей лист або телефонуйте: [телефон], [години роботи].</w:t>
        <w:br/>
        <w:br/>
        <w:t>[ваше ім’я]</w:t>
        <w:br/>
        <w:t>[компанія]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Батькам: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 батька чи матері], [учень] записаний на [програма]. Перше заняття — [день] о [час] з [репетитор чи тренер], [де або онлайн]. Після кожного заняття ви отримуєте на пошту нотатку з 3 рядків: що проходили, що вдалося, що попрактикувати. Одне прохання до [день]: [один крок]. Відповідайте сюди або телефонуйте [телефон] у будь-який час.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Новий донор чи волонтер: </w:t>
      </w:r>
      <w:r>
        <w:rPr>
          <w:rFonts w:ascii="Calibri" w:hAnsi="Calibri" w:cs="Calibri" w:eastAsia="Calibri"/>
          <w:b w:val="0"/>
          <w:color w:val="15131F"/>
          <w:sz w:val="21"/>
        </w:rPr>
        <w:t>Дякуємо, [ім’я], за ваш внесок [сума] на [організація]. Він оплачує [одна конкретна річ]. Ми писатимемо вам [як часто] про те, що змінилося, а зупинити ці листи можна будь-коли одним кліком унизу. Є питання? Відповідайте сюди або телефонуйте мені: [телефон]. [ваше ім’я], [посада]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Перший тиждень вирішує: </w:t>
      </w:r>
      <w:r>
        <w:rPr>
          <w:rFonts w:ascii="Calibri" w:hAnsi="Calibri" w:cs="Calibri" w:eastAsia="Calibri"/>
          <w:b w:val="0"/>
          <w:color w:val="5D5A70"/>
          <w:sz w:val="21"/>
        </w:rPr>
        <w:t>Зробіть так, щоб на перше заняття було легко прийти: посилання чи адреса, час у їхньому часовому поясі й що взяти — у вітальному листі й ще раз напередодні. У планері Excel цей лист напередодні є окремим рядком.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Логін, що ще не працює, Домашнє завдання у вітальному, Прохання про внесок у подяці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Вітальний лист пацієнту чи клієнту перед першим прийомом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Надіслати: Коли записано · Анкети: Захищене посилання, 5 хвилин · Дані про здоров’я поштою: Жодних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Щойно записано на перший прийом, від рецепції або людини, яка веде справу. Нагадування напередодні — окреме повідомлення.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Жодного слова про здоров’я, справу чи страховий випадок у листі. Анкети й документи — через захищений портал або посилання, ніколи як вкладення до звичайного листа.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Ласкаво просимо до [клініка чи фірма], [ім’я]: ваш перший візит [день]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[ім’я]!</w:t>
        <w:br/>
        <w:br/>
        <w:t>Дякую, що обрали [клініка чи фірма]. Я [ваше ім’я], [ваша посада], і ваша контактна особа щодо записів, анкет і оплати. Вас прийме [лікар чи фахівець].</w:t>
        <w:br/>
        <w:br/>
        <w:t>Що далі:</w:t>
        <w:br/>
        <w:t>1. [День, дата, час]: ваш перший візит за адресою [адреса]. Будь ласка, приходьте за [10] хвилин до початку.</w:t>
        <w:br/>
        <w:t>2. Перед візитом: вступні анкети, близько [5] хвилин, за цим захищеним посиланням: [захищене посилання].</w:t>
        <w:br/>
        <w:t>3. Візьміть із собою: [документ], [страховий поліс або його номер] і [список ліків або документи у вашій справі].</w:t>
        <w:br/>
        <w:br/>
        <w:t>Щоб перенести прийом, відповідайте на цей лист або телефонуйте [телефон] щонайменше за [24] години.</w:t>
        <w:br/>
        <w:br/>
        <w:t>Ми не обговорюємо здоров’я чи деталі справи поштою. З усіх питань щодо лікування чи вашої справи телефонуйте нам: [телефон], [години роботи].</w:t>
        <w:br/>
        <w:br/>
        <w:t>[ваше ім’я]</w:t>
        <w:br/>
        <w:t>[клініка чи фірма]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Юридична фірма: </w:t>
      </w:r>
      <w:r>
        <w:rPr>
          <w:rFonts w:ascii="Calibri" w:hAnsi="Calibri" w:cs="Calibri" w:eastAsia="Calibri"/>
          <w:b w:val="0"/>
          <w:color w:val="15131F"/>
          <w:sz w:val="21"/>
        </w:rPr>
        <w:t>Цей лист пояснює, як ми працюємо, а не вашу справу. Усе щодо вашої справи ви отримуєте від [адвокат] напряму, телефоном або через портал: [посилання на портал]. Для документів, будь ласка, користуйтеся порталом, а не поштою.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Стоматологія, готелі та страхування: </w:t>
      </w:r>
      <w:r>
        <w:rPr>
          <w:rFonts w:ascii="Calibri" w:hAnsi="Calibri" w:cs="Calibri" w:eastAsia="Calibri"/>
          <w:b w:val="0"/>
          <w:color w:val="5D5A70"/>
          <w:sz w:val="21"/>
        </w:rPr>
        <w:t>Шаблони вітального листа для стоматології, готельного бізнесу та страхування розкривають ці сфери докладніше: новий пацієнт, підтверджене бронювання, новий поліс. Ця вкладка дає спільну структуру.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Діагнози чи деталі справи, Анкети як вкладення, Реклама у вступному листі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Вітальний лист новому підписнику розсилки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Надіслати: Протягом години · Обсяг: До 120 слів · Частота: Названа в листі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Протягом години після підписки, автоматично із сервісу розсилок або вручну, якщо список невеликий.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Це комерційний лист: у ньому мають бути ваша поштова адреса й посилання для відписки, а тема листа каже, що це.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Ви підписані, [ім’я]: що й коли надсилає [розсилка]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[ім’я]!</w:t>
        <w:br/>
        <w:br/>
        <w:t>Дякую за підписку на [розсилка] від [компанія]. Домовленість така: один лист раз на [тиждень чи місяць] з [що в ньому, одним рядком] — і нічого більше. Перший прийде [день].</w:t>
        <w:br/>
        <w:br/>
        <w:t>Одне прохання: напишіть у відповідь одну тему, яку хочете побачити першою. Я читаю кожну відповідь.</w:t>
        <w:br/>
        <w:br/>
        <w:t>Щоб листи доходили, додайте [адреса відправника] у свої контакти. Не ваше? Відпишіться одним кліком унизу будь-якого листа.</w:t>
        <w:br/>
        <w:br/>
        <w:t>[ваше ім’я]</w:t>
        <w:br/>
        <w:t>[компанія]</w:t>
        <w:br/>
        <w:t>[поштова адреса]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Підписники з ЄС: </w:t>
      </w:r>
      <w:r>
        <w:rPr>
          <w:rFonts w:ascii="Calibri" w:hAnsi="Calibri" w:cs="Calibri" w:eastAsia="Calibri"/>
          <w:b w:val="0"/>
          <w:color w:val="5D5A70"/>
          <w:sz w:val="21"/>
        </w:rPr>
        <w:t>У ЄС маркетингові листи потребують попередньої згоди; єдиний виняток — ваші наявні клієнти, щодо схожих продуктів, із можливістю заперечити в кожному повідомленні. Згода означає: без попередньо поставленої галочки, і відкликати її так само легко, як дати. Обіцяна знижка йде в цьому листі й ніде більше; відправникам 5 000 і більше листів на день у Gmail також потрібна відписка в один клік.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Галочка за замовчуванням як згода, Щоденні листи, яких не просили, Приховане посилання для відписки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Шаблони вітального листа за галузями: що змінюється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Галузей: 9 · На галузь: Що змінюється, готовий рядок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П’ять частин лишаються ті самі. Змінюються момент, перша дата й один наступний крок. Вкладка в дужках — та, з якої починати. Для готельного бізнесу, стоматології та страхування є окремі сторінки вітальних листів.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Консалтинг, агенції та IT-послуги (вкладка 3)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Що змінюється: </w:t>
      </w:r>
      <w:r>
        <w:rPr>
          <w:rFonts w:ascii="Calibri" w:hAnsi="Calibri" w:cs="Calibri" w:eastAsia="Calibri"/>
          <w:b w:val="0"/>
          <w:color w:val="5D5A70"/>
          <w:sz w:val="21"/>
        </w:rPr>
        <w:t>Хто виконує роботу і хто лишається контактною особою. Перша дата: стартова зустріч або дата онбордингу. Один крок: доступи чи документи, які вам потрібні; паролі ніколи не поштою.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Готовий рядок: </w:t>
      </w:r>
      <w:r>
        <w:rPr>
          <w:rFonts w:ascii="Calibri" w:hAnsi="Calibri" w:cs="Calibri" w:eastAsia="Calibri"/>
          <w:b w:val="0"/>
          <w:color w:val="15131F"/>
          <w:sz w:val="21"/>
        </w:rPr>
        <w:t>Щотижня в [п’ятницю] ви отримуватимете від мене коротке оновлення. Дані доступу надходять через [захищений канал], ніколи не поштою.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Електронна комерція й роздріб (вкладка 2)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Що змінюється: </w:t>
      </w:r>
      <w:r>
        <w:rPr>
          <w:rFonts w:ascii="Calibri" w:hAnsi="Calibri" w:cs="Calibri" w:eastAsia="Calibri"/>
          <w:b w:val="0"/>
          <w:color w:val="5D5A70"/>
          <w:sz w:val="21"/>
        </w:rPr>
        <w:t>Квитанція й відстеження автоматичні. Вітальний лист додає конкретну людину, вікно доставки і як працює повернення.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Готовий рядок: </w:t>
      </w:r>
      <w:r>
        <w:rPr>
          <w:rFonts w:ascii="Calibri" w:hAnsi="Calibri" w:cs="Calibri" w:eastAsia="Calibri"/>
          <w:b w:val="0"/>
          <w:color w:val="15131F"/>
          <w:sz w:val="21"/>
        </w:rPr>
        <w:t>Якщо щось у посилці не так, надішліть у відповідь фото протягом [14] днів, і я заміню товар або поверну гроші.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Освіта, курси й репетиторство (вкладка 5)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Що змінюється: </w:t>
      </w:r>
      <w:r>
        <w:rPr>
          <w:rFonts w:ascii="Calibri" w:hAnsi="Calibri" w:cs="Calibri" w:eastAsia="Calibri"/>
          <w:b w:val="0"/>
          <w:color w:val="5D5A70"/>
          <w:sz w:val="21"/>
        </w:rPr>
        <w:t>Для учнів до 18 років пишіть батькам. Перша дата: перше заняття. Один крок: анкета рівня або останній тест.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Готовий рядок: </w:t>
      </w:r>
      <w:r>
        <w:rPr>
          <w:rFonts w:ascii="Calibri" w:hAnsi="Calibri" w:cs="Calibri" w:eastAsia="Calibri"/>
          <w:b w:val="0"/>
          <w:color w:val="15131F"/>
          <w:sz w:val="21"/>
        </w:rPr>
        <w:t>Після кожного заняття ви отримуєте нотатку з 3 рядків: що проходили, що вдалося, що попрактикувати.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8.4 Медицина, стоматологія та юридичні фірми (вкладка 6)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Що змінюється: </w:t>
      </w:r>
      <w:r>
        <w:rPr>
          <w:rFonts w:ascii="Calibri" w:hAnsi="Calibri" w:cs="Calibri" w:eastAsia="Calibri"/>
          <w:b w:val="0"/>
          <w:color w:val="5D5A70"/>
          <w:sz w:val="21"/>
        </w:rPr>
        <w:t>Жодних даних про здоров’я чи справу поштою. Анкети й документи — через захищене посилання; лист пояснює процес, а не справу.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Готовий рядок: </w:t>
      </w:r>
      <w:r>
        <w:rPr>
          <w:rFonts w:ascii="Calibri" w:hAnsi="Calibri" w:cs="Calibri" w:eastAsia="Calibri"/>
          <w:b w:val="0"/>
          <w:color w:val="15131F"/>
          <w:sz w:val="21"/>
        </w:rPr>
        <w:t>Ми не обговорюємо здоров’я чи деталі справи поштою. З усіх питань щодо лікування чи вашої справи телефонуйте нам: [телефон].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8.5 Неприбуткові організації (вкладка 5)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Що змінюється: </w:t>
      </w:r>
      <w:r>
        <w:rPr>
          <w:rFonts w:ascii="Calibri" w:hAnsi="Calibri" w:cs="Calibri" w:eastAsia="Calibri"/>
          <w:b w:val="0"/>
          <w:color w:val="5D5A70"/>
          <w:sz w:val="21"/>
        </w:rPr>
        <w:t>Подяка з одним конкретним результатом внеску, як часто ви пишете і як відписатися. Без другого прохання.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Готовий рядок: </w:t>
      </w:r>
      <w:r>
        <w:rPr>
          <w:rFonts w:ascii="Calibri" w:hAnsi="Calibri" w:cs="Calibri" w:eastAsia="Calibri"/>
          <w:b w:val="0"/>
          <w:color w:val="15131F"/>
          <w:sz w:val="21"/>
        </w:rPr>
        <w:t>Ваші [сума] оплачують [одна конкретна річ]. Ми писатимемо вам [як часто] про те, що змінилося.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8.6 Нерухомість (вкладка 3)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Що змінюється: </w:t>
      </w:r>
      <w:r>
        <w:rPr>
          <w:rFonts w:ascii="Calibri" w:hAnsi="Calibri" w:cs="Calibri" w:eastAsia="Calibri"/>
          <w:b w:val="0"/>
          <w:color w:val="5D5A70"/>
          <w:sz w:val="21"/>
        </w:rPr>
        <w:t>Покупці: наступний перегляд і що вам від них потрібно. Продавці: графік розміщення оголошення. Орендарі: дата заселення, застава, ключі.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Готовий рядок: </w:t>
      </w:r>
      <w:r>
        <w:rPr>
          <w:rFonts w:ascii="Calibri" w:hAnsi="Calibri" w:cs="Calibri" w:eastAsia="Calibri"/>
          <w:b w:val="0"/>
          <w:color w:val="15131F"/>
          <w:sz w:val="21"/>
        </w:rPr>
        <w:t>Напишіть у відповідь [бюджет, райони й терміни], і до [день] ви отримаєте короткий список підхожих варіантів.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8.7 SaaS і застосунки (вкладка 4)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Що змінюється: </w:t>
      </w:r>
      <w:r>
        <w:rPr>
          <w:rFonts w:ascii="Calibri" w:hAnsi="Calibri" w:cs="Calibri" w:eastAsia="Calibri"/>
          <w:b w:val="0"/>
          <w:color w:val="5D5A70"/>
          <w:sz w:val="21"/>
        </w:rPr>
        <w:t>Одна перша дія, дата завершення пробного періоду і ще один лист цього тижня. Лист для входу окремий.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Готовий рядок: </w:t>
      </w:r>
      <w:r>
        <w:rPr>
          <w:rFonts w:ascii="Calibri" w:hAnsi="Calibri" w:cs="Calibri" w:eastAsia="Calibri"/>
          <w:b w:val="0"/>
          <w:color w:val="15131F"/>
          <w:sz w:val="21"/>
        </w:rPr>
        <w:t>Що зробити насамперед: [перша дія]. Це займає [кількість] хвилин: [посилання].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Далі використайте: </w:t>
      </w:r>
      <w:r>
        <w:rPr>
          <w:rFonts w:ascii="Calibri" w:hAnsi="Calibri" w:cs="Calibri" w:eastAsia="Calibri"/>
          <w:b w:val="0"/>
          <w:color w:val="5D5A70"/>
          <w:sz w:val="21"/>
        </w:rPr>
        <w:t>Вітальний лист, Таблицю серії листів, Планер Excel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Приклад: Репетиторський сервіс вітає батька: чотири листи за 14 днів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Ashgrove Tutoring, вигаданий сервіс онлайн-репетиторства для школярів, використовує ці шаблони вітального листа з Рафаелем Кінтеро, батьком, який записує на заняття з математики свою доньку Софію, 13 років. Вітальний лист — версія для учня чи учасника, написана батькам.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Рафаель (батько): </w:t>
      </w:r>
      <w:r>
        <w:rPr>
          <w:rFonts w:ascii="Calibri" w:hAnsi="Calibri" w:cs="Calibri" w:eastAsia="Calibri"/>
          <w:b w:val="0"/>
          <w:color w:val="15131F"/>
          <w:sz w:val="21"/>
        </w:rPr>
        <w:t>Чт, 8 жовт., 20:40: Добрий вечір, я Рафаель Кінтеро. Моїй доньці Софії 13, і їй важко дається математика за 8 клас, здебільшого дроби й відношення. Ви проводите онлайн-заняття двічі на тиждень? І скільки це коштує?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Вітаю, Рафаелю, так: онлайн-заняття по 55 хвилин, один репетитор на одного учня, зазвичай двічі на тиждень. Пакет із 8 занять коштує 360 $. Перш ніж щось купувати, Сімона Делакруа, власниця, пропонує безкоштовний 20-хвилинний ознайомчий дзвінок, щоб підібрати Софії репетитора. Найближчий вільний час — завтра о 17:00: відкрити сторінку запису?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Рафаель (батько): </w:t>
      </w:r>
      <w:r>
        <w:rPr>
          <w:rFonts w:ascii="Calibri" w:hAnsi="Calibri" w:cs="Calibri" w:eastAsia="Calibri"/>
          <w:b w:val="0"/>
          <w:color w:val="15131F"/>
          <w:sz w:val="21"/>
        </w:rPr>
        <w:t>Так, будь ласка. Записався на п’ятницю, 17:00.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Готово, Рафаелю. Лист-підтвердження з посиланням на дзвінок уже в дорозі. Якщо у вас є останній тест Софії з математики, тримайте його під рукою.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Сімона (власниця): </w:t>
      </w:r>
      <w:r>
        <w:rPr>
          <w:rFonts w:ascii="Calibri" w:hAnsi="Calibri" w:cs="Calibri" w:eastAsia="Calibri"/>
          <w:b w:val="0"/>
          <w:color w:val="15131F"/>
          <w:sz w:val="21"/>
        </w:rPr>
        <w:t>Пт, 9 жовт., 17:25, після ознайомчого дзвінка: Рафаель оплачує пакет із 8 занять за посиланням на оплату. О 18:10 Сімона надсилає вітальний лист зі своєї пошти (його частини — у таблиці нижче): хто вона, перше заняття Софії з Лейлою Брандт у вівторок, 13 жовтня, о 16:30, нотатка з 3 рядків після кожного заняття, по вівторках і четвергах до 5 листопада, і одне прохання: написати у відповідь теми двох останніх тестів Софії.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Рафаель (батько): </w:t>
      </w:r>
      <w:r>
        <w:rPr>
          <w:rFonts w:ascii="Calibri" w:hAnsi="Calibri" w:cs="Calibri" w:eastAsia="Calibri"/>
          <w:b w:val="0"/>
          <w:color w:val="15131F"/>
          <w:sz w:val="21"/>
        </w:rPr>
        <w:t>Пт, 9 жовт., 21:05, відповідь: Дякую, Сімоно. Два останні тести — дроби (58%) і відношення (64%), фото додаю. Софія хвилюється через камеру. Це нормально?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Сімона (власниця): </w:t>
      </w:r>
      <w:r>
        <w:rPr>
          <w:rFonts w:ascii="Calibri" w:hAnsi="Calibri" w:cs="Calibri" w:eastAsia="Calibri"/>
          <w:b w:val="0"/>
          <w:color w:val="15131F"/>
          <w:sz w:val="21"/>
        </w:rPr>
        <w:t>Сб, 10 жовт., 9:15: Дякую, Рафаелю, це дуже допомагає. На першому занятті можна без камери; Лейла скаже про це на початку. До вівторка.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Серія вітальних листів: Рафаель Кінтеро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Лист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Строк надсилання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Надіслано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Вітальний лист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Пт, 9 жовт., того ж дня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18:10, вчасно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Перед першим заняттям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Пн, 12 жовт., до 18:00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16:45, вчасно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Після першого заняття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Вт, 13 жовт., протягом 2 годин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18:05, вчасно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Контрольний лист через два тижні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Пт, 23 жовт., 10:00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Заплановано, є завдання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Вітальний лист, пт, 9 жовт.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Тема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Ласкаво просимо до Ashgrove Tutoring, Рафаелю: перше заняття Софії у вівторок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Хто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Сімона, власниця, контактна особа; Лейла Брандт, репетитор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Що далі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Вт, 13 жовт., 16:30, перше заняття; нотатка з 3 рядків після кожного; по вівторках і четвергах до 5 листопада, усього 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Один наступний крок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Написати у відповідь теми двох останніх тестів Софії або надіслати фото останнього тесту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Контакт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Відповідь на лист або 503-555-0121, у будні з 9 до 18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Не писали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Пакет підготовки до іспитів, реферальну пропозицію, розсилку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У CRMsoftware.pro на 13 жовтня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Контакт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Рафаель Кінтеро, батько Софії, конвертований із чату на сайті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Угода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Пакет з математики, 8 занять · 360 $, «Закрито успішно»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Запис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Ознайомчий дзвінок пт, 9 жовт., 17:00; «Підтвердження бронювання» надіслано з «Планування»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Нотатки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Тести: дроби 58%, відношення 64%. На занятті 1 без камери.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Завдання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Вітальний лист: виконано · Лист перед заняттям: виконано · Контрольний лист: «Дедлайн» пт, 23 жовт.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Вигадана компанія та клієнт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Транзакційний чи комерційний: правила для вітального листа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Два закони й один поштовий провайдер вирішують, чи дійде ваш вітальний лист і чи потрібне в ньому посилання для відписки. Це не юридична консультація.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США: транзакційний, лише поки це угода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За CAN-SPAM основна мета є транзакційною або пов’язаною з наявними відносинами, коли повідомлення складається лише зі змісту, який підтверджує, завершує чи полегшує угоду, на яку отримувач погодився, дає інформацію про гарантію, відкликання чи безпеку, повідомляє про зміни в акаунті чи членстві або доставляє товар чи послугу; FTC каже, що закон тлумачить ці категорії вузько. Змішане повідомлення є комерційним, якщо тема листа читається як реклама або транзакційна частина йде не першою. Комерційному листу потрібні справжні заголовки, чесна тема, позначка, що це реклама, ваша дійсна фізична поштова адреса й виконання відписки протягом 10 робочих днів. Кожен лист із порушенням може коштувати до 53 088 $; винятку для листів B2B немає.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ЄС: спершу згода, крім власних клієнтів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Директива ePrivacy (Директива 2002/58/ЄС про приватність та електронні комунікації) дозволяє листи для прямого маркетингу лише за попередньою згодою. Виняток: бізнес, який отримав адресу під час продажу, може рекламувати власні схожі продукти чи послуги, якщо клієнт міг заперечити, коли адресу збирали, і може заперечити в кожному повідомленні, безкоштовно. Сам сервісний лист згоди не потребує: він частина договору, а ця підстава, за словами Європейської ради із захисту даних (EDPB), на маркетинг не поширюється. Згода означає: без попередньо поставленої галочки, і відкликати її так само легко, як дати.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Доставлюваність: автентифікація, без змішування, відписка в один клік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Рекомендації Google для всіх відправників: SPF або DKIM, TLS, повідомлення у форматі за RFC 5322, частка спаму нижче 0,3%. Не змішуйте типи контенту в одному повідомленні, наприклад акції у квитанції про покупку, і тримайте одну адресу відправника для кожного типу повідомлень. Відправникам 5 000 і більше повідомлень на день у Gmail також потрібні SPF, DKIM і DMARC з узгодженим доменом відправника та відписка в один клік із видимим посиланням у маркетингових листах і розсилках за підпискою.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Читається для всіх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Надсилайте разом із HTML текстову версію, щоб лист читався на будь-якому пристрої й у програмі читання з екрана. Пишіть наступний крок справжнім текстом, а не на картинці, і нехай кожне посилання каже, куди веде: Google просить, щоб посилання були видимими й зрозумілими і щоб нічого не ховалося за допомогою HTML чи CSS.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Ця сторінка не є юридичною консультацією. У штатах США та інших країнах є власні правила для листів; перевірте офіційні правила там, де живуть ваші клієнти.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Серія вітальних листів для малого бізнесу: 4 листи за 14 днів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Лист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День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Що робить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Правило зупинки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Вітальний лист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День 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Подяка, хто ви, що далі з датами, один наступний крок, як з вами зв’язатися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Немає: отримують усі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Перед першим заняттям, доставкою чи входом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Напередодні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Посилання чи адреса, час, що взяти, з ким зустрінуться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Пропустіть, якщо перша подія вже відбулася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Після першого заняття чи доставки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Того ж дня, протягом 2 годин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Три рядки: що було, що вдалося, що далі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Проблема у відповіді зупиняє серію: подзвоніть, виправте, продовжте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Контрольний лист через два тижні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День 14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Два питання: що працює, що ні. Одне прохання: дата наступного кроку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Жодних прохань про відгук чи рекомендацію, поки є відкрита проблема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День 30 і пізніше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День 30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Прохання про відгук чи рекомендацію й перша пропозиція, окремим комерційним листом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Лише тим, хто може відписатися; див. шаблони листів подяки та опитування задоволеності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Як користуватися цими шаблонами вітального листа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Виберіть момент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Покупка, підписаний договір, реєстрація, учень чи учасник, прийом чи підписник. Один вітальний лист на людину.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Заповніть п’ять частин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Ім’я в темі, хто ви, два-три рядки з датами, один наступний крок, як з вами зв’язатися. Решту видаліть.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Надішліть вчасно, від людини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Того ж дня для договору, протягом години для реєстрації чи підписника, за 1 робочий день після замовлення.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Сплануйте наступні три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Внесіть серію в планер Excel із відповідальним і строком надсилання. Лист напередодні — той, про який більшість бізнесів забуває.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Записуйте й переглядайте щотижня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Один рядок на лист. Щотижня: листи із запізненням і прострочені, відповіді клієнтів, що лишилися без реакції, наступні кроки, які не відбулися.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Налаштування в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Чати з сайту й вебформи потрапляють у «Ліди». Коли людина платить чи підписує, відкрийте лід і натисніть «Конвертувати в угоду»: створяться контакт, компанія й угода. Вставте надісланий вітальний лист у «Нотатки» угоди.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У розділі «Завдання» натисніть «Нове завдання» для кожного листа серії: «Назва завдання» (наприклад «Вітальний лист: Рафаель Кінтеро»), «Виконавець», «Дедлайн» і «Пов'язана угода». «Мої задачі» показують «На сьогодні» і «Прострочені»; після надсилання натисніть «Позначити виконаним».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На тарифі Launch «Планування» надсилає лист «Підтвердження бронювання» кожному, хто записався на час, і «Нагадування про зустріч» перед ним. У «Планування» &gt; «Листи» відредагуйте поля «Тема листа», «Заголовок» і «Текст листа», потім «Зберегти шаблон». Створіть ознайомчий дзвінок у «Типи подій» &gt; «Новий тип події» і вставте посилання через «Скопіювати посилання» у вітальний лист.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У «Мої боти» &gt; ваш бот &gt; вкладка «Основи» додайте інструкцію для початку роботи в поле «База знань», а в полі «Інструкції» скажіть AI-агенту, хто контактна особа для нових клієнтів і що відбувається після реєстрації. Натисніть «Зберегти зміни», потім «Спробуйте Bot». На тарифі Growth збережіть версію для чату в «Налаштування» &gt; «Збережені відповіді» &gt; «Нова відповідь»: «Шорткат», наприклад /welcome, «Заголовок», «Текст відповіді», «Поділитися з командою».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не надсилає вітальні листи й серії листів: ви надсилаєте їх зі своєї пошти чи сервісу розсилок, а CRM зберігає контакт, угоду, «Нотатки» й завдання. «Ліди», 1 воронка, «Нотатки» й базові завдання безкоштовні для 3 користувачів. Записи із синхронізацією календаря та їхні листи-підтвердження є з тарифу Launch, 19 $ на місяць при оплаті за рік; «Збережені відповіді» — з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Щотижневий перегляд вітальних листів, 15 хвилин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Прострочені й запізнілі вітальні листи: хто і чому?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Відповіді на вітальний лист, на які ніхто не відреагував протягом 1 робочого дня.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Наступні кроки, які не відбулися за 7 днів: подзвоніть, не пишіть знову.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Одне речення в шаблоні, яке когось спантеличило: виправте шаблон.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Безкоштовний шаблон від CRMsoftware.pro. Дані в прикладі вигадані.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https://crmsoftware.pro/ua/templates/welcome-email-templates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Шаблони вітального листа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