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Чекліст налаштування WhatsApp Business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40 перевірок у 8 групах для підключення WhatsApp до AI-агента й вхідних: для кожної є відповідальний і підтвердження, а також тест першої розмови й перевірка відновлення доступу.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Проходьте 8 груп по черзі. Біля кожної перевірки впишіть відповідального й термін, а підтвердження (знімки екрана, посилання, нотатки) зберігайте в одній спільній папці. Ніколи не записуйте в цей файл PIN-код двоетапної перевірки.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Чекліст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Перед початком: застосунок чи платформа, номер і власник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Група: 1 з 8 · Тариф: Launch або вищий · Ніколи: Не беріть особистий номер колеги. Коли колега піде, номер і чати підуть разом із ним.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Застосунок WhatsApp Business призначений для відповідей вручну: швидкі відповіді, вітальні повідомлення й повідомлення про відсутність, до 10 пов’язаних пристроїв. WhatsApp Business Platform, яку часто називають WhatsApp Business API, підключає WhatsApp до програм, наприклад до AI-агента чи спільних вхідних команди. Вирішіть ці питання, перш ніж відкривати будь-які налаштування.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Виберіть продукт: платформу, якщо відповідатиме AI-агент або спільні вхідні команди, застосунок, якщо відповідає одна людина з одного телефона.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Рішення й дата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Виберіть номер, яким володіє й за який платить ваш бізнес, з кодом країни й міста, що приймає SMS або дзвінки.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Номер у форматі з +, на кого оформлено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Перевірте, чи номер уже є у WhatsApp. Вирішіть: перенести його, використати режим співіснування чи взяти новий номер.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Як номер використовується зараз і рішення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Переконайтеся, що бізнес-портфоліо Meta належить вашій компанії, а не агенції чи фрилансеру.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Назва портфоліо, ID, хто створив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1.5 Призначте двох адміністраторів: власника й резервного.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Імена, email, дата додавання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Номер має належати вам, мати код країни й міста та приймати SMS або голосові дзвінки. Номер, який використовується у WhatsApp, не можна зареєструвати, поки його там не видалено.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Співіснування: </w:t>
      </w:r>
      <w:r>
        <w:rPr>
          <w:rFonts w:ascii="Calibri" w:hAnsi="Calibri" w:cs="Calibri" w:eastAsia="Calibri"/>
          <w:b w:val="0"/>
          <w:color w:val="5D5A70"/>
          <w:sz w:val="21"/>
        </w:rPr>
        <w:t>Деякі провайдери пропонують режим співіснування (coexistence): вони підключають номер, що вже працює в застосунку WhatsApp Business, і застосунок та платформа користуються ним спільно. Для цього потрібна версія застосунку 2.24.17 або новіша, а деякі функції застосунку вимикаються. Запитайте про це, перш ніж підключати номер, який активно працює в застосунку.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Налаштування облікового запису WhatsApp Business: формат номера й профіль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Група: 2 з 8 · Приклад: +1 512 555 0147 · Неправильно і правильно: +44 07700 900123 — неправильно. +44 7700 900123 — правильно.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Запишіть номер один раз у міжнародному форматі, який часто називають E.164: знак плюс, код країни, а потім номер без початкового 0. Скрізь використовуйте саме такий запис.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Формат номера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Місцевий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Міжнародний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Посилання wa.me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(512) 555-0147 (США)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+1 512 555 0147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https://wa.me/15125550147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07700 900123 (Велика Британія)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+44 7700 900123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https://wa.me/447700900123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[місцевий номер з 0]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+[код країни] [номер без 0]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https://wa.me/[код країни][номер]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Meta радить писати знак плюс і код країни. Без плюса перед номером клієнта буде додано код країни вашого бізнес-номера.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Запишіть бізнес-номер у міжнародному форматі й використовуйте скрізь саме такий запис.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Адміністратор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Номер у тому вигляді, як його опубліковано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Укажіть як відображуване ім’я справжню назву свого бізнесу.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Відображуване ім’я, як його подано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Заповніть профіль: опис, адреса, години роботи, сайт, email або телефон підтримки.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Знімок екрана профілю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Зберігайте номери клієнтів у CRM з + і кодом країни.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Контакти перевірено або виправлено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2.5 Перевірте посилання wa.me на телефоні, який не є бізнес-телефоном.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Посилання й дата перевірки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Опис профілю: </w:t>
      </w:r>
      <w:r>
        <w:rPr>
          <w:rFonts w:ascii="Calibri" w:hAnsi="Calibri" w:cs="Calibri" w:eastAsia="Calibri"/>
          <w:b w:val="0"/>
          <w:color w:val="15131F"/>
          <w:sz w:val="21"/>
        </w:rPr>
        <w:t>[Назва бізнесу], [місто]. [Що ви робите, одним реченням]. Відповідаємо у WhatsApp [дні], [години]. Потрібна відповідь просто зараз? Телефонуйте: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Вкажіть у профілі контакти підтримки, наприклад email, сайт або номер телефону, і стежте, щоб вони були актуальними.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Налаштування WhatsApp Business API через «Швидке підключення»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Тариф: Launch · Відповідальний: Адміністратор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У CRMsoftware.pro WhatsApp підключається до бота. Бот автоматично відповідає на повідомлення WhatsApp через Meta Business API, а чати з’являються в єдиних вхідних. Спочатку створіть у Meta Business Suite обліковий запис WhatsApp Business зі своїм номером.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Порядок підключення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бота: «Мої боти», виберіть бота, натисніть «Зберегти зміни». Канали підключаються лише до збереженого бота.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Вкладка «Канали»: Біля WhatsApp натисніть «Підключити канал».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Швидке підключення: Натисніть «Швидке підключення» та увійдіть за допомогою Facebook як адміністратор портфоліо.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Виберіть і надайте дозволи: Виберіть свій обліковий запис WhatsApp Business і надайте дозволи на обмін повідомленнями. Статус зміниться на «Підключено».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Потрібно: </w:t>
      </w:r>
      <w:r>
        <w:rPr>
          <w:rFonts w:ascii="Calibri" w:hAnsi="Calibri" w:cs="Calibri" w:eastAsia="Calibri"/>
          <w:b w:val="0"/>
          <w:color w:val="15131F"/>
          <w:sz w:val="21"/>
        </w:rPr>
        <w:t>Обліковий запис WhatsApp Business, пов’язаний із Meta, і тариф Launch або вищий.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Підтвердьте номер кодом із SMS або голосового дзвінка й під час реєстрації встановіть PIN-код двоетапної перевірки.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Підтвердьте номер кодом із SMS або дзвінка.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Адміністратор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Дата підтвердження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Встановіть 6-значний PIN-код і збережіть його в менеджері паролів.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Адміністратор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Де він зберігається, але не сам PIN-код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Підключіть WhatsApp через «Швидке підключення».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Адміністратор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Хто підключив, дата, знімок екрана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3.4 Додайте в «Інструкції» бота години роботи, ціни й правила передачі людині та заборонте просити номери карток, рахунків чи документів.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Дата оновлення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3.5 Увімкніть сповіщення: «Надсилати сповіщення поштою» і «Призначені користувачі» на вкладці «Підключення», «Мобільні сповіщення» в «Онлайн-підтримці».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Адміністратор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Хто які сповіщення отримує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Знадобиться: </w:t>
      </w:r>
      <w:r>
        <w:rPr>
          <w:rFonts w:ascii="Calibri" w:hAnsi="Calibri" w:cs="Calibri" w:eastAsia="Calibri"/>
          <w:b w:val="0"/>
          <w:color w:val="5D5A70"/>
          <w:sz w:val="21"/>
        </w:rPr>
        <w:t>Вхід через Facebook, Обліковий запис WhatsApp Business, Збережений бот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Згода клієнта й 24-годинне вікно обслуговування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Вікно: 24 год · Оновлюється: З кожним повідомленням клієнта · Після 24 годин: Лише затверджені шаблони. CRMsoftware.pro відповідає в межах вікна й не надсилає шаблонів.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Пишіть лише людям, які дали вам свій номер і погодилися отримувати від вас повідомлення, і виконуйте кожне прохання припинити, у WhatsApp чи поза ним. У згоді має бути сказано, що людина отримуватиме повідомлення у WhatsApp, і названо ваш бізнес.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Форма запису: </w:t>
      </w:r>
      <w:r>
        <w:rPr>
          <w:rFonts w:ascii="Calibri" w:hAnsi="Calibri" w:cs="Calibri" w:eastAsia="Calibri"/>
          <w:b w:val="0"/>
          <w:color w:val="15131F"/>
          <w:sz w:val="21"/>
        </w:rPr>
        <w:t>Так, [назва бізнесу] може писати мені у WhatsApp на номер [номер телефону] щодо [мого запису]. Я можу будь-коли попросити припинити.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 касі: </w:t>
      </w:r>
      <w:r>
        <w:rPr>
          <w:rFonts w:ascii="Calibri" w:hAnsi="Calibri" w:cs="Calibri" w:eastAsia="Calibri"/>
          <w:b w:val="0"/>
          <w:color w:val="15131F"/>
          <w:sz w:val="21"/>
        </w:rPr>
        <w:t>Можемо писати вам у WhatsApp на цей номер щодо [ремонту]? Ви будь-коли можете попросити нас припинити.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Повідомлення клієнта відкриває 24-годинне вікно обслуговування клієнтів, і з кожним новим повідомленням воно починається спочатку. У межах вікна ви відповідаєте як завжди. Коли воно закриється, можна надсилати лише затверджені шаблони.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Додайте текст згоди у форми, на сайт, на касу й у телефонні розмови.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Текст і де він використовується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Записуйте кожну згоду: дату, джерело, на що людина погодилася.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Команда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Нотатка в контакті CRM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Встановіть цільовий час відповіді людини з великим запасом до 24 годин, наприклад 30 хвилин у робочий час.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Цільовий час у правилах команди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4.4 Після 24 годин нагадуйте про себе дзвінком або листом: завдання в CRM із терміном виконання.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Правило в нотатках команди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4.5 Записуйте прохання припинити того самого дня й зупиняйте всі повідомлення на цей номер.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Правило й відповідальний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Автоматичні відповіді мають давати швидкий, зрозумілий і прямий шлях до людини, наприклад передачу чату живому оператору просто в розмові. Ніколи не просіть повні номери карток, банківських рахунків чи документів.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Затвердження шаблонів повідомлень WhatsApp і збережені відповіді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Збережені відповіді: У межах 24 год · Шаблони: Після затвердження · Ніколи не обіцяйте: Повідомлення у WhatsApp наступного тижня, якщо не можете надіслати затверджений шаблон.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Збережені відповіді — це текстові заготовки у ваших вхідних. Шаблони повідомлень — це повідомлення, які перевіряє й затверджує Meta. Якщо їх сплутати, заплановане нагадування так і не дійде.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Заготовки чи шаблони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Збережені відповіді (заготовки)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Шаблони повідомлень WhatsApp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 це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Текст, який команда вставляє через шорткат, наприклад /hours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Повідомлення, яке ви подаєте в Meta й надсилаєте після затвердження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Хто затверджує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Ніхто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Meta, до першого надсилання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WhatsApp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Лише в межах 24-годинного вікна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Також поза вікном, людям, які дали згоду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Категорії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Немає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Маркетингові (marketing), службові (utility) або автентифікаційні (authentication)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CRMsoftware.pro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«Налаштування» &gt; «Збережені відповіді», тариф Growth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надсилаються з CRMsoftware.pro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Рішення може зайняти до 24 годин. Типові причини відхилення: неправильний формат змінних, змінна на початку чи в кінці, порушення правил, запити чутливих даних, дублікати. Можна подати апеляцію зі зразком.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Службові шаблони стосуються того, що клієнт зробив або про що попросив, і не є рекламними. Маркетингові охоплюють усе від знайомства з брендом до продажу. Автентифікаційні підтверджують особу.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/hours: </w:t>
      </w:r>
      <w:r>
        <w:rPr>
          <w:rFonts w:ascii="Calibri" w:hAnsi="Calibri" w:cs="Calibri" w:eastAsia="Calibri"/>
          <w:b w:val="0"/>
          <w:color w:val="15131F"/>
          <w:sz w:val="21"/>
        </w:rPr>
        <w:t>Ми працюємо [дні], [години]. Привозьте [що саме] будь-коли в робочий час, записуватися не треба.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/price: </w:t>
      </w:r>
      <w:r>
        <w:rPr>
          <w:rFonts w:ascii="Calibri" w:hAnsi="Calibri" w:cs="Calibri" w:eastAsia="Calibri"/>
          <w:b w:val="0"/>
          <w:color w:val="15131F"/>
          <w:sz w:val="21"/>
        </w:rPr>
        <w:t>[Послуга] коштує [ціна] і займає приблизно [час]. Записати вас на [день]?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Складіть список повідомлень, які ви надсилаєте щотижня: відповіді в межах вікна чи повідомлення, які починаєте ви.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Список із позначкою для кожного повідомлення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Перетворіть відповіді на збережені відповіді з короткими шорткатами.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Керівник команди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Список шорткатів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Для повідомлень, які починаєте ви, наприклад нагадувань: шаблони в сервісі, який їх надсилає, або дзвінок чи лист.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Рішення для кожного повідомлення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Якщо використовуєте шаблони: правильна категорія, змінні по порядку, жодної на початку чи в кінці, зразок.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Адміністратор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Назва, категорія, статус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5.5 Поясніть команді: збережені відповіді працюють лише в межах 24-годинного вікна.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Керівник команди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Дата інструктажу</w:t>
      </w:r>
    </w:p>
    <w:p>
      <w:pPr>
        <w:spacing w:after="40"/>
      </w:pP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Тест першої розмови: три тестові повідомлення й один реальний чат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Мета: 1 реальний чат · Тести: 3, потім 1 реальний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Налаштування завершено, коли одна справжня розмова з клієнтом проходить від першого повідомлення до запису в CRM. Спочатку протестуйте все з іншого телефона.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Тестове повідомлення 1: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о котрій ви відкриваєтеся у [день]?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Тестове повідомлення 2: </w:t>
      </w:r>
      <w:r>
        <w:rPr>
          <w:rFonts w:ascii="Calibri" w:hAnsi="Calibri" w:cs="Calibri" w:eastAsia="Calibri"/>
          <w:b w:val="0"/>
          <w:color w:val="15131F"/>
          <w:sz w:val="21"/>
        </w:rPr>
        <w:t>Можна поговорити з людиною, будь ласка?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Тестове повідомлення 3: </w:t>
      </w:r>
      <w:r>
        <w:rPr>
          <w:rFonts w:ascii="Calibri" w:hAnsi="Calibri" w:cs="Calibri" w:eastAsia="Calibri"/>
          <w:b w:val="0"/>
          <w:color w:val="15131F"/>
          <w:sz w:val="21"/>
        </w:rPr>
        <w:t>Будь ласка, більше не надсилайте мені повідомлень.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Тест 1 з телефона, не пов’язаного з обліковим записом: AI відповідає правильно.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Час, правильна відповідь чи ні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Тест 2: чат чекає в «Онлайн-підтримці», сповіщення надходять, людина приймає чат і вчасно відповідає.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Керівник команди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Хто прийняв, скільки хвилин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Тест 3: прохання припинити записано, і повідомлення на цей номер більше не надходять.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Нотатка в контакті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Контакт збережено з + і кодом країни, а чат є в єдиних вхідних.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Адміністратор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Знімок екрана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6.5 Проведіть першу реальну розмову з клієнтом від початку до кінця й запишіть її.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Керівник команди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Журнал тестів: «Реальний клієнт», «Пройдено»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Записуйте, коли закривається кожне вікно. Якщо клієнту щось знадобиться пізніше, заплануйте дзвінок або лист.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Перевірка відновлення й доступу: PIN-код, адміністратори й резервний адміністратор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PIN-код: 6 цифр · Адміністратори: Щонайменше 2 · Перевіряйте кожні: 3 місяці, а також у день, коли адміністратор іде.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Перевірте доступ до того, як він знадобиться. Загублений PIN-код або єдиний адміністратор, який звільнився, можуть заблокувати будь-які зміни вашого номера WhatsApp.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PIN-код складається з 6 цифр. Якщо ви його забули, змініть його у WhatsApp Manager: налаштування номера телефону, вкладка «Двоетапна перевірка», «Змінити PIN-код».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Зберігайте PIN-код у спільному менеджері паролів, до якого має доступ резервний адміністратор.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Сховище й запис, але не сам PIN-код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Нехай резервний адміністратор один раз знайде «Змінити PIN-код» у WhatsApp Manager.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Резервний адміністратор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Дата перевірки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Перевірте, що обидва адміністратори досі мають доступ до портфоліо й облікового запису WhatsApp Business.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Імена, дата перевірки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Тримайте телефонний номер активним і оформленим на бізнес, щоб отримувати коди з SMS чи дзвінків.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Оператор, на кого оформлено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7.5 Коли хтось іде з компанії, забирайте його доступ того самого дня.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Правило на випадок звільнення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єдиного адміністратора немає: </w:t>
      </w:r>
      <w:r>
        <w:rPr>
          <w:rFonts w:ascii="Calibri" w:hAnsi="Calibri" w:cs="Calibri" w:eastAsia="Calibri"/>
          <w:b w:val="0"/>
          <w:color w:val="15131F"/>
          <w:sz w:val="21"/>
        </w:rPr>
        <w:t>Нічого не змінюйте, доки новий адміністратор не отримає доступ до портфоліо. Потім перепідключіть канал через вхід цього адміністратора.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Запуск і моніторинг: перший тиждень і далі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Огляд: 7-й день · Далі: Кожні 3 місяці · Успіх: Підключення завершено, і одну реальну розмову проведено.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Запускайтеся, коли групи з 1 по 7 виконано, а потім уважно стежте за першим тижнем.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Додайте посилання на WhatsApp на сайт, у профіль компанії в Google, у підпис листів і на чеки.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Ресепшн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Де посилання вже працює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Додайте посилання wa.me в «Альтернативні посилання на чат» на вкладці «Канали» бота, щоб воно з’явилося у віджеті чату.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Адміністратор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Дата додавання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Протягом 7 днів щодня читайте кожен чат у WhatsApp і виправляйте неправильні відповіді в базі знань.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Керівник команди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Виправлення з датами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8.4 Огляд на 7-й день: передачі людині, запізнілі відповіді, прохання припинити, нагадування після 24 годин.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Нотатки огляду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8.5 Кожні 3 місяці: канал має статус «Підключено», адміністраторів і PIN-код перевірено, текст згоди на місці.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Відповідальний: </w:t>
      </w:r>
      <w:r>
        <w:rPr>
          <w:rFonts w:ascii="Calibri" w:hAnsi="Calibri" w:cs="Calibri" w:eastAsia="Calibri"/>
          <w:b w:val="0"/>
          <w:color w:val="5D5A70"/>
          <w:sz w:val="21"/>
        </w:rPr>
        <w:t>Власник бізнесу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Що записати: </w:t>
      </w:r>
      <w:r>
        <w:rPr>
          <w:rFonts w:ascii="Calibri" w:hAnsi="Calibri" w:cs="Calibri" w:eastAsia="Calibri"/>
          <w:b w:val="0"/>
          <w:color w:val="5D5A70"/>
          <w:sz w:val="21"/>
        </w:rPr>
        <w:t>Дата перевірки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Зупиніться й виправте, якщо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Клієнт чекав на людину довше за ваш цільовий час.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AI назвав неправильну ціну чи дату або дав зайву обіцянку.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Хтось попросив припинити й отримав ще одне повідомлення.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Канал більше не показує «Підключено».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Meta: </w:t>
      </w:r>
      <w:r>
        <w:rPr>
          <w:rFonts w:ascii="Calibri" w:hAnsi="Calibri" w:cs="Calibri" w:eastAsia="Calibri"/>
          <w:b w:val="0"/>
          <w:color w:val="5D5A70"/>
          <w:sz w:val="21"/>
        </w:rPr>
        <w:t>Люди можуть блокувати бізнеси й скаржитися на них, а Meta обмежує кількість повідомлень для бізнесів, якість яких лишається низькою.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Веломагазин підключає WhatsApp і проводить перший реальний чат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Riverside Cycle Works, вигаданий веломагазин в Остіні, пройшов цей чекліст налаштування WhatsApp Business з 1 по 7 жовтня 2026 року. Луїс — власник магазину, Марта керує майстернею й є резервним адміністратором, Сем працює на ресепшні. Ось їхня перша реальна розмова у WhatsApp.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ви обслуговуєте електровелосипеди? У мене скрипить заднє гальмо, і батарея швидко сідає.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Так, ми обслуговуємо електровелосипеди. Перевірка гальм і техобслуговування коштують 85 $ і займають близько 2 днів. Питаннями щодо батарей займається наша майстерня. Передати ваше питання їм?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Так, будь ласка. Я купувала батарею у вас у березні 2025 року. Вона ще на гарантії?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Передаю цей чат Марті з нашої майстерні разом з усіма подробицями. У робочий час вона відповість тут протягом 30 хвилин.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Марта (майстерня): </w:t>
      </w:r>
      <w:r>
        <w:rPr>
          <w:rFonts w:ascii="Calibri" w:hAnsi="Calibri" w:cs="Calibri" w:eastAsia="Calibri"/>
          <w:b w:val="0"/>
          <w:color w:val="15131F"/>
          <w:sz w:val="21"/>
        </w:rPr>
        <w:t>Вітаю, Дано, це Марта. На батареї, куплені в нас, діє гарантія 2 роки, тож ваша покрита до березня 2027 року. Привозьте велосипед завтра після 9:00, і ми перевіримо батарею, поки ремонтуватимемо гальмо.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до завтра о 9.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Марта (майстерня): </w:t>
      </w:r>
      <w:r>
        <w:rPr>
          <w:rFonts w:ascii="Calibri" w:hAnsi="Calibri" w:cs="Calibri" w:eastAsia="Calibri"/>
          <w:b w:val="0"/>
          <w:color w:val="15131F"/>
          <w:sz w:val="21"/>
        </w:rPr>
        <w:t>Записали вас на завтра. Велосипед має бути готовий у п’ятницю, і ми зателефонуємо вам на цей номер, щойно він буде готовий.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Картка налаштування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Продукт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WhatsApp Business Platform через CRMsoftware.pro Growth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Номер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+1 512 555 0147, стаціонарний телефон магазину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Власник портфоліо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Луїс Ортега, власник магазину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Адміністратори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Луїс Ортега, Марта Кляйн (резервна)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PIN-код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цифр, у спільному менеджері паролів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Підключено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жовтня 2026, статус «Підключено»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Згода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Форма запису й скрипт для каси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Тести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з 3 пройдено 5 жовтня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Перша реальна розмова, 6 жовтня 2026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Крок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Час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Перше повідомлення Дани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10:12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Вікно відкрито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Відповідь AI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10:12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Ціна правильна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10:14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Очікує агента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Марта відповідає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10:31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17 хв, ціль 30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Останнє повідомлення Дани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10:33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Вікно відкрите до 10:33 7 жовтня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 потрапляє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Контакт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Дана Р., +1 512 555 0198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Згода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Написала першою; новини після 24 годин — телефоном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Замовлення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Техобслуговування гальм електровелосипеда 85 $, перевірка батареї за гарантією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Зателефонувати Дані, коли велосипед буде готовий, п’ятниця, 9 жовтня, Марта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Вигаданий приклад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Застосунок WhatsApp Business, платформа (API) чи режим співіснування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Тема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Застосунок WhatsApp Business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Платформа WhatsApp Business (Cloud API)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Співіснування: застосунок і платформа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кого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власника чи кількох людей, які відповідають з телефонів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програм, які відповідають за вас: AI-агента, CRM або спільних вхідних команди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бізнесів, які хочуть залишити застосунок і додати платформу на тому самому номері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 надсилаються відповіді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Вручну, зі швидкими відповідями, вітальними повідомленнями й повідомленнями про відсутність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Автоматичні відповіді від вашого AI-агента плюс ваша команда в підключених вхідних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Повідомлення дублюються між застосунком і API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Люди й пристрої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10 пов’язаних пристроїв і співробітників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Усі, хто має доступ до підключеного сервісу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Пов’язані пристрої від’єднуються під час підключення, їх можна під’єднати знову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Залишається в застосунку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повинен використовуватися у WhatsApp: спершу видаліть його там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Підключає провайдер через Embedded Signup, версія застосунку 2.24.17 або новіша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 змінюється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Нічого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 іде із застосунку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особистих чатах вимикаються зникаючі повідомлення, одноразовий перегляд і трансляція геолокації, а списки розсилки стають недоступними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 підключити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Ведіть клієнтів у застосунок посиланням wa.me з розділу «Альтернативні посилання на чат» у CRMsoftware.pro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«Швидке підключення» на вкладці «Канали» бота, тариф Launch або вищий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Цей чекліст його не охоплює: запитайте, перш ніж підключати номер, який активно працює в застосунку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користуватися цим чеклістом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Призначте кожну перевірку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Вкажіть ім’я й термін для кожної перевірки в трекері Excel.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Вирішіть, перш ніж натискати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Спершу завершіть групу 1: продукт, номер, власник портфоліо й два адміністратори.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Підключіть і запишіть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Пройдіть групи з 2 по 5 і зберігайте підтвердження в одній спільній папці, але ніколи не PIN-код.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Перевірте на реальному чаті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Надішліть три тестові повідомлення, потім проведіть і запишіть одну реальну розмову.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Перевіряйте регулярно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Зробіть огляд на 7-й день, а потім перевіряйте доступ і PIN-код кожні 3 місяці.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«Мої боти», виберіть бота й натисніть «Зберегти зміни». Канали підключаються лише до збереженого бота.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вкладці «Основи» додайте години роботи, ціни й правила передачі людині в поля «Інструкції» та «База знань».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Відкрийте вкладку «Канали». Біля WhatsApp натисніть «Підключити канал», потім «Швидке підключення» й увійдіть за допомогою Facebook.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Виберіть свій обліковий запис WhatsApp Business і надайте дозволи на обмін повідомленнями. Статус зміниться на «Підключено».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 вкладці «Підключення» увімкніть «Надсилати сповіщення поштою» й додайте колег у «Призначені користувачі».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Надішліть тестове повідомлення з іншого телефона. Підхоплюйте передані чати в «Онлайн-підтримці»: «Прийняти», відповідь, потім «Вирішити».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WhatsApp, передача людині та єдині вхідні є з тарифу Launch: 19 $ на місяць при оплаті за рік, 8 користувачів. Збережені відповіді є в тарифі Growth. CRMsoftware.pro відповідає в межах 24-годинного вікна й не надсилає затверджені шаблони WhatsApp.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Огляд на 7-й день, 15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Чи кожна передача отримала відповідь людини в межах цільового часу?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 які питання AI відповів неправильно? Виправте їх у базі знань.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Чи потрібне було комусь нагадування після 24 годин? Це був дзвінок чи лист?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Чи канал досі має статус «Підключено» і чи обидва адміністратори ще мають доступ?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Вигадані дані для прикладу.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https://crmsoftware.pro/ua/templates/whatsapp-business-setup-checklist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Чекліст налаштування WhatsApp Business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