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预约 AI 提示词模板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AI 客服规则：回答预约问题并发送您的预约链接；另有 6 个提示词，用于可约时间回复、改约、确认、提醒、爽约和候补通知。附 10 条测试消息和完整示例。来自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在方括号中填入您的预约链接、服务、政策和姓名。把第 1 部分的规则粘贴到 AI 客服中，并运行 10 条测试消息。把消息提示词连同从预约中复制的详细信息一起粘贴到任何 AI 写作工具中，发送前核对日期和时间。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AI 前台预约提示词：可直接粘贴的规则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必须通过：全部 10 项 · 负责人和行动：[姓名]粘贴规则，运行 10 项测试，并把结果记入 Excel 测试表。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这段 AI 预约提示词放进您 AI 客服的指令中。AI 客服会发送您的预约链接，但绝不自行预约、保留或确认时间。填写方括号中的内容，粘贴，然后运行 10 项测试。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放入“说明”的预约规则：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预约规则</w:t>
        <w:br/>
        <w:t>1. 你看不到我们的日历，也不能预约、保留、改约或取消预约。空闲时间只显示在预约页面上：[预约链接]。</w:t>
        <w:br/>
        <w:t>2. 有人询问某天或某个时间时，复述对方的要求，说明你看不到实时的可约时间，然后发送链接。绝不说某个时间有空、已被约或通常不忙。</w:t>
        <w:br/>
        <w:t>3. 请求不等于预约。要这样说：“只有在预约页面确认、并且您收到确认邮件后，您的时间才算预约成功。”绝不写“已经帮您约好了”或“我已为您保留”。</w:t>
        <w:br/>
        <w:t>4. 如果对方想要的时间不在页面上，请推荐页面上的其他时间，或[候补日期和时段]的候补名单。候补名额不等于预约。</w:t>
        <w:br/>
        <w:t>5. 改约和取消通过[确认邮件中的链接]办理。政策：[一句话说明改约和取消政策]。只说一次。绝不免除任何费用。</w:t>
        <w:br/>
        <w:t>6. 对于[咨询类服务]，最多问 3 个简短问题，一次只问一个：对方需要什么、如果不在[城市]则问其时区、哪些日子方便。然后推荐合适的服务。</w:t>
        <w:br/>
        <w:t>7. 服务、时长和价格只能来自知识库。所有时间均为[时区]。</w:t>
        <w:br/>
        <w:t>8. 绝不在聊天中接收银行卡信息或付款。绝不提供医疗或法律建议。</w:t>
        <w:br/>
        <w:t>9. 以下情况转给[姓名]：[团体人数]人及以上的团体、定金和付款、政策例外、医疗或法律问题以及投诉。询问对方的姓名和[电话或邮箱]，然后说：“营业时间内，[姓名]会在[回复时间]内在这里回复您。目前还没有任何预约。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测试一下：10 条预约测试消息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客户输入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通过条件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不得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周六上午还有空吗？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复述请求，说明看不到实时时间，发送[预约链接]。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说出某个时间有空或已满。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请帮我约周四下午 3 点。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说明自己不能预约；只有页面确认后才算预约成功。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说“已经帮您约好了”或“已帮您登记”。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明天 10:00 能帮我留一个小时吗？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说明不能保留时间，发送链接。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承诺保留时间。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周六一个空位都没有了。能帮我挤一下吗？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推荐其他时间或候补名单，并说明候补不等于预约。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承诺加一个时段。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我需要把预约改到下周。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发送改约链接，政策只说一次。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说自己已经改好了。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我错过了预约，还要付费吗？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政策只说一次，把费用问题转给[姓名]。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免除、减少或确认费用。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 5 个人能在婚礼当天早上来吗？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转给[姓名]，并询问联系方式。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报团体价格。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我能在这里付定金吗？我的卡号是……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制止对方发送银行卡信息，把付款转给人工。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接收或复述银行卡信息。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我怀孕了，[您的服务]安全吗？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不给建议；建议咨询医生，提出转给[姓名]。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说它是安全的。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我想预约咨询，但不知道需要哪项服务。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一次一个地问需求问题，推荐服务，发送链接。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问超过 3 个问题。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放在哪里：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把规则粘贴在指令的末尾。每次修改规则、链接或政策后，都要重新测试全部 10 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预约链接, 政策, 候补时段, 转接人姓名, 回复时间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可约时间咨询：发送链接，绝不猜测空档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唯一可信来源：预约页面 · 负责人和行动：AI 客服发送链接。[姓名]在回复邮件前，从预约系统复制空闲时间。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“周六还有空吗？”是最常见的预约问题。AI 客服看不到您的日历，所以它会复述请求、说明信息来源、发送链接，并告知目前还没有预约。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具体日期和时间：“周六上午可以吗？”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期望日期和时间：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用客户自己的话写下服务、日期和时间。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来源核对：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只有预约页面知道。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状态：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页面确认之前都不算预约。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想在[日期][时间]左右预约[服务]。我看不到我们的实时日历，所以不会乱猜。[服务]（[时长]，[价格]）的所有空闲时间都在这里：[预约链接]。只有在预约页面确认、并且您收到确认邮件后，您的时间才算预约成功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页面上没有空闲时间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替代方案：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页面上的其他时间，或[候补日期和时段]的候补名单。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抱歉，我不能添加或保留时间，只有预约页面可以。您可以在页面上选择其他空闲时间，或者加入[日期或时间]的候补名单。候补名额不等于预约：如果有时间空出来，[姓名]会把链接发给所有候补的客户，谁先预约就归谁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提示词：可约时间邮件回复：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请为一位询问可约时间的客户写一条[邮件或短信]回复。</w:t>
        <w:br/>
        <w:t>商家：[商家名称]，位于[城市]的一家[业务类型]。所有时间均为[时区]。</w:t>
        <w:br/>
        <w:t>客户的消息：[粘贴客户的消息]。</w:t>
        <w:br/>
        <w:t>服务：[服务]，[时长]，[价格]。</w:t>
        <w:br/>
        <w:t>我今天从预约系统中复制的空闲时间：[2 到 3 个空闲时间]。</w:t>
        <w:br/>
        <w:t>预约链接：[预约链接]。</w:t>
        <w:br/>
        <w:t>规则：只提供上面列出的时间，并说明这些时间在写信时是空闲的。说明只有客户通过链接预约后，时间才算约定。不要保留任何时间，也不要添加价格或优惠。不超过 [100] 字，语气友好。结尾给出一个下一步。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合格的输出包含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用几个词复述客户的请求：服务、日期、时间。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只包含当天从预约系统复制的时间，并写明星期、日期和时区。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链接，并说明只有通过链接预约才能确认时间。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猜测的时间。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保留或预留某个时间。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某天“通常不忙”。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咨询需求收集：发预约链接前先问 3 个问题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发链接前的问题：最多 3 个 · 负责人和行动：[姓名]在咨询前查看聊天中的需求回答。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对于首次咨询或需要先咨询的服务，AI 客服最多问 3 个简短问题，一次只问一个，然后推荐合适的服务并发送链接。五个字段：问题、合适的服务、时区、方便的时间、确认负责人。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决定哪项服务合适。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您希望我们帮您解决什么？一两句话就够了。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合适的服务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服务和价格只能来自知识库。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根据您的描述，[服务]比较合适：[时长]，[价格]。[用一句话说明服务内容。]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时区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适用于[城市]以外的视频或电话咨询。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您在哪个城市或时区？我们的时间均为[时区]；选择时间前，请先在预约页面上核对时区。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3.4 方便的时间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您通常哪些日子或时间方便？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谢谢。[服务]的所有空闲时间都在这里：[预约链接]。如果[日期]没有空闲时间，我可以帮您加入候补名单。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3.5 确认负责人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原因：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让客户知道由谁确认。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只有在预约页面确认后，您的时间才算预约成功。[姓名]会在咨询前阅读您的回答，如有需要调整的地方会联系您。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如果没有合适的服务：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我不确定我们能否满足[客户的需求]，也不想乱猜。[姓名]可以给您建议。需要我把您的问题转过去吗？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发送链接前，绝不问超过 3 个问题。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绝不诊断、提供建议或评判客户的情况。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绝不替客户选择时间。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按您的政策回复改约和取消请求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政策：只说一次 · 负责人和行动：[姓名]在[回复时间]内答复例外请求，并把结果记为“已改约”或“已取消”。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改约要通过预约系统，而不是聊天。AI 客服发送改约链接，并把您的政策说一次。新时间确认之前，原来的时间仍然有效。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提前 [24] 小时以上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免费改约或取消。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没问题。您可以通过[确认邮件中的链接]自行改约或取消。在您选好新时间之前，当前的预约仍然有效。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提前不足 [24] 小时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[临时改约或爽约费用]，只说一次。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人工审批：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费用例外由[姓名]决定。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您仍然可以通过[确认邮件中的链接]改约。我们的政策是：提前不足 [24] 小时改约需支付[费用]。如果遇到了意外情况，是否破例由[姓名]决定。需要我帮您转达吗？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提示词：改约请求回复：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请为一位想要更改预约的客户写一条[邮件或短信]回复。</w:t>
        <w:br/>
        <w:t>商家：[商家名称]。所有时间均为[时区]。</w:t>
        <w:br/>
        <w:t>当前预约：[服务]，[星期、日期、时间]，服务人员[员工姓名]。</w:t>
        <w:br/>
        <w:t>客户的要求：[粘贴客户的消息]。</w:t>
        <w:br/>
        <w:t>我们的政策：[一句话说明改约和取消政策]。</w:t>
        <w:br/>
        <w:t>我今天从预约系统中复制的空闲时间：[2 个空闲时间]。</w:t>
        <w:br/>
        <w:t>改约链接：[改约链接]。</w:t>
        <w:br/>
        <w:t>规则：说明在客户通过链接确认新时间之前，当前时间仍然有效。政策只说一次，语气友善。不要免除或增加费用，也不要编造时间。不超过 [100] 字。结尾给出一个下一步。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“我已经帮您改好了”或“我已经帮您取消了”：只有预约系统能做到。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免除费用：由人来决定。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适用于任何 AI 写作工具的预约确认和提醒提示词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提醒：提前 24 小时 · 负责人和行动：[姓名]用一条真实预约核对一次输出，然后把它保存为确认和提醒邮件，或手动发送短信。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时间由预约页面确认，这两个提示词负责写出配套的文字。把它们连同从预约中复制的详细信息一起粘贴到任何 AI 写作工具（例如 ChatGPT）中，然后把结果保存为您的预约邮件，或作为短信发送。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A：预约确认：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请为[商家名称]写一条预约确认[邮件或短信]，这是位于[城市]的一家[业务类型]。</w:t>
        <w:br/>
        <w:t>只使用以下预约信息：</w:t>
        <w:br/>
        <w:t>客户：[名字]</w:t>
        <w:br/>
        <w:t>服务：[服务]，[时长]</w:t>
        <w:br/>
        <w:t>时间：[星期、日期、开始和结束时间]，[时区]</w:t>
        <w:br/>
        <w:t>服务人员：[员工姓名]</w:t>
        <w:br/>
        <w:t>地点：[地址、停车信息或视频链接]</w:t>
        <w:br/>
        <w:t>到店前准备：[准备事项，或无]</w:t>
        <w:br/>
        <w:t>改约或取消：[改约链接]。政策：[一句话说明政策]</w:t>
        <w:br/>
        <w:t>规则：开头先写星期、日期和时间。不要添加未列出的内容。邮件不超过 [120] 字，短信不超过 [50] 字。亲切、简明。结尾给出一个下一步。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B：预约提醒：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请为[商家名称]写一条预约提醒[邮件或短信]，在预约前 [24 小时] 发送。</w:t>
        <w:br/>
        <w:t>只使用以下预约信息：[名字]、[服务]、[星期、日期、时间]、[时区]、[地址或视频链接]、[准备事项]。</w:t>
        <w:br/>
        <w:t>如果客户来不了：[改约链接]。请对方尽早改约，好让候补名单上的客户能用上这个时间。</w:t>
        <w:br/>
        <w:t>规则：第一行写明日期和时间。不要加入新信息、价格或优惠。友好但不催促。短信不超过 [50] 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第二次提醒：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预约提前期长和以往爽约，是与错过预约关联最多的因素。对于提前几周的预约，或曾经爽约的客户，请在几天前再发一次提醒。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合格的输出包含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第一行写明星期、日期、时间和时区。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服务、地点或视频链接、准备事项。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如何改约或取消，以及一句话的政策。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绝不凭记忆填写时间：请在预约列表中核对。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除非有人查看回复，否则绝不要求客户回复“是”。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爽约跟进：一通电话、一条消息、一位负责人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跟进：2 小时内 · 负责人和行动：[姓名]发送消息，把预约标记为“未出席”，并把“结果”记为“爽约”。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预约开始 [15] 分钟后打一次电话，然后在 [2] 小时内发送一条跟进消息。往好处想，政策只说一次，让重新预约一步就能完成。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爽约字段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[服务]，[星期、日期、时间]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联系尝试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[打电话还是发短信，在什么时间]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[一句话说明爽约政策]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改约方式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[预约链接]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[姓名]，负责发送消息并决定费用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提示词：爽约跟进：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请为一位错过预约的客户写一条简短的跟进[邮件或短信]。</w:t>
        <w:br/>
        <w:t>商家：[商家名称]。客户：[名字]。</w:t>
        <w:br/>
        <w:t>预约时间：[服务]，[星期、日期、时间]。</w:t>
        <w:br/>
        <w:t>联系尝试：我们在[时间]打过电话并留了言。</w:t>
        <w:br/>
        <w:t>我们的政策：[一句话说明爽约政策]。</w:t>
        <w:br/>
        <w:t>重新预约：[预约链接]。</w:t>
        <w:br/>
        <w:t>发送人：[姓名]。</w:t>
        <w:br/>
        <w:t>规则：假定对方临时有事。不责怪，不威胁。政策只说一次，说得简单明了。让重新预约一步就能完成。不超过 [80] 字。以链接结尾。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如果客户回复了原因：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谢谢您告诉我们，[名字]。希望一切都好。费用问题由[姓名]决定，会在[时间]前回复您。您现在就可以在这里选择新时间：[预约链接]。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同一次错过的预约，绝不发送超过一条跟进消息。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绝不在消息中免除或增加费用：由负责人决定。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绝不让客户难堪，无论是在消息中还是在记录中。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候补名单和临时空档：如实告知，先到先得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规则：先约先得 · 负责人和行动：[姓名]在预约请求记录中管理候补名单，“结果”记为“候补”，并填写跟进日期。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页面上没有空闲时间时，AI 客服会提供候补名单，并收集姓名、联系方式和方便的日期。有时间空出来时，[姓名]向所有候补的客户发送一条如实的通知：谁先通过链接预约就归谁。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客服说：加入候补名单：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我可以帮您加入[日期或时间]的[服务]候补名单。候补名额不等于预约：如果有时间空出来，[姓名]会把链接发给所有候补的客户，谁先预约就归谁。方便留一下您的[电话或邮箱]吗？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提示词：候补空档通知：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请写一条简短的[短信或邮件]，向候补名单上的客户通知一个刚空出来的时间。</w:t>
        <w:br/>
        <w:t>商家：[商家名称]。空档：[服务]，[星期、日期、时间]，[时区]，服务人员[员工姓名]。</w:t>
        <w:br/>
        <w:t>预约链接：[预约链接]。</w:t>
        <w:br/>
        <w:t>事实：这条消息会发给候补名单上的 [人数] 位客户。谁先通过链接预约，这个时间就归谁。</w:t>
        <w:br/>
        <w:t>规则：说明这个时间不为任何人保留。不制造虚假的紧迫感，不加入未列出的价格或优惠。不超过 [50] 字。以链接结尾。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合格的输出包含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准确的时间、服务和员工姓名。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明确写出“谁先通过链接预约就归谁”。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绝不写“已为您保留”或“这个时间是您的了”。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在预约系统中确认空闲之前，绝不提供该时间。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绝不制造紧迫感，例如“只剩 10 分钟”。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转给真人：政策例外、团体和付款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负责人和行动：[姓名]在[回复时间]内回复，然后在记录中填写“需要人工审批：是”以及结果。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有些请求需要人工审批：政策例外、团体、定金和付款，以及医疗或法律问题。AI 客服收集事实，不做任何承诺，并把聊天转给一位具体的同事，同时告知回复时间。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[团体人数]人及以上的团体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客服收集：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日期、人数、服务、联系方式。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[团体人数]人及以上的团体由[姓名]安排时间和价格。我现在就把您的需求转给[姓名]。方便留一下您的[电话或邮箱]吗？目前还没有任何预约。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定金和付款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客服收集：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用途和联系方式。绝不收集银行卡信息。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请不要在这里提供银行卡信息。[姓名]会通过[付款链接或邮件]处理定金和付款。需要我帮您转达吗？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政策例外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客服收集：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预约信息、发生了什么、联系方式。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我们的政策是[一句话说明政策]。我无法破例，但这类请求由[姓名]决定，会在[时间]前回复您。请问发生了什么事？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8.4 医疗或法律问题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客服收集：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只收集与您的服务有关的问题。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我无法提供医疗或法律建议，请咨询您的[医生或律师]。关于[我们的服务]的问题，[姓名]可以帮您。需要我帮您转达吗？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给接手同事的交接摘要：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预约转接</w:t>
        <w:br/>
        <w:t>客户：[姓名]，[电话或邮箱]</w:t>
        <w:br/>
        <w:t>需求：[服务]，[日期和时间]，[人数]</w:t>
        <w:br/>
        <w:t>需要人工的原因：[团体、定金、例外、医疗或法律]</w:t>
        <w:br/>
        <w:t>通过链接预约：[是或否]</w:t>
        <w:br/>
        <w:t>聊天中承诺的内容：无</w:t>
        <w:br/>
        <w:t>回复期限：[时间]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绝不在聊天中批准团体、定金或例外，也不报价或打折。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绝不收集银行卡信息。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没有姓名、联系方式和回复时间，绝不转接。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一律转人工：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例外, 团体, 定金, 付款, 医疗, 法律, 投诉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示例：美发沙龙的 AI 客服发送预约链接，由日历确认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看看这些预约 AI 提示词模板如何配合使用。Wrenfield Hair Studio 是德克萨斯州奥斯汀的一家虚构美发沙龙，使用第 1 个选项卡中的规则。2026 年 10 月 2 日（星期五），Leah 想约第二天上午的时间，她通过链接完成了预约，并收到了用第 5 个选项卡写好的确认和提醒。她的团体请求转给了 Mia。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你好！明天上午能约剪发加染发吗？10 月 3 日星期六。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您好！您想在 10 月 3 日（星期六）上午剪发加染发。我看不到我们的实时日历，所以不会乱猜。剪发加染发（2 小时 30 分钟，$160 起）的所有空闲时间都在这里：wrenfield.example/book。预约页面确认、并且您收到邮件后，才算预约成功。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周六下午 3 点之前都约满了。9 点能帮我挤一下吗？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抱歉，我不能添加或保留时间，只有预约页面可以。您可以在页面上选择其他空闲时间，或者加入周六上午的候补名单。候补名额不等于预约：如果有时间空出来，Mia 会把链接发给所有候补的客户，谁先预约就归谁。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不用候补了。我刚约了 10 月 6 日星期二 16:30，Jo 给我做。邮件收到了！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太好了，这个预约才算数。如需改约，请使用确认邮件中的链接。提前不足 24 小时改约以及错过预约，需支付 $30 费用。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还有，我姐姐 10 月 24 日星期六结婚。那天早上能给我和 4 位伴娘做头发吗？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恭喜您姐姐！3 人及以上的团体由 Mia 安排时间和定金，营业时间内她会在 30 分钟内在这里回复您。方便留一下您的电话号码吗？10 月 24 日目前还没有任何预约。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512 555 0147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Mia（店主）：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Leah 您好，我是 Mia。我们的婚礼早晨造型最多可接待 5 人，7:00 开始：5 个人大约需要 4 小时，定金 $100。我会在今天 16:30 前把方案和付款链接发到您的邮箱。定金付清并经我确认后，那天早上才算预约成功。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太好了，谢谢！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这次预约请求的各个字段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期望日期和时间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剪发加染发，10 月 3 日（星期六）上午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来源核对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只看预约页面：周六 15:00 前已约满；AI 客服没有说出任何时间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聊天中未确认；预约页面确认 10 月 6 日（星期二）16:30、由 Jo 服务后，才算预约成功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替代方案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页面上的其他时间，或周六的候补名单（客户已拒绝）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人工审批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24 日 5 人婚礼早晨造型：团体加 $100 定金，已转给 Mia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负责人和行动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Mia：16:30 前发送方案和付款链接（16:20 已发送），10 月 9 日（星期五）核对定金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用提示词起草的消息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确认，提示词 A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Leah 您好，您的预约已确认：10 月 6 日（星期二）16:30 至 19:00，由 Jo 为您剪发加染发，地址：奥斯汀 418 Alder Street。请保持头发干爽、不做造型前来。如需改约或取消，请使用本邮件中的链接；提前不足 24 小时改约以及错过预约，需支付 $30 费用。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提醒，提示词 B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邮件，10 月 5 日（星期一）16:30：Leah 您好，明天见！10 月 6 日（星期二）16:30，由 Jo 为您服务。工作室后面有免费停车位。来不了？请尽快用确认邮件中的链接改约，好让候补名单上的客户能用上这个时间。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保存前核对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对照预约列表核对日期、时间、地址和费用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记入记录表和 CRM 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剪发加染发，10 月 6 日（星期二）16:30，已确认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预约请求记录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行：星期二的预约（已预约）和婚礼早晨（需要审批，负责人 Mia，10 月 9 日待跟进）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聊天记录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Leah，512 555 0147，状态“已完成”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虚构的沙龙和客户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如何使用这些预约 AI 提示词模板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填写方括号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预约链接、服务、价格、政策、候补时段、转接人姓名、回复时间。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粘贴并测试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粘贴第 1 个选项卡中的规则，输入 10 条测试消息。必须全部通过。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为每个提示词指定负责人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 个消息提示词分别由谁、通过什么方式、在什么时候发送。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记录请求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每个请求一行，每次跟进都有负责人。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每周复查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爽约率、未完成的跟进、转人工情况。有任何修改后都要重新测试。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打开“排程”&gt;“事件类型”&gt;“新事件类型”。设置“事件名称”、“时长”、“位置”、“缓冲时间”和“每日最大预订量”。在“提醒”中选择“提前 24 小时”、“提前 1 小时”或“提前 15 分钟”。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在“日历连接”中连接“Google日历”或“Outlook日历”，让已占用的时间自动屏蔽预约时段。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在事件类型上点击“复制链接”。在“我的机器人”中选择机器人，把链接和规则粘贴到“基础知识”选项卡的“说明”中。点击“保存更改”。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点击“尝试机器人”，输入 10 条测试消息，直到全部通过。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对于需要人工处理的服务，开启“需要手动确认”：预约会保持“待处理”状态，直到有人在“预约”中点击“确认”。把错过的预约标记为“未出席”。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转人工的聊天会以“等待客服”状态出现在“实时支持”中；在“连接”选项卡中开启“发送电子邮件通知”。应用只发送邮件，不发送短信。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聊天、“说明”和“尝试机器人”都包含在免费版中：3 位用户，无需信用卡。Launch 版起支持日历同步预约，按年付费每月 $19，支持 8 位用户。Launch 版还增加了通过 Stripe 的付费预约、团队事件类型（团体、联合、轮流分配）以及转人工。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完成检查：满足以下条件，预约 AI 客服才算就绪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10 条测试消息全部通过，并在测试表中记下日期。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6 个消息提示词都有负责人、渠道和发送时间。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指令中的链接能打开正确的预约页面，且政策说明与您的书面政策一致。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转接人姓名和回复时间已填写，并且有人会收到邮件提醒。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https://crmsoftware.pro/zh/templates/appointment-booking-ai-prompt-templates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预约 AI 提示词模板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