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预约提醒短信模板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覆盖预约每一步的简短短信：同意与退订、预约确认、提前 48 小时提醒（回复 1 或 2）、处理回复、当天提醒、爽约短信和行业说明。附完整示例。来自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替换[方括号]中的每个词，然后检查每条短信是否仍在一段之内（纯拉丁字母 160 个字符，中文 70 个字符），中文短信最多 2 段。只给已同意的号码发短信，时间在 8:00 至 20:00 之间，收到 STOP 后立即停止。把每条回复和结果记入 Excel 提醒记录表。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同意与退订：发第一条短信之前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退订生效：立即 · STOP 确认短信：一条，5 分钟内 · 负责人和行动：[姓名]添加勾选框和电话话术，并每周检查，确保没有给未同意的号码发短信。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使用这些预约提醒短信模板之前，先取得客户的同意。在美国，FCC 依据《电话消费者保护法》（TCPA）制定的规则要求：向手机拨打自动电话或发送自动短信，须事先获得明确同意；营销短信须获得书面同意。运营商的 CTIA 指南把预约提醒归为信息类短信：客户为此提供号码，即表示同意接收这类短信。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预约表单勾选框，默认不勾选：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请通过此号码给我发送预约确认和提醒短信。[商家名称]每次预约最多发送 3 条短信。可能产生短信和数据费用。回复 STOP 即可退订。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电话预约：先问，再记录：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我们可以把预约确认和提醒用短信发到这个号码吗？每次预约最多 3 条，您随时可以回复 STOP 退订。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收到 STOP 后：只回复一次，5 分钟内：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[商家名称]：您已退订，我们不会再给您发短信。如有疑问请致电[电话]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每个号码都要记录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短信同意：是或否、日期，以及方式（预约表单、电话、当面）。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电话和当面预约时，由谁取得的同意。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退订：日期和客户用的原话。CTIA 要求发送方保存同意和退订记录，确保不会给已退订的号码发短信。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退订词：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FCC 规则把 stop、quit、end、revoke、opt out、cancel 和 unsubscribe（停止、退出、撤销、取消、退订等）视为撤回同意的方式，任何明确的请求都必须在 10 个工作日内处理。请立即停止发送。收到 STOP 后，通过电话或邮件处理预约。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美国退订词（FCC）：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STOP, QUIT, END, REVOKE, OPT OUT, CANCEL, UNSUBSCRIBE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预约确认短信：在预约时发送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发送：预约时 · 长度：160 字符以内（中文 70） · 夜间预约：次日早上 8:00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预约后几分钟内发送。短信复述预约信息，日期或时间有误现在就能发现，而不是到当天才发现。夜间预约？把短信定在早上 8:00 发送；在那之前，预约邮件就够了。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确认短信：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[商家名称]：[名字]，您已预约[日期、星期][时间]，由[员工姓名]为您服务，地址[地址]。如需更改请致电[电话]。回复STOP退订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首次到访：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[商家名称]：[名字]，欢迎您！您与[员工姓名]的首次预约在[日期、星期][时间]。请提前10分钟到达。地址[地址]。回复STOP退订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多次预约：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[商家名称]：[名字]，您与[员工姓名]接下来的预约：[日期、时间]，[日期、时间]，[日期、时间]。每次之前我们都会提醒您。回复STOP退订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必须包含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开头写商家名称，让客户知道是谁发的。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星期、日期和时间，以及由谁服务或在哪里。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一种更改方式；第一条短信要有 STOP 退订说明。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160 个字符：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一条短信可容纳 160 个纯拉丁字母、数字和基本标点。只要有一个表情符号或弯引号，整条短信的上限就变成 70 个字符，更长的短信会被拆成几段。汉字也一样：中文短信一段 70 个字符。填好方括号后再数一遍。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到访原因, 可能变动的价格, 优惠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提前 48 小时提醒：回复确认或改约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发送：提前 48 小时 · 发送时段：8:00 至 20:00 · 以下情况不发：提前不到 3 天预约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提前 48 小时、在一天中的同一时刻发送，并且在 8:00 至 20:00 之间。提前两天，就有时间把这个时段让给别人。预约距今不到 3 天？不用发：确认短信就够了。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提醒短信：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[商家名称]：[名字]，提醒您[日期、星期][时间]与[员工姓名]有约。回复1确认，回复2改约，回复STOP退订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附一项准备事项：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[商家名称]：[名字]您好，[星期][时间]见，[员工姓名]为您服务。请[一项准备事项]。回复1确认，回复2改约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上门服务：到达时间段：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[商家名称]：[名字]您好，[技师]将于[日期、星期][时间]至[时间]上门。请[清理出作业区域]。回复1确认，回复2改约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为什么用 1 和 2，而不是“是”和“取消”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一个数字输入快，在记录表里也一目了然。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cancel（取消）是 FCC 规则中的退订词之一。客户回复“取消”来取消预约，也等于告诉您别再发短信。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只有在有人能在 2 个工作小时内查看回复时，才要求客户回复。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备用提醒，不是再问一次：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预约系统在提前 24 小时发出的提醒邮件，能触达漏看短信的人。邮件自带改约链接，所以不会要求客户再做什么。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回复代码：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1：确认, 2：改约, STOP：退订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收到回复后：1、2、STOP、提问或没有回复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答复回复的时限：2 个工作小时 · 未回复：24 小时后打一次电话 · 负责人和行动：[姓名]在[9:00]、[12:00]和[16:00]查看回复，逐条答复并更新记录表。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每条回复都由专人在 2 个工作小时内处理，并记入记录表。答复要和提醒一样简短。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1：已确认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回复 1。无需其他操作。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可选答复：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谢谢，[名字]。[星期][时间]见。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2：想改时间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提供 2 个时间或预约链接。客户选好新时间之前，原预约保留。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原来那行：“结果”填“已改约”。新时间另起一行。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答复：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谢谢您提前告知，[名字]。[员工姓名]可以安排[星期][时间]或[星期][时间]，您看哪个方便？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STOP、CANCEL 或类似回复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不再发短信。5 分钟内发一条确认，不含任何优惠或其他内容。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然后：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通过电话或邮件处理预约。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答复：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[商家名称]：您已退订，我们不会再给您发短信。如有疑问请致电[电话]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4.4 提问或“你是谁？”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用一句话回答。如果影响预约，记下来。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答复：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这里是[商家名称]，我是前台[您的名字]。[一句话回答]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4.5 24 小时未回复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在营业时间打一次电话。不发第二条短信。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通话时间和结果。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语音留言：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[名字]您好，我是[商家名称]的[您的名字]，打电话是关于您[星期][时间]的预约。如需更改，请致电[电话]。到时见。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绝不因为一条看不懂的回复就取消预约：先打电话。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收到 STOP 后，绝不再给该号码发短信，哪怕是关于预约的。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绝不通过短信索要健康或付款信息。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当天提醒：首次到访和提前很久的预约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发送：提前 2 小时 · 早间预约：前一晚 20:00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不是每个预约都需要第三条短信。只在以下情况提前 2 小时发送：首次到访、提前 14 天或更早的预约，或以前爽约过的客户。预约提前期长和以往爽约，是与错过预约关联、被报告最多的因素。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当天短信：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[商家名称]：[名字]，今天[时间]见。[停车或入口提示]。会迟到或来不了？请致电[电话]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10:00 前的预约：前一晚 20:00 发送：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[商家名称]：[名字]，明天[时间]见。[停车或入口提示]。来不了？请在[时间]开门后致电[电话]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视频预约：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[商家名称]：您与[员工姓名]的视频预约[时间]开始。加入链接：[视频链接]。无法加入？请致电[电话]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上门服务：已出发：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[商家名称]：[名字]您好，[技师]已出发，预计[时间]前到达。如有疑问请致电[电话]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以下情况不发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常规预约，且客户已回复 1。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客户当天才预约，或已退订。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以下情况发送：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首次到访, 提前 14 天以上预约, 以前爽约过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爽约短信：时间、电话、政策、改约、负责人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电话：开始后 15 分钟 · 短信：1 小时内 · 负责人和行动：[姓名]发送短信，把预约标记为爽约，并在“结果”中记为“爽约”，同时记下通话时间。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预约开始 15 分钟后打一次电话。没人接：1 小时内发送这条短信。假定对方临时有事，让重新预约一步就能完成。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爽约字段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[日期、星期、时间]，由[员工姓名]服务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联系尝试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我们在[时间]打过电话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政策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[一句话说明爽约政策，与预约时告知的一致]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改约方式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[电话]或[预约链接]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[姓名]，负责发送短信并决定是否收费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爽约短信：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[商家名称]：[名字]您好，今天[时间]的预约您没来，我们[时间]给您打过电话。希望一切都好。爽约收费[费用]。改约请致电[电话]找[姓名]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如果客户回复了原因：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谢谢告知，[名字]。希望您一切都好。[姓名]会在[时间]前决定是否收费。改到[星期][时间]可以吗？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临时取消（在您规定的提前期内）：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谢谢告知，[名字]。您[时间]的预约已取消。临时更改收费[费用]。随时可重新预约：[预约链接]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同一个预约，绝不发送超过一条爽约短信。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绝不收取预约时没有说明的费用。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绝不写出治疗项目或到访原因。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行业说明：诊所、美容美发、上门服务、顾问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负责人和行动：[姓名]在每条新短信放进短信工具之前，都对照这份清单检查一遍。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这套发送时间表适用于任何预约制业务。不同的是要加上什么、不写什么。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不同业务的差异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业务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加上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不写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诊所、牙科、理疗、心理咨询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10 分钟到达、表单链接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到访原因、治疗、检查结果、保险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美容美发、水疗、理发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发型师姓名、一项准备事项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可能变动的价格、优惠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上门服务：暖通空调、水管、保洁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到达时间段、技师、进门方式、宠物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无法保证的时间、门禁或报警密码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顾问、会计、教练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视频链接、时区、需带的文件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案情细节、金额、会议主题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诊所：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[商家名称]：[名字]您好，[星期][时间]见，[员工姓名]为您治疗。请提前10分钟到达。回复1确认，回复2改约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美容美发：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[商家名称]：[名字]您好，[发型师]已为您约好[星期][时间]。请保持头发干爽前来。回复1确认，回复2改约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顾问：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[商家名称]：[名字]您好，我们的通话定在[星期][时间]（[时区]）。链接：[视频链接]。请准备好[文件]。回复1确认，回复2改约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敏感服务：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对于心理健康、性健康、成瘾、生育、债务或法律事务，连商家名称都可能透露太多。请询问客户希望用什么发送人名称和渠道。HHS 关于 HIPAA 的指南指出，医疗服务提供者的电话留言，除了提供者的名称、电话和确认预约所需的信息外，不宜包含更多内容。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短信中绝不出现：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诊断或治疗, 检查结果, 保险信息, 银行卡号, 门禁或报警密码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示例：预约提醒短信范例：一家诊所的一周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Larchmont Physio 是俄亥俄州哥伦布市的一家虚构理疗诊所，在自己的短信工具中使用这些预约提醒短信模板，预约邮件则由 CRMsoftware.pro 发送。2026 年 10 月 5 日（星期一），Tessa Lindgren 在网上预约了首次到访，并勾选了短信同意框。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定时短信：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10月5日（周一）10:14：Larchmont Physio：Tessa，您已预约10月8日（周四）17:30，由Callum接诊，地址240 Linden Lane。如需更改请致电614-555-0136。回复STOP退订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定时短信：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10月6日（周二）17:30：Larchmont Physio：Tessa，提醒您10月8日（周四）17:30与Callum有约。回复1确认，回复2改约，回复STOP退订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患者：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2。周四临时有工作，周五可以吗？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Maren（前台）：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谢谢您提前告知，Tessa。Callum可以安排10月9日（周五）8:00或12:30，您看哪个方便？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患者：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12:30吧，谢谢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Maren（前台）：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已改好：10月9日（周五）12:30，由Callum接诊。周四的时段已空出给其他人。周五见！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定时短信：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10月9日（周五）10:30：Larchmont Physio：Tessa，今天12:30见。楼后可免费停车。会迟到或来不了？请致电614-555-0136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Tessa 的短信，逐条记录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短信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日（周一）10:14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预约时发送的确认，98 个字符，2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已送达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日（周二）17:30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48 小时提醒，70 个字符，1 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17:41 回复 2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6 日（周二）17:52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Maren 提供两个新时间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改到 10 月 9 日（周五）12:30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日（周五）10:30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当天短信：首次到访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已出席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Joel Fenwick 的爽约，逐个字段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首次到访，10 月 6 日（周二）11:00，由 Ingrid 接诊，提前 20 天预约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到访之前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4 日（周日）的提醒未回复；Maren 于 10 月 5 日（周一）12:00 打过电话（语音留言）；当天 9:00 发送当天短信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联系尝试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11:15 打电话无人接听；11:24 发送短信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政策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爽约以及提前不足 24 小时的更改：$40，只说一次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改约方式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诊所电话；Joel 13:05 回复，改约到 10 月 14 日（周三）17:00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Maren：发送了短信，并决定首次到访不收费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记入记录表和应用的内容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提醒记录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日至 16 日共 17 个预约：13 个已结束，4 个即将到来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本周爽约率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个应到预约中 1 次爽约：10%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使用提醒之前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截至 9 月 26 日的 4 周内，48 个应到预约中 6 次爽约：12.5%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CRMsoftware.pro 的“预约”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Joel 的预约标记为“未出席”；提前 24 小时发送提醒邮件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虚构的诊所和患者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每条预约提醒短信什么时候发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消息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要求回复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没有动静时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预约确认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预约后几分钟内。夜间预约：次日早上 8:00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无。第一条短信包含 STOP 退订说明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无需处理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48 小时，同一时刻。提前不到 3 天预约则不发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确认，2 改约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24 小时未回复：打一次电话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预约系统的提醒邮件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24 小时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无。邮件含改约和取消链接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无需处理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当天提醒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提前 2 小时；10:00 前的预约在前一晚 20:00 发送。仅限首次到访、提前 14 天或更早的预约，以及以前爽约过的客户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无。来不了请打电话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无需处理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 1、2 或提问的答复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个工作小时内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仅为商定新时间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记录下来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爽约短信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开始后 15 分钟打电话，然后 1 小时内发短信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通过电话或链接重新预约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只发一条。记录结果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STOP 确认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收到 STOP 后 5 分钟内，只发一次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不再发短信：只用电话或邮件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每条短信的规则：同意、STOP、时段、隐私、长度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全团队统一约定一次，每条新短信都对照检查。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发第一条短信前先取得同意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在预约表单或电话中询问，并记录答复。CTIA 把预约提醒归为信息类短信：客户为此提供号码，即表示同意。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STOP 立即生效，不论用什么措辞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stop、quit、end、revoke、opt out、cancel 和 unsubscribe 都算数，任何明确的请求也一样。只发一条确认，不再发其他短信。CTIA 要求发送方在退订说明中使用 STOP 一词。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发送时段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客户所在地的 8:00 至 20:00，每天如此。外地客户要核对时区。早上 6 点的短信，惹人烦多过帮上忙。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短信里不写隐私内容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不写到访原因、治疗、检查结果、保险、欠款金额或银行卡号。任何看到手机的人都能读到预览。只写名称、时间和电话号码。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一段：160 个字符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纯拉丁字母（GSM-7）：一段 160 个字符，较长的短信每段 153 个。一个表情符号、弯引号或其他文字（包括汉字）会让短信改用 UCS-2：一段 70 个，较长的每段 67 个。Twilio 等短信工具按段计费，每段算一条短信。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提醒里不放优惠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优惠券或促销内容可能让信息类短信变成营销短信，而营销短信需要书面同意。提醒中不要放优惠。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本页不构成法律建议。本页介绍的是美国规则（FCC）和美国运营商指南（CTIA）。其他国家和地区对短信和同意有各自的规定，请查阅您客户所在地的官方规则。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如何统计使用提醒前后的爽约情况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每周用同样的方法，从预约列表或 Excel 记录表中统计。四个数字就够了。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爽约率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爽约次数除以应到预约数（已出席加爽约）。提前取消和改约不算爽约，因为这些时段可以让给别人。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个应到预约中 1 次爽约 = 10%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临时取消单独统计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比您的政策（这里是 24 小时）更晚的取消，通常也会让时段空着。单独计算它的比率，免得它混进任何一个数字里。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先定基准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统计开始发提醒前 4 周的数据，然后按每 4 周一组进行比较。跳过节假日所在的周。不要只看一周：只有 10 个预约时，一次爽约就会让比率变动 10 个百分点。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按回复统计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比较回复 1、回复 2 和未回复的客户的爽约率。如果大多数爽约来自从未回复的人，那么 24 小时后的那通电话最值得您花时间。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用免费的预约爽约成本计算器算出结果的价值：每月错过的预约数乘以平均每次预约的价值。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如何使用这些预约提醒短信模板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收集同意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在预约表单中加上勾选框，在电话话术中加上询问。每个号码都记录是或否。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填写短信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商家名称、地址、电话和政策。把每条短信粘贴到“短信检查”表：中文短信尽量 1 段（70 个字符），最多 2 段。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设置时间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在“设置”表中设定 48 小时、2 小时以及 8:00 至 20:00。在短信工具中定时发送，或用商家手机发送。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答复每一条回复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由一位负责人定时查看回复，在 2 个工作小时内答复，并更新记录表。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统计 4 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把爽约率与基准比较。一次只改一项。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打开“排程”&gt;“事件类型”，编辑一个事件类型，或点击“新事件类型”。在“提醒”中选择“提前 24 小时”、“提前 1 小时”或“提前 15 分钟”。这些是提醒邮件。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在“邮件”选项卡中，为“预约确认”和“会议提醒”点击“编辑模板”。修改“邮件主题”、“标题”和“正文”，使其与您的短信一致，然后点击“保存模板”。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客户使用预约邮件中的链接改约或取消。要阻止通过这些链接临时取消，请在事件类型上设置“最短取消提前时间”。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错过预约后，打开“预约”，把它标记为“未出席”。同时记入 Excel 记录表。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短信从您自己的手机或短信工具发出，而不是从应用发出。把短信同意和退订记录在记录表中，或记在联系人的“备注”中。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发送的是邮件，不是短信。Launch 版起支持日历同步预约，按年付费每月 $19，支持 8 位用户。网站上的 AI 聊天免费提供给 3 位用户，无需信用卡。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每周检查，10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每个收到短信的号码，在记录表中的“短信同意”都是“是”。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 STOP 都已记录，之后没有人再给该号码发短信。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没有超过一天的“重新预约”或“未回复：打一次电话”。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每个已过去的预约都有结果。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爽约率和临时取消已与基准比较。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https://crmsoftware.pro/zh/templates/appointment-reminder-text-templates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预约提醒短信模板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